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586102" w:rsidR="0090135E" w:rsidRDefault="0090135E" w14:paraId="1F8BEA70" w14:textId="50343A97">
      <w:pPr>
        <w:spacing w:after="200" w:line="276" w:lineRule="auto"/>
      </w:pPr>
      <w:r w:rsidRPr="00586102">
        <w:rPr>
          <w:noProof/>
        </w:rPr>
        <w:drawing>
          <wp:anchor distT="0" distB="0" distL="114300" distR="114300" simplePos="0" relativeHeight="251658240" behindDoc="0" locked="0" layoutInCell="1" allowOverlap="1" wp14:anchorId="7EB88FD7" wp14:editId="20FF0368">
            <wp:simplePos x="0" y="0"/>
            <wp:positionH relativeFrom="column">
              <wp:posOffset>-899795</wp:posOffset>
            </wp:positionH>
            <wp:positionV relativeFrom="paragraph">
              <wp:posOffset>-1089396</wp:posOffset>
            </wp:positionV>
            <wp:extent cx="7559040" cy="10688128"/>
            <wp:effectExtent l="0" t="0" r="3810" b="0"/>
            <wp:wrapNone/>
            <wp:docPr id="2551964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96457" name="Imagen 255196457"/>
                    <pic:cNvPicPr/>
                  </pic:nvPicPr>
                  <pic:blipFill>
                    <a:blip r:embed="rId11"/>
                    <a:stretch>
                      <a:fillRect/>
                    </a:stretch>
                  </pic:blipFill>
                  <pic:spPr>
                    <a:xfrm>
                      <a:off x="0" y="0"/>
                      <a:ext cx="7577533" cy="10714276"/>
                    </a:xfrm>
                    <a:prstGeom prst="rect">
                      <a:avLst/>
                    </a:prstGeom>
                  </pic:spPr>
                </pic:pic>
              </a:graphicData>
            </a:graphic>
            <wp14:sizeRelH relativeFrom="margin">
              <wp14:pctWidth>0</wp14:pctWidth>
            </wp14:sizeRelH>
            <wp14:sizeRelV relativeFrom="margin">
              <wp14:pctHeight>0</wp14:pctHeight>
            </wp14:sizeRelV>
          </wp:anchor>
        </w:drawing>
      </w:r>
    </w:p>
    <w:p w:rsidRPr="00586102" w:rsidR="0090135E" w:rsidRDefault="0090135E" w14:paraId="5DD36CF2" w14:textId="13077122">
      <w:pPr>
        <w:spacing w:after="200" w:line="276" w:lineRule="auto"/>
        <w:rPr>
          <w:b/>
          <w:bCs/>
          <w:color w:val="000000"/>
          <w:szCs w:val="28"/>
        </w:rPr>
      </w:pPr>
      <w:r w:rsidRPr="00586102">
        <w:br w:type="page"/>
      </w:r>
    </w:p>
    <w:p w:rsidRPr="00586102" w:rsidR="006E4F94" w:rsidRDefault="00C26DEC" w14:paraId="04BF50F5" w14:textId="74B6C14A">
      <w:pPr>
        <w:pStyle w:val="Ttulo1"/>
      </w:pPr>
      <w:r w:rsidRPr="00586102">
        <w:t xml:space="preserve">FORMATO </w:t>
      </w:r>
      <w:r w:rsidRPr="00586102" w:rsidR="004172A1">
        <w:t>I</w:t>
      </w:r>
      <w:r w:rsidRPr="00586102">
        <w:t>: LISTA DE CHEQUEO DE REQUISITOS LEGALES Y COMPROMISOS</w:t>
      </w:r>
    </w:p>
    <w:p w:rsidRPr="00586102" w:rsidR="006E4F94" w:rsidP="00F30103" w:rsidRDefault="00C26DEC" w14:paraId="3A9186EB" w14:textId="77777777">
      <w:pPr>
        <w:keepNext/>
        <w:spacing w:before="120"/>
        <w:jc w:val="center"/>
      </w:pPr>
      <w:bookmarkStart w:name="_gb2630" w:id="0"/>
      <w:r w:rsidRPr="00586102">
        <w:rPr>
          <w:b/>
          <w:u w:val="single"/>
        </w:rPr>
        <w:t>Nota: Firma el representante legal de la Empresa</w:t>
      </w:r>
      <w:bookmarkEnd w:id="0"/>
    </w:p>
    <w:tbl>
      <w:tblPr>
        <w:tblStyle w:val="Tablaconcuadrcula"/>
        <w:tblW w:w="0" w:type="auto"/>
        <w:jc w:val="center"/>
        <w:tblLayout w:type="fixed"/>
        <w:tblLook w:val="04A0" w:firstRow="1" w:lastRow="0" w:firstColumn="1" w:lastColumn="0" w:noHBand="0" w:noVBand="1"/>
      </w:tblPr>
      <w:tblGrid>
        <w:gridCol w:w="7937"/>
        <w:gridCol w:w="1134"/>
      </w:tblGrid>
      <w:tr w:rsidRPr="00586102" w:rsidR="006E4F94" w:rsidTr="3279287A" w14:paraId="7D91B9BC" w14:textId="77777777">
        <w:trPr>
          <w:cantSplit/>
          <w:tblHeader/>
          <w:jc w:val="center"/>
        </w:trPr>
        <w:tc>
          <w:tcPr>
            <w:tcW w:w="7937" w:type="dxa"/>
            <w:shd w:val="clear" w:color="auto" w:fill="EE0000"/>
            <w:tcMar/>
            <w:vAlign w:val="center"/>
          </w:tcPr>
          <w:p w:rsidRPr="00586102" w:rsidR="006E4F94" w:rsidRDefault="00C26DEC" w14:paraId="7BF1BCE2" w14:textId="77777777">
            <w:pPr>
              <w:spacing w:before="20" w:after="20" w:line="240" w:lineRule="auto"/>
              <w:jc w:val="center"/>
            </w:pPr>
            <w:bookmarkStart w:name="_gb2631" w:id="1"/>
            <w:r w:rsidRPr="00586102">
              <w:rPr>
                <w:b/>
                <w:color w:val="FFFFFF"/>
                <w:sz w:val="20"/>
              </w:rPr>
              <w:t>REQUISITOS LEGALES</w:t>
            </w:r>
            <w:r w:rsidRPr="00586102">
              <w:rPr>
                <w:rStyle w:val="Refdenotaalpie1"/>
                <w:color w:val="FFFFFF"/>
              </w:rPr>
              <w:footnoteReference w:id="1"/>
            </w:r>
          </w:p>
        </w:tc>
        <w:tc>
          <w:tcPr>
            <w:tcW w:w="1134" w:type="dxa"/>
            <w:shd w:val="clear" w:color="auto" w:fill="EE0000"/>
            <w:tcMar/>
            <w:vAlign w:val="center"/>
          </w:tcPr>
          <w:p w:rsidRPr="00586102" w:rsidR="006E4F94" w:rsidRDefault="00C26DEC" w14:paraId="03E8304D" w14:textId="77777777">
            <w:pPr>
              <w:spacing w:before="20" w:after="20" w:line="240" w:lineRule="auto"/>
              <w:jc w:val="center"/>
            </w:pPr>
            <w:r w:rsidRPr="00586102">
              <w:rPr>
                <w:b/>
                <w:color w:val="FFFFFF"/>
                <w:sz w:val="20"/>
              </w:rPr>
              <w:t>Sí cumplo</w:t>
            </w:r>
            <w:r w:rsidRPr="00586102">
              <w:rPr>
                <w:color w:val="FFFFFF"/>
              </w:rPr>
              <w:br/>
            </w:r>
            <w:r w:rsidRPr="00586102">
              <w:rPr>
                <w:b/>
                <w:color w:val="FFFFFF"/>
                <w:sz w:val="20"/>
              </w:rPr>
              <w:t>(Marcar con una X)</w:t>
            </w:r>
          </w:p>
        </w:tc>
      </w:tr>
      <w:tr w:rsidRPr="00586102" w:rsidR="006E4F94" w:rsidTr="3279287A" w14:paraId="103997D8" w14:textId="77777777">
        <w:trPr>
          <w:cantSplit/>
          <w:jc w:val="center"/>
        </w:trPr>
        <w:tc>
          <w:tcPr>
            <w:tcW w:w="7937" w:type="dxa"/>
            <w:tcMar/>
            <w:vAlign w:val="center"/>
          </w:tcPr>
          <w:p w:rsidRPr="00586102" w:rsidR="006E4F94" w:rsidRDefault="00C26DEC" w14:paraId="5A8F513D" w14:textId="77777777">
            <w:pPr>
              <w:spacing w:before="20" w:after="20" w:line="240" w:lineRule="auto"/>
            </w:pPr>
            <w:r w:rsidRPr="00586102">
              <w:rPr>
                <w:sz w:val="20"/>
              </w:rPr>
              <w:t xml:space="preserve">La </w:t>
            </w:r>
            <w:r w:rsidRPr="00586102">
              <w:rPr>
                <w:b/>
                <w:sz w:val="20"/>
              </w:rPr>
              <w:t>Entidad Solicitante (ES)</w:t>
            </w:r>
            <w:r w:rsidRPr="00586102">
              <w:rPr>
                <w:sz w:val="20"/>
              </w:rPr>
              <w:t xml:space="preserve"> debe cumplir los siguientes requisitos legales:</w:t>
            </w:r>
          </w:p>
        </w:tc>
        <w:tc>
          <w:tcPr>
            <w:tcW w:w="1134" w:type="dxa"/>
            <w:tcMar/>
            <w:vAlign w:val="center"/>
          </w:tcPr>
          <w:p w:rsidRPr="00586102" w:rsidR="006E4F94" w:rsidRDefault="006E4F94" w14:paraId="472C7963" w14:textId="77777777">
            <w:pPr>
              <w:spacing w:before="20" w:after="20" w:line="240" w:lineRule="auto"/>
            </w:pPr>
          </w:p>
        </w:tc>
      </w:tr>
      <w:tr w:rsidRPr="00586102" w:rsidR="006E4F94" w:rsidTr="3279287A" w14:paraId="7346308B" w14:textId="77777777">
        <w:trPr>
          <w:cantSplit/>
          <w:jc w:val="center"/>
        </w:trPr>
        <w:tc>
          <w:tcPr>
            <w:tcW w:w="7937" w:type="dxa"/>
            <w:tcMar/>
            <w:vAlign w:val="center"/>
          </w:tcPr>
          <w:p w:rsidRPr="00586102" w:rsidR="006E4F94" w:rsidRDefault="00C26DEC" w14:paraId="0C82FAE2" w14:textId="77777777">
            <w:pPr>
              <w:tabs>
                <w:tab w:val="left" w:pos="369"/>
              </w:tabs>
              <w:spacing w:before="20" w:after="20" w:line="240" w:lineRule="auto"/>
              <w:ind w:left="369" w:hanging="369"/>
            </w:pPr>
            <w:r w:rsidRPr="00586102">
              <w:rPr>
                <w:sz w:val="20"/>
              </w:rPr>
              <w:t>a)</w:t>
            </w:r>
            <w:r w:rsidRPr="00586102">
              <w:rPr>
                <w:sz w:val="20"/>
              </w:rPr>
              <w:tab/>
            </w:r>
            <w:r w:rsidRPr="00586102">
              <w:rPr>
                <w:sz w:val="20"/>
              </w:rPr>
              <w:t>Es persona jurídica de los sectores de producción de bienes o servicios y cuenten con RUC activo y habido.</w:t>
            </w:r>
          </w:p>
        </w:tc>
        <w:tc>
          <w:tcPr>
            <w:tcW w:w="1134" w:type="dxa"/>
            <w:tcMar/>
            <w:vAlign w:val="center"/>
          </w:tcPr>
          <w:p w:rsidRPr="00586102" w:rsidR="006E4F94" w:rsidRDefault="006E4F94" w14:paraId="17DF7989" w14:textId="77777777">
            <w:pPr>
              <w:spacing w:before="20" w:after="20" w:line="240" w:lineRule="auto"/>
            </w:pPr>
          </w:p>
        </w:tc>
      </w:tr>
      <w:tr w:rsidRPr="00586102" w:rsidR="006E4F94" w:rsidTr="3279287A" w14:paraId="31616562" w14:textId="77777777">
        <w:trPr>
          <w:cantSplit/>
          <w:jc w:val="center"/>
        </w:trPr>
        <w:tc>
          <w:tcPr>
            <w:tcW w:w="7937" w:type="dxa"/>
            <w:tcMar/>
            <w:vAlign w:val="center"/>
          </w:tcPr>
          <w:p w:rsidRPr="00586102" w:rsidR="006E4F94" w:rsidRDefault="00C26DEC" w14:paraId="66C1320A" w14:textId="77777777">
            <w:pPr>
              <w:tabs>
                <w:tab w:val="left" w:pos="369"/>
              </w:tabs>
              <w:spacing w:before="20" w:after="20" w:line="240" w:lineRule="auto"/>
              <w:ind w:left="369" w:hanging="369"/>
            </w:pPr>
            <w:r w:rsidRPr="00586102">
              <w:rPr>
                <w:sz w:val="20"/>
              </w:rPr>
              <w:t>b)</w:t>
            </w:r>
            <w:r w:rsidRPr="00586102">
              <w:rPr>
                <w:sz w:val="20"/>
              </w:rPr>
              <w:tab/>
            </w:r>
            <w:r w:rsidRPr="00586102">
              <w:rPr>
                <w:sz w:val="20"/>
              </w:rPr>
              <w:t>Por lo menos dos (02) años de funcionamiento continuo, contados retroactivamente desde la fecha máxima de envío del proyecto hasta la fecha de inicio de actividades y acorde a la información del Registro Único de Contribuyentes (RUC) de la SUNAT.</w:t>
            </w:r>
          </w:p>
        </w:tc>
        <w:tc>
          <w:tcPr>
            <w:tcW w:w="1134" w:type="dxa"/>
            <w:tcMar/>
            <w:vAlign w:val="center"/>
          </w:tcPr>
          <w:p w:rsidRPr="00586102" w:rsidR="006E4F94" w:rsidRDefault="006E4F94" w14:paraId="1CA9990E" w14:textId="77777777">
            <w:pPr>
              <w:spacing w:before="20" w:after="20" w:line="240" w:lineRule="auto"/>
            </w:pPr>
          </w:p>
        </w:tc>
      </w:tr>
      <w:tr w:rsidRPr="00586102" w:rsidR="006E4F94" w:rsidTr="3279287A" w14:paraId="33309DC2" w14:textId="77777777">
        <w:trPr>
          <w:cantSplit/>
          <w:jc w:val="center"/>
        </w:trPr>
        <w:tc>
          <w:tcPr>
            <w:tcW w:w="7937" w:type="dxa"/>
            <w:tcMar/>
            <w:vAlign w:val="center"/>
          </w:tcPr>
          <w:p w:rsidRPr="00586102" w:rsidR="006E4F94" w:rsidRDefault="00C26DEC" w14:paraId="007B3C65" w14:textId="5442EA29">
            <w:pPr>
              <w:tabs>
                <w:tab w:val="left" w:pos="369"/>
              </w:tabs>
              <w:spacing w:before="20" w:after="20" w:line="240" w:lineRule="auto"/>
              <w:ind w:left="369" w:hanging="369"/>
            </w:pPr>
            <w:r w:rsidRPr="00586102">
              <w:rPr>
                <w:sz w:val="20"/>
              </w:rPr>
              <w:t>c)</w:t>
            </w:r>
            <w:r w:rsidRPr="00586102">
              <w:rPr>
                <w:sz w:val="20"/>
              </w:rPr>
              <w:tab/>
            </w:r>
            <w:r w:rsidRPr="00586102">
              <w:rPr>
                <w:sz w:val="20"/>
              </w:rPr>
              <w:t xml:space="preserve">Que registren ventas anuales en el año </w:t>
            </w:r>
            <w:r w:rsidRPr="00586102">
              <w:rPr>
                <w:b/>
                <w:sz w:val="20"/>
              </w:rPr>
              <w:t xml:space="preserve">2025 </w:t>
            </w:r>
            <w:r w:rsidRPr="00586102" w:rsidR="00402FDA">
              <w:rPr>
                <w:b/>
                <w:sz w:val="20"/>
              </w:rPr>
              <w:t xml:space="preserve">superiores </w:t>
            </w:r>
            <w:r w:rsidRPr="00586102">
              <w:rPr>
                <w:b/>
                <w:sz w:val="20"/>
              </w:rPr>
              <w:t xml:space="preserve">a S/ 0 y hasta S/12,305,000.00. </w:t>
            </w:r>
          </w:p>
        </w:tc>
        <w:tc>
          <w:tcPr>
            <w:tcW w:w="1134" w:type="dxa"/>
            <w:tcMar/>
            <w:vAlign w:val="center"/>
          </w:tcPr>
          <w:p w:rsidRPr="00586102" w:rsidR="006E4F94" w:rsidRDefault="006E4F94" w14:paraId="12C88F5D" w14:textId="77777777">
            <w:pPr>
              <w:spacing w:before="20" w:after="20" w:line="240" w:lineRule="auto"/>
            </w:pPr>
          </w:p>
        </w:tc>
      </w:tr>
      <w:tr w:rsidRPr="00586102" w:rsidR="006E4F94" w:rsidTr="3279287A" w14:paraId="31C55584" w14:textId="77777777">
        <w:trPr>
          <w:cantSplit/>
          <w:jc w:val="center"/>
        </w:trPr>
        <w:tc>
          <w:tcPr>
            <w:tcW w:w="7937" w:type="dxa"/>
            <w:tcMar/>
            <w:vAlign w:val="center"/>
          </w:tcPr>
          <w:p w:rsidRPr="00586102" w:rsidR="006E4F94" w:rsidRDefault="00C26DEC" w14:paraId="6B20D894" w14:textId="77777777">
            <w:pPr>
              <w:tabs>
                <w:tab w:val="left" w:pos="369"/>
              </w:tabs>
              <w:spacing w:before="20" w:after="20" w:line="240" w:lineRule="auto"/>
              <w:ind w:left="369" w:hanging="369"/>
            </w:pPr>
            <w:r w:rsidRPr="00586102">
              <w:rPr>
                <w:sz w:val="20"/>
              </w:rPr>
              <w:t>d)</w:t>
            </w:r>
            <w:r w:rsidRPr="00586102">
              <w:rPr>
                <w:sz w:val="20"/>
              </w:rPr>
              <w:tab/>
            </w:r>
            <w:r w:rsidRPr="00586102">
              <w:rPr>
                <w:sz w:val="20"/>
              </w:rPr>
              <w:t xml:space="preserve">Tener domicilio fiscal y RUC registrados en la </w:t>
            </w:r>
            <w:r w:rsidRPr="00586102">
              <w:rPr>
                <w:b/>
                <w:sz w:val="20"/>
              </w:rPr>
              <w:t>región Piura</w:t>
            </w:r>
            <w:r w:rsidRPr="00586102">
              <w:rPr>
                <w:sz w:val="20"/>
              </w:rPr>
              <w:t>, conforme a la información consignada en el Registro Único de Contribuyentes (RUC) de la SUNAT.</w:t>
            </w:r>
          </w:p>
        </w:tc>
        <w:tc>
          <w:tcPr>
            <w:tcW w:w="1134" w:type="dxa"/>
            <w:tcMar/>
            <w:vAlign w:val="center"/>
          </w:tcPr>
          <w:p w:rsidRPr="00586102" w:rsidR="006E4F94" w:rsidRDefault="006E4F94" w14:paraId="662197B1" w14:textId="77777777">
            <w:pPr>
              <w:spacing w:before="20" w:after="20" w:line="240" w:lineRule="auto"/>
            </w:pPr>
          </w:p>
        </w:tc>
      </w:tr>
      <w:tr w:rsidRPr="00586102" w:rsidR="006E4F94" w:rsidTr="3279287A" w14:paraId="5CD5CAC0" w14:textId="77777777">
        <w:trPr>
          <w:cantSplit/>
          <w:jc w:val="center"/>
        </w:trPr>
        <w:tc>
          <w:tcPr>
            <w:tcW w:w="7937" w:type="dxa"/>
            <w:tcMar/>
            <w:vAlign w:val="center"/>
          </w:tcPr>
          <w:p w:rsidRPr="00586102" w:rsidR="006E4F94" w:rsidRDefault="00C26DEC" w14:paraId="7A6E7839" w14:textId="77777777">
            <w:pPr>
              <w:tabs>
                <w:tab w:val="left" w:pos="369"/>
              </w:tabs>
              <w:spacing w:before="20" w:after="20" w:line="240" w:lineRule="auto"/>
              <w:ind w:left="369" w:hanging="369"/>
            </w:pPr>
            <w:r w:rsidRPr="00586102">
              <w:rPr>
                <w:sz w:val="20"/>
              </w:rPr>
              <w:t>e)</w:t>
            </w:r>
            <w:r w:rsidRPr="00586102">
              <w:rPr>
                <w:sz w:val="20"/>
              </w:rPr>
              <w:tab/>
            </w:r>
            <w:r w:rsidRPr="00586102">
              <w:rPr>
                <w:sz w:val="20"/>
              </w:rPr>
              <w:t>Haber sido constituida ante una oficina registral en la región Piura, lo cual será verificado mediante la partida registral correspondiente de SUNARP.</w:t>
            </w:r>
          </w:p>
        </w:tc>
        <w:tc>
          <w:tcPr>
            <w:tcW w:w="1134" w:type="dxa"/>
            <w:tcMar/>
            <w:vAlign w:val="center"/>
          </w:tcPr>
          <w:p w:rsidRPr="00586102" w:rsidR="006E4F94" w:rsidRDefault="006E4F94" w14:paraId="7B0729A6" w14:textId="77777777">
            <w:pPr>
              <w:spacing w:before="20" w:after="20" w:line="240" w:lineRule="auto"/>
            </w:pPr>
          </w:p>
        </w:tc>
      </w:tr>
      <w:tr w:rsidRPr="00586102" w:rsidR="006E4F94" w:rsidTr="3279287A" w14:paraId="5FF1FF39" w14:textId="77777777">
        <w:trPr>
          <w:cantSplit/>
          <w:jc w:val="center"/>
        </w:trPr>
        <w:tc>
          <w:tcPr>
            <w:tcW w:w="7937" w:type="dxa"/>
            <w:tcMar/>
            <w:vAlign w:val="center"/>
          </w:tcPr>
          <w:p w:rsidRPr="00586102" w:rsidR="006E4F94" w:rsidRDefault="00C26DEC" w14:paraId="10D014EC" w14:textId="77777777">
            <w:pPr>
              <w:tabs>
                <w:tab w:val="left" w:pos="369"/>
              </w:tabs>
              <w:spacing w:before="20" w:after="20" w:line="240" w:lineRule="auto"/>
              <w:ind w:left="369" w:hanging="369"/>
            </w:pPr>
            <w:r w:rsidRPr="00586102">
              <w:rPr>
                <w:sz w:val="20"/>
              </w:rPr>
              <w:t>f)</w:t>
            </w:r>
            <w:r w:rsidRPr="00586102">
              <w:rPr>
                <w:sz w:val="20"/>
              </w:rPr>
              <w:tab/>
            </w:r>
            <w:r w:rsidRPr="00586102">
              <w:rPr>
                <w:sz w:val="20"/>
              </w:rPr>
              <w:t>Contar con una actividad económica principal o secundaria, según el Clasificador Industrial Internacional Uniforme (CIIU), relacionado a las Áreas de Especialización priorizadas en el presente concurso. En caso el CIIU no permita identificar con claridad dicha relación; la Entidad Solicitante deberá demostrarlo con lo descrito en el objeto social de la partida registral correspondiente.</w:t>
            </w:r>
          </w:p>
        </w:tc>
        <w:tc>
          <w:tcPr>
            <w:tcW w:w="1134" w:type="dxa"/>
            <w:tcMar/>
            <w:vAlign w:val="center"/>
          </w:tcPr>
          <w:p w:rsidRPr="00586102" w:rsidR="006E4F94" w:rsidRDefault="006E4F94" w14:paraId="19BF6E2A" w14:textId="77777777">
            <w:pPr>
              <w:spacing w:before="20" w:after="20" w:line="240" w:lineRule="auto"/>
            </w:pPr>
          </w:p>
        </w:tc>
      </w:tr>
      <w:tr w:rsidRPr="00586102" w:rsidR="006E4F94" w:rsidTr="3279287A" w14:paraId="11C9BFAA" w14:textId="77777777">
        <w:trPr>
          <w:cantSplit/>
          <w:jc w:val="center"/>
        </w:trPr>
        <w:tc>
          <w:tcPr>
            <w:tcW w:w="7937" w:type="dxa"/>
            <w:tcMar/>
            <w:vAlign w:val="center"/>
          </w:tcPr>
          <w:p w:rsidRPr="00586102" w:rsidR="006E4F94" w:rsidRDefault="00C26DEC" w14:paraId="61D90FDD" w14:textId="77777777">
            <w:pPr>
              <w:tabs>
                <w:tab w:val="left" w:pos="369"/>
              </w:tabs>
              <w:spacing w:before="20" w:after="20" w:line="240" w:lineRule="auto"/>
              <w:ind w:left="369" w:hanging="369"/>
            </w:pPr>
            <w:r w:rsidRPr="00586102">
              <w:rPr>
                <w:sz w:val="20"/>
              </w:rPr>
              <w:t>g)</w:t>
            </w:r>
            <w:r w:rsidRPr="00586102">
              <w:rPr>
                <w:sz w:val="20"/>
              </w:rPr>
              <w:tab/>
            </w:r>
            <w:r w:rsidRPr="00586102">
              <w:rPr>
                <w:sz w:val="20"/>
              </w:rPr>
              <w:t xml:space="preserve">Cumple con la legislación ambiental nacional en lo que le corresponda y que no tiene sanción vigente a la fecha de la postulación (según Resolución </w:t>
            </w:r>
            <w:proofErr w:type="spellStart"/>
            <w:r w:rsidRPr="00586102">
              <w:rPr>
                <w:sz w:val="20"/>
              </w:rPr>
              <w:t>N°</w:t>
            </w:r>
            <w:proofErr w:type="spellEnd"/>
            <w:r w:rsidRPr="00586102">
              <w:rPr>
                <w:sz w:val="20"/>
              </w:rPr>
              <w:t xml:space="preserve"> 032-2021-OEFA/CD) se verificará en el siguiente enlace: https://publico.oefa.gob.pe/administrados-sancionados/#/</w:t>
            </w:r>
          </w:p>
        </w:tc>
        <w:tc>
          <w:tcPr>
            <w:tcW w:w="1134" w:type="dxa"/>
            <w:tcMar/>
            <w:vAlign w:val="center"/>
          </w:tcPr>
          <w:p w:rsidRPr="00586102" w:rsidR="006E4F94" w:rsidRDefault="006E4F94" w14:paraId="5F42692D" w14:textId="77777777">
            <w:pPr>
              <w:spacing w:before="20" w:after="20" w:line="240" w:lineRule="auto"/>
            </w:pPr>
          </w:p>
        </w:tc>
      </w:tr>
      <w:tr w:rsidRPr="00586102" w:rsidR="006E4F94" w:rsidTr="3279287A" w14:paraId="6651C43A" w14:textId="77777777">
        <w:trPr>
          <w:cantSplit/>
          <w:jc w:val="center"/>
        </w:trPr>
        <w:tc>
          <w:tcPr>
            <w:tcW w:w="7937" w:type="dxa"/>
            <w:tcMar/>
            <w:vAlign w:val="center"/>
          </w:tcPr>
          <w:p w:rsidRPr="00586102" w:rsidR="006E4F94" w:rsidRDefault="00C26DEC" w14:paraId="03CA87D8" w14:textId="77777777">
            <w:pPr>
              <w:tabs>
                <w:tab w:val="left" w:pos="369"/>
              </w:tabs>
              <w:spacing w:before="20" w:after="20" w:line="240" w:lineRule="auto"/>
              <w:ind w:left="369" w:hanging="369"/>
            </w:pPr>
            <w:r w:rsidRPr="00586102">
              <w:rPr>
                <w:sz w:val="20"/>
              </w:rPr>
              <w:t>h)</w:t>
            </w:r>
            <w:r w:rsidRPr="00586102">
              <w:rPr>
                <w:sz w:val="20"/>
              </w:rPr>
              <w:tab/>
            </w:r>
            <w:r w:rsidRPr="00586102">
              <w:rPr>
                <w:sz w:val="20"/>
              </w:rPr>
              <w:t xml:space="preserve">No tener en ejecución uno o más convenios/contratos de adjudicación de RNR para la ejecución de un proyecto cofinanciado por PROINNÓVATE. En caso de que la Entidad Solicitante se encuentre culminando la ejecución de un proyecto cofinanciado con recursos de PROINNÓVATE, podrá postular a la presente convocatoria, siempre y cuando, haya presentado ante PROINNÓVATE el </w:t>
            </w:r>
            <w:r w:rsidRPr="00586102">
              <w:rPr>
                <w:b/>
                <w:sz w:val="20"/>
              </w:rPr>
              <w:t xml:space="preserve">Informe Técnico – Financiero del último hito. </w:t>
            </w:r>
            <w:r w:rsidRPr="00586102">
              <w:rPr>
                <w:sz w:val="20"/>
              </w:rPr>
              <w:t>De resultar seleccionado, para la firma del nuevo Contrato de Adjudicación de RNR debe haber finalizado (estado FINALIZADO con una Resolución de Cierre) el proyecto que tenía en ejecución durante la postulación.</w:t>
            </w:r>
          </w:p>
        </w:tc>
        <w:tc>
          <w:tcPr>
            <w:tcW w:w="1134" w:type="dxa"/>
            <w:tcMar/>
            <w:vAlign w:val="center"/>
          </w:tcPr>
          <w:p w:rsidRPr="00586102" w:rsidR="006E4F94" w:rsidRDefault="006E4F94" w14:paraId="0BCA2DF5" w14:textId="77777777">
            <w:pPr>
              <w:spacing w:before="20" w:after="20" w:line="240" w:lineRule="auto"/>
            </w:pPr>
          </w:p>
        </w:tc>
      </w:tr>
      <w:tr w:rsidRPr="00586102" w:rsidR="006E4F94" w:rsidTr="3279287A" w14:paraId="39DA4708" w14:textId="77777777">
        <w:trPr>
          <w:cantSplit/>
          <w:jc w:val="center"/>
        </w:trPr>
        <w:tc>
          <w:tcPr>
            <w:tcW w:w="7937" w:type="dxa"/>
            <w:tcMar/>
            <w:vAlign w:val="center"/>
          </w:tcPr>
          <w:p w:rsidRPr="00586102" w:rsidR="006E4F94" w:rsidRDefault="00C26DEC" w14:paraId="69E1D60F" w14:textId="77777777">
            <w:pPr>
              <w:tabs>
                <w:tab w:val="left" w:pos="369"/>
              </w:tabs>
              <w:spacing w:before="20" w:after="20" w:line="240" w:lineRule="auto"/>
              <w:ind w:left="369" w:hanging="369"/>
            </w:pPr>
            <w:r w:rsidRPr="00586102">
              <w:rPr>
                <w:sz w:val="20"/>
              </w:rPr>
              <w:t>i)</w:t>
            </w:r>
            <w:r w:rsidRPr="00586102">
              <w:rPr>
                <w:sz w:val="20"/>
              </w:rPr>
              <w:tab/>
            </w:r>
            <w:r w:rsidRPr="00586102">
              <w:rPr>
                <w:sz w:val="20"/>
              </w:rPr>
              <w:t>No presentar deudas coactivas reportadas de seguridad social de los trabajadores ni de otras obligaciones tributarias o no tributarias según SUNAT y en caso, de tenerla cuenta con Resolución que aprueba el fraccionamiento.</w:t>
            </w:r>
          </w:p>
        </w:tc>
        <w:tc>
          <w:tcPr>
            <w:tcW w:w="1134" w:type="dxa"/>
            <w:tcMar/>
            <w:vAlign w:val="center"/>
          </w:tcPr>
          <w:p w:rsidRPr="00586102" w:rsidR="006E4F94" w:rsidRDefault="006E4F94" w14:paraId="17DDFA5C" w14:textId="77777777">
            <w:pPr>
              <w:spacing w:before="20" w:after="20" w:line="240" w:lineRule="auto"/>
            </w:pPr>
          </w:p>
        </w:tc>
      </w:tr>
      <w:tr w:rsidRPr="00586102" w:rsidR="006E4F94" w:rsidTr="3279287A" w14:paraId="7A5990CC" w14:textId="77777777">
        <w:trPr>
          <w:cantSplit/>
          <w:jc w:val="center"/>
        </w:trPr>
        <w:tc>
          <w:tcPr>
            <w:tcW w:w="7937" w:type="dxa"/>
            <w:tcMar/>
            <w:vAlign w:val="center"/>
          </w:tcPr>
          <w:p w:rsidRPr="00586102" w:rsidR="006E4F94" w:rsidRDefault="00C26DEC" w14:paraId="05E3CCCF" w14:textId="77777777">
            <w:pPr>
              <w:tabs>
                <w:tab w:val="left" w:pos="369"/>
              </w:tabs>
              <w:spacing w:before="20" w:after="20" w:line="240" w:lineRule="auto"/>
              <w:ind w:left="369" w:hanging="369"/>
            </w:pPr>
            <w:r w:rsidRPr="00586102">
              <w:rPr>
                <w:sz w:val="20"/>
              </w:rPr>
              <w:t>j)</w:t>
            </w:r>
            <w:r w:rsidRPr="00586102">
              <w:rPr>
                <w:sz w:val="20"/>
              </w:rPr>
              <w:tab/>
            </w:r>
            <w:r w:rsidRPr="00586102">
              <w:rPr>
                <w:sz w:val="20"/>
              </w:rPr>
              <w:t>No estar sometido a ningún procedimiento previsto en la Ley General del Sistema Concursal, ni en cualquier norma que la sustituya, modifique o complemente. https://servicio.indecopi.gob.pe/e-value/pgw_infoXDeudor.seam</w:t>
            </w:r>
          </w:p>
        </w:tc>
        <w:tc>
          <w:tcPr>
            <w:tcW w:w="1134" w:type="dxa"/>
            <w:tcMar/>
            <w:vAlign w:val="center"/>
          </w:tcPr>
          <w:p w:rsidRPr="00586102" w:rsidR="006E4F94" w:rsidRDefault="006E4F94" w14:paraId="0F34DEF2" w14:textId="77777777">
            <w:pPr>
              <w:spacing w:before="20" w:after="20" w:line="240" w:lineRule="auto"/>
            </w:pPr>
          </w:p>
        </w:tc>
      </w:tr>
      <w:tr w:rsidRPr="00586102" w:rsidR="006E4F94" w:rsidTr="3279287A" w14:paraId="7C408C3A" w14:textId="77777777">
        <w:trPr>
          <w:cantSplit/>
          <w:jc w:val="center"/>
        </w:trPr>
        <w:tc>
          <w:tcPr>
            <w:tcW w:w="7937" w:type="dxa"/>
            <w:tcMar/>
            <w:vAlign w:val="center"/>
          </w:tcPr>
          <w:p w:rsidRPr="00586102" w:rsidR="006E4F94" w:rsidRDefault="00C26DEC" w14:paraId="5914ECBA" w14:textId="77777777">
            <w:pPr>
              <w:tabs>
                <w:tab w:val="left" w:pos="369"/>
              </w:tabs>
              <w:spacing w:before="20" w:after="20" w:line="240" w:lineRule="auto"/>
              <w:ind w:left="369" w:hanging="369"/>
            </w:pPr>
            <w:r w:rsidRPr="00586102">
              <w:rPr>
                <w:sz w:val="20"/>
              </w:rPr>
              <w:t>k)</w:t>
            </w:r>
            <w:r w:rsidRPr="00586102">
              <w:rPr>
                <w:sz w:val="20"/>
              </w:rPr>
              <w:tab/>
            </w:r>
            <w:r w:rsidRPr="00586102">
              <w:rPr>
                <w:sz w:val="20"/>
              </w:rPr>
              <w:t>No estar sancionado con inhabilitación temporal o definitiva para contratar con el Estado Peruano, mientras dure tal sanción.</w:t>
            </w:r>
          </w:p>
        </w:tc>
        <w:tc>
          <w:tcPr>
            <w:tcW w:w="1134" w:type="dxa"/>
            <w:tcMar/>
            <w:vAlign w:val="center"/>
          </w:tcPr>
          <w:p w:rsidRPr="00586102" w:rsidR="006E4F94" w:rsidRDefault="006E4F94" w14:paraId="12CA76E9" w14:textId="77777777">
            <w:pPr>
              <w:spacing w:before="20" w:after="20" w:line="240" w:lineRule="auto"/>
            </w:pPr>
          </w:p>
        </w:tc>
      </w:tr>
      <w:tr w:rsidRPr="00586102" w:rsidR="006E4F94" w:rsidTr="3279287A" w14:paraId="2B0F1BAC" w14:textId="77777777">
        <w:trPr>
          <w:cantSplit/>
          <w:jc w:val="center"/>
        </w:trPr>
        <w:tc>
          <w:tcPr>
            <w:tcW w:w="7937" w:type="dxa"/>
            <w:tcMar/>
            <w:vAlign w:val="center"/>
          </w:tcPr>
          <w:p w:rsidRPr="00586102" w:rsidR="006E4F94" w:rsidRDefault="00C26DEC" w14:paraId="53508721" w14:textId="77777777">
            <w:pPr>
              <w:tabs>
                <w:tab w:val="left" w:pos="369"/>
              </w:tabs>
              <w:spacing w:before="20" w:after="20" w:line="240" w:lineRule="auto"/>
              <w:ind w:left="369" w:hanging="369"/>
            </w:pPr>
            <w:r w:rsidRPr="00586102">
              <w:rPr>
                <w:sz w:val="20"/>
              </w:rPr>
              <w:t>l)</w:t>
            </w:r>
            <w:r w:rsidRPr="00586102">
              <w:rPr>
                <w:sz w:val="20"/>
              </w:rPr>
              <w:tab/>
            </w:r>
            <w:r w:rsidRPr="00586102">
              <w:rPr>
                <w:sz w:val="20"/>
              </w:rPr>
              <w:t xml:space="preserve">Los accionistas o </w:t>
            </w:r>
            <w:proofErr w:type="spellStart"/>
            <w:r w:rsidRPr="00586102">
              <w:rPr>
                <w:sz w:val="20"/>
              </w:rPr>
              <w:t>participacionistas</w:t>
            </w:r>
            <w:proofErr w:type="spellEnd"/>
            <w:r w:rsidRPr="00586102">
              <w:rPr>
                <w:sz w:val="20"/>
              </w:rPr>
              <w:t xml:space="preserve"> de las entidades solicitantes no tengan sentencia consentida y/o ejecutoriada por delitos contra la administración pública en agravio del Estado.</w:t>
            </w:r>
          </w:p>
        </w:tc>
        <w:tc>
          <w:tcPr>
            <w:tcW w:w="1134" w:type="dxa"/>
            <w:tcMar/>
            <w:vAlign w:val="center"/>
          </w:tcPr>
          <w:p w:rsidRPr="00586102" w:rsidR="006E4F94" w:rsidRDefault="006E4F94" w14:paraId="535CD2C8" w14:textId="77777777">
            <w:pPr>
              <w:spacing w:before="20" w:after="20" w:line="240" w:lineRule="auto"/>
            </w:pPr>
          </w:p>
        </w:tc>
      </w:tr>
      <w:tr w:rsidRPr="00586102" w:rsidR="006E4F94" w:rsidTr="3279287A" w14:paraId="48219000" w14:textId="77777777">
        <w:trPr>
          <w:cantSplit/>
          <w:jc w:val="center"/>
        </w:trPr>
        <w:tc>
          <w:tcPr>
            <w:tcW w:w="7937" w:type="dxa"/>
            <w:tcMar/>
            <w:vAlign w:val="center"/>
          </w:tcPr>
          <w:p w:rsidRPr="00586102" w:rsidR="006E4F94" w:rsidRDefault="00C26DEC" w14:paraId="7DA5673A" w14:textId="77777777">
            <w:pPr>
              <w:tabs>
                <w:tab w:val="left" w:pos="369"/>
              </w:tabs>
              <w:spacing w:before="20" w:after="20" w:line="240" w:lineRule="auto"/>
              <w:ind w:left="369" w:hanging="369"/>
            </w:pPr>
            <w:r w:rsidRPr="00586102">
              <w:rPr>
                <w:sz w:val="20"/>
              </w:rPr>
              <w:t>m)</w:t>
            </w:r>
            <w:r w:rsidRPr="00586102">
              <w:rPr>
                <w:sz w:val="20"/>
              </w:rPr>
              <w:tab/>
            </w:r>
            <w:r w:rsidRPr="00586102">
              <w:rPr>
                <w:sz w:val="20"/>
              </w:rPr>
              <w:t>No tener proyectos en estado interrumpido o judicializado en PROINNÓVATE (debido a incumplimientos contractuales).</w:t>
            </w:r>
          </w:p>
        </w:tc>
        <w:tc>
          <w:tcPr>
            <w:tcW w:w="1134" w:type="dxa"/>
            <w:tcMar/>
            <w:vAlign w:val="center"/>
          </w:tcPr>
          <w:p w:rsidRPr="00586102" w:rsidR="006E4F94" w:rsidRDefault="006E4F94" w14:paraId="4D7622CA" w14:textId="77777777">
            <w:pPr>
              <w:spacing w:before="20" w:after="20" w:line="240" w:lineRule="auto"/>
            </w:pPr>
          </w:p>
        </w:tc>
      </w:tr>
      <w:tr w:rsidRPr="00586102" w:rsidR="006E4F94" w:rsidTr="3279287A" w14:paraId="66235F5A" w14:textId="77777777">
        <w:trPr>
          <w:cantSplit/>
          <w:jc w:val="center"/>
        </w:trPr>
        <w:tc>
          <w:tcPr>
            <w:tcW w:w="7937" w:type="dxa"/>
            <w:tcMar/>
            <w:vAlign w:val="center"/>
          </w:tcPr>
          <w:p w:rsidRPr="00586102" w:rsidR="006E4F94" w:rsidRDefault="00C26DEC" w14:paraId="4A9E2A10" w14:textId="00E44E06">
            <w:pPr>
              <w:tabs>
                <w:tab w:val="left" w:pos="369"/>
              </w:tabs>
              <w:spacing w:before="20" w:after="20" w:line="240" w:lineRule="auto"/>
              <w:ind w:left="369" w:hanging="369"/>
            </w:pPr>
            <w:r w:rsidRPr="00586102">
              <w:rPr>
                <w:sz w:val="20"/>
              </w:rPr>
              <w:t>n)</w:t>
            </w:r>
            <w:r w:rsidRPr="00586102">
              <w:rPr>
                <w:sz w:val="20"/>
              </w:rPr>
              <w:tab/>
            </w:r>
            <w:r w:rsidRPr="00586102">
              <w:rPr>
                <w:sz w:val="20"/>
              </w:rPr>
              <w:t xml:space="preserve">Que el representante legal, socios y/o accionistas </w:t>
            </w:r>
            <w:r w:rsidRPr="00586102" w:rsidR="00402FDA">
              <w:rPr>
                <w:sz w:val="20"/>
              </w:rPr>
              <w:t xml:space="preserve">de la Entidad Solicitante </w:t>
            </w:r>
            <w:r w:rsidRPr="00586102">
              <w:rPr>
                <w:sz w:val="20"/>
              </w:rPr>
              <w:t>no sean miembros del equipo técnico de los proyectos de Dinamización de Ecosistemas Regionales de Innovación y Emprendimiento 3.0 de PROINNÓVATE.</w:t>
            </w:r>
          </w:p>
        </w:tc>
        <w:tc>
          <w:tcPr>
            <w:tcW w:w="1134" w:type="dxa"/>
            <w:tcMar/>
            <w:vAlign w:val="center"/>
          </w:tcPr>
          <w:p w:rsidRPr="00586102" w:rsidR="006E4F94" w:rsidRDefault="006E4F94" w14:paraId="30C08E64" w14:textId="77777777">
            <w:pPr>
              <w:spacing w:before="20" w:after="20" w:line="240" w:lineRule="auto"/>
            </w:pPr>
          </w:p>
        </w:tc>
      </w:tr>
      <w:tr w:rsidRPr="00586102" w:rsidR="006E4F94" w:rsidTr="3279287A" w14:paraId="78D75DEA" w14:textId="77777777">
        <w:trPr>
          <w:cantSplit/>
          <w:jc w:val="center"/>
        </w:trPr>
        <w:tc>
          <w:tcPr>
            <w:tcW w:w="7937" w:type="dxa"/>
            <w:shd w:val="clear" w:color="auto" w:fill="D9D9D9" w:themeFill="background1" w:themeFillShade="D9"/>
            <w:tcMar/>
            <w:vAlign w:val="center"/>
          </w:tcPr>
          <w:p w:rsidRPr="00EC48A8" w:rsidR="006E4F94" w:rsidRDefault="00C26DEC" w14:paraId="760DF568" w14:textId="77777777">
            <w:pPr>
              <w:spacing w:before="20" w:after="20" w:line="240" w:lineRule="auto"/>
              <w:rPr>
                <w:b/>
              </w:rPr>
            </w:pPr>
            <w:r w:rsidRPr="00EC48A8">
              <w:rPr>
                <w:b/>
                <w:sz w:val="20"/>
              </w:rPr>
              <w:t>El/</w:t>
            </w:r>
            <w:r w:rsidRPr="00EC48A8">
              <w:rPr>
                <w:b/>
                <w:sz w:val="20"/>
              </w:rPr>
              <w:t>los representante(s) legal(es) de la Entidad Solicitante debe cumplir con los siguientes requisitos legales:</w:t>
            </w:r>
          </w:p>
        </w:tc>
        <w:tc>
          <w:tcPr>
            <w:tcW w:w="1134" w:type="dxa"/>
            <w:tcMar/>
            <w:vAlign w:val="center"/>
          </w:tcPr>
          <w:p w:rsidRPr="00586102" w:rsidR="006E4F94" w:rsidRDefault="006E4F94" w14:paraId="108C7E56" w14:textId="77777777">
            <w:pPr>
              <w:spacing w:before="20" w:after="20" w:line="240" w:lineRule="auto"/>
            </w:pPr>
          </w:p>
        </w:tc>
      </w:tr>
      <w:tr w:rsidRPr="00586102" w:rsidR="006E4F94" w:rsidTr="3279287A" w14:paraId="33448E41" w14:textId="77777777">
        <w:trPr>
          <w:cantSplit/>
          <w:jc w:val="center"/>
        </w:trPr>
        <w:tc>
          <w:tcPr>
            <w:tcW w:w="7937" w:type="dxa"/>
            <w:tcMar/>
            <w:vAlign w:val="center"/>
          </w:tcPr>
          <w:p w:rsidRPr="00586102" w:rsidR="006E4F94" w:rsidRDefault="00C26DEC" w14:paraId="793ACE71" w14:textId="77777777">
            <w:pPr>
              <w:tabs>
                <w:tab w:val="left" w:pos="369"/>
              </w:tabs>
              <w:spacing w:before="20" w:after="20" w:line="240" w:lineRule="auto"/>
              <w:ind w:left="369" w:hanging="369"/>
            </w:pPr>
            <w:r w:rsidRPr="00586102">
              <w:rPr>
                <w:sz w:val="20"/>
              </w:rPr>
              <w:t>a)</w:t>
            </w:r>
            <w:r w:rsidRPr="00586102">
              <w:rPr>
                <w:sz w:val="20"/>
              </w:rPr>
              <w:tab/>
            </w:r>
            <w:r w:rsidRPr="00586102">
              <w:rPr>
                <w:sz w:val="20"/>
              </w:rPr>
              <w:t>No estar sancionado con inhabilitación temporal o definitiva para contratar con el Estado Peruano, mientras dure tal sanción.</w:t>
            </w:r>
          </w:p>
        </w:tc>
        <w:tc>
          <w:tcPr>
            <w:tcW w:w="1134" w:type="dxa"/>
            <w:tcMar/>
            <w:vAlign w:val="center"/>
          </w:tcPr>
          <w:p w:rsidRPr="00586102" w:rsidR="006E4F94" w:rsidRDefault="006E4F94" w14:paraId="600ECFBE" w14:textId="77777777">
            <w:pPr>
              <w:spacing w:before="20" w:after="20" w:line="240" w:lineRule="auto"/>
            </w:pPr>
          </w:p>
        </w:tc>
      </w:tr>
      <w:tr w:rsidRPr="00586102" w:rsidR="006E4F94" w:rsidTr="3279287A" w14:paraId="01A297A1" w14:textId="77777777">
        <w:trPr>
          <w:cantSplit/>
          <w:jc w:val="center"/>
        </w:trPr>
        <w:tc>
          <w:tcPr>
            <w:tcW w:w="7937" w:type="dxa"/>
            <w:tcMar/>
            <w:vAlign w:val="center"/>
          </w:tcPr>
          <w:p w:rsidRPr="00586102" w:rsidR="006E4F94" w:rsidRDefault="00C26DEC" w14:paraId="68123278" w14:textId="77777777">
            <w:pPr>
              <w:tabs>
                <w:tab w:val="left" w:pos="369"/>
              </w:tabs>
              <w:spacing w:before="20" w:after="20" w:line="240" w:lineRule="auto"/>
              <w:ind w:left="369" w:hanging="369"/>
            </w:pPr>
            <w:r w:rsidRPr="00586102">
              <w:rPr>
                <w:sz w:val="20"/>
              </w:rPr>
              <w:t>b)</w:t>
            </w:r>
            <w:r w:rsidRPr="00586102">
              <w:rPr>
                <w:sz w:val="20"/>
              </w:rPr>
              <w:tab/>
            </w:r>
            <w:r w:rsidRPr="00586102">
              <w:rPr>
                <w:sz w:val="20"/>
              </w:rPr>
              <w:t>No tener sentencia consentida y/o ejecutoriada por delito contra la administración pública en agravio del Estado.</w:t>
            </w:r>
          </w:p>
        </w:tc>
        <w:tc>
          <w:tcPr>
            <w:tcW w:w="1134" w:type="dxa"/>
            <w:tcMar/>
            <w:vAlign w:val="center"/>
          </w:tcPr>
          <w:p w:rsidRPr="00586102" w:rsidR="006E4F94" w:rsidRDefault="006E4F94" w14:paraId="1D272426" w14:textId="77777777">
            <w:pPr>
              <w:spacing w:before="20" w:after="20" w:line="240" w:lineRule="auto"/>
            </w:pPr>
          </w:p>
        </w:tc>
      </w:tr>
      <w:tr w:rsidRPr="00586102" w:rsidR="006E4F94" w:rsidTr="3279287A" w14:paraId="5B2CC797" w14:textId="77777777">
        <w:trPr>
          <w:cantSplit/>
          <w:jc w:val="center"/>
        </w:trPr>
        <w:tc>
          <w:tcPr>
            <w:tcW w:w="7937" w:type="dxa"/>
            <w:tcMar/>
            <w:vAlign w:val="center"/>
          </w:tcPr>
          <w:p w:rsidRPr="00586102" w:rsidR="006E4F94" w:rsidRDefault="00C26DEC" w14:paraId="559FBC73" w14:textId="77777777">
            <w:pPr>
              <w:tabs>
                <w:tab w:val="left" w:pos="369"/>
              </w:tabs>
              <w:spacing w:before="20" w:after="20" w:line="240" w:lineRule="auto"/>
              <w:ind w:left="369" w:hanging="369"/>
            </w:pPr>
            <w:r w:rsidRPr="00586102">
              <w:rPr>
                <w:sz w:val="20"/>
              </w:rPr>
              <w:t>c)</w:t>
            </w:r>
            <w:r w:rsidRPr="00586102">
              <w:rPr>
                <w:sz w:val="20"/>
              </w:rPr>
              <w:tab/>
            </w:r>
            <w:r w:rsidRPr="00586102">
              <w:rPr>
                <w:sz w:val="20"/>
              </w:rPr>
              <w:t>No tener proyectos en estado interrumpido o judicializado en PROINNÓVATE (debido a incumplimientos contractuales).</w:t>
            </w:r>
          </w:p>
        </w:tc>
        <w:tc>
          <w:tcPr>
            <w:tcW w:w="1134" w:type="dxa"/>
            <w:tcMar/>
            <w:vAlign w:val="center"/>
          </w:tcPr>
          <w:p w:rsidRPr="00586102" w:rsidR="006E4F94" w:rsidRDefault="006E4F94" w14:paraId="6C0D741F" w14:textId="77777777">
            <w:pPr>
              <w:spacing w:before="20" w:after="20" w:line="240" w:lineRule="auto"/>
            </w:pPr>
          </w:p>
        </w:tc>
      </w:tr>
      <w:tr w:rsidRPr="00586102" w:rsidR="006E4F94" w:rsidTr="3279287A" w14:paraId="46A021A3" w14:textId="77777777">
        <w:trPr>
          <w:cantSplit/>
          <w:jc w:val="center"/>
        </w:trPr>
        <w:tc>
          <w:tcPr>
            <w:tcW w:w="7937" w:type="dxa"/>
            <w:tcMar/>
            <w:vAlign w:val="center"/>
          </w:tcPr>
          <w:p w:rsidRPr="00586102" w:rsidR="006E4F94" w:rsidRDefault="00C26DEC" w14:paraId="5FF1CF49" w14:textId="77777777">
            <w:pPr>
              <w:tabs>
                <w:tab w:val="left" w:pos="369"/>
              </w:tabs>
              <w:spacing w:before="20" w:after="20" w:line="240" w:lineRule="auto"/>
              <w:ind w:left="369" w:hanging="369"/>
            </w:pPr>
            <w:r w:rsidRPr="00586102">
              <w:rPr>
                <w:sz w:val="20"/>
              </w:rPr>
              <w:t>d)</w:t>
            </w:r>
            <w:r w:rsidRPr="00586102">
              <w:rPr>
                <w:sz w:val="20"/>
              </w:rPr>
              <w:tab/>
            </w:r>
            <w:r w:rsidRPr="00586102">
              <w:rPr>
                <w:sz w:val="20"/>
              </w:rPr>
              <w:t>Marcar este casillero si y sólo si la Entidad Solicitante y/o representante legal figuren con deuda en SUNAT y cumplen con presentar una copia simple de la Resolución de fraccionamiento de deuda coactiva con SUNAT. Si no tiene deuda con SUNAT dejar en blanco este casillero.</w:t>
            </w:r>
          </w:p>
        </w:tc>
        <w:tc>
          <w:tcPr>
            <w:tcW w:w="1134" w:type="dxa"/>
            <w:tcMar/>
            <w:vAlign w:val="center"/>
          </w:tcPr>
          <w:p w:rsidRPr="00586102" w:rsidR="006E4F94" w:rsidRDefault="006E4F94" w14:paraId="5AA9FEC8" w14:textId="77777777">
            <w:pPr>
              <w:spacing w:before="20" w:after="20" w:line="240" w:lineRule="auto"/>
            </w:pPr>
          </w:p>
        </w:tc>
      </w:tr>
      <w:tr w:rsidRPr="00586102" w:rsidR="006E4F94" w:rsidTr="3279287A" w14:paraId="017C26D2" w14:textId="77777777">
        <w:trPr>
          <w:cantSplit/>
          <w:jc w:val="center"/>
        </w:trPr>
        <w:tc>
          <w:tcPr>
            <w:tcW w:w="7937" w:type="dxa"/>
            <w:shd w:val="clear" w:color="auto" w:fill="D9D9D9" w:themeFill="background1" w:themeFillShade="D9"/>
            <w:tcMar/>
            <w:vAlign w:val="center"/>
          </w:tcPr>
          <w:p w:rsidRPr="00EC48A8" w:rsidR="006E4F94" w:rsidRDefault="00C26DEC" w14:paraId="08374209" w14:textId="77777777">
            <w:pPr>
              <w:spacing w:before="20" w:after="20" w:line="240" w:lineRule="auto"/>
              <w:rPr>
                <w:b/>
                <w:bCs/>
              </w:rPr>
            </w:pPr>
            <w:r w:rsidRPr="00EC48A8">
              <w:rPr>
                <w:b/>
                <w:bCs/>
                <w:sz w:val="20"/>
              </w:rPr>
              <w:t>El proyecto presentado al concurso debe cumplir con los siguientes requisitos:</w:t>
            </w:r>
          </w:p>
        </w:tc>
        <w:tc>
          <w:tcPr>
            <w:tcW w:w="1134" w:type="dxa"/>
            <w:tcMar/>
            <w:vAlign w:val="center"/>
          </w:tcPr>
          <w:p w:rsidRPr="00586102" w:rsidR="006E4F94" w:rsidRDefault="006E4F94" w14:paraId="4AED0240" w14:textId="77777777">
            <w:pPr>
              <w:spacing w:before="20" w:after="20" w:line="240" w:lineRule="auto"/>
            </w:pPr>
          </w:p>
        </w:tc>
      </w:tr>
      <w:tr w:rsidRPr="00586102" w:rsidR="006E4F94" w:rsidTr="3279287A" w14:paraId="3B3B3AFE" w14:textId="77777777">
        <w:trPr>
          <w:cantSplit/>
          <w:jc w:val="center"/>
        </w:trPr>
        <w:tc>
          <w:tcPr>
            <w:tcW w:w="7937" w:type="dxa"/>
            <w:tcMar/>
            <w:vAlign w:val="center"/>
          </w:tcPr>
          <w:p w:rsidRPr="00586102" w:rsidR="006E4F94" w:rsidRDefault="00C26DEC" w14:paraId="12EA0A67" w14:textId="77777777">
            <w:pPr>
              <w:tabs>
                <w:tab w:val="left" w:pos="369"/>
              </w:tabs>
              <w:spacing w:before="20" w:after="20" w:line="240" w:lineRule="auto"/>
              <w:ind w:left="369" w:hanging="369"/>
            </w:pPr>
            <w:r w:rsidRPr="00586102">
              <w:rPr>
                <w:sz w:val="20"/>
              </w:rPr>
              <w:t>a)</w:t>
            </w:r>
            <w:r w:rsidRPr="00586102">
              <w:rPr>
                <w:sz w:val="20"/>
              </w:rPr>
              <w:tab/>
            </w:r>
            <w:r w:rsidRPr="00586102">
              <w:rPr>
                <w:sz w:val="20"/>
              </w:rPr>
              <w:t>Que no vulnere derechos de propiedad intelectual de terceros y no muestre indicios de plagio o copia textual, total o parcial, de otros proyectos en evaluación, postulados, culminados o en ejecución, financiados por cualquier fuente cuya información sea accesible.</w:t>
            </w:r>
          </w:p>
        </w:tc>
        <w:tc>
          <w:tcPr>
            <w:tcW w:w="1134" w:type="dxa"/>
            <w:tcMar/>
            <w:vAlign w:val="center"/>
          </w:tcPr>
          <w:p w:rsidRPr="00586102" w:rsidR="006E4F94" w:rsidRDefault="006E4F94" w14:paraId="379DC92B" w14:textId="77777777">
            <w:pPr>
              <w:spacing w:before="20" w:after="20" w:line="240" w:lineRule="auto"/>
            </w:pPr>
          </w:p>
        </w:tc>
      </w:tr>
      <w:tr w:rsidRPr="00586102" w:rsidR="006E4F94" w:rsidTr="3279287A" w14:paraId="74AF70C1" w14:textId="77777777">
        <w:trPr>
          <w:cantSplit/>
          <w:jc w:val="center"/>
        </w:trPr>
        <w:tc>
          <w:tcPr>
            <w:tcW w:w="7937" w:type="dxa"/>
            <w:tcMar/>
            <w:vAlign w:val="center"/>
          </w:tcPr>
          <w:p w:rsidRPr="00586102" w:rsidR="006E4F94" w:rsidRDefault="00C26DEC" w14:paraId="6A5305A0" w14:textId="77777777">
            <w:pPr>
              <w:tabs>
                <w:tab w:val="left" w:pos="369"/>
              </w:tabs>
              <w:spacing w:before="20" w:after="20" w:line="240" w:lineRule="auto"/>
              <w:ind w:left="369" w:hanging="369"/>
            </w:pPr>
            <w:r w:rsidRPr="00586102">
              <w:rPr>
                <w:sz w:val="20"/>
              </w:rPr>
              <w:t>b)</w:t>
            </w:r>
            <w:r w:rsidRPr="00586102">
              <w:rPr>
                <w:sz w:val="20"/>
              </w:rPr>
              <w:tab/>
            </w:r>
            <w:r w:rsidRPr="00586102">
              <w:rPr>
                <w:sz w:val="20"/>
              </w:rPr>
              <w:t>Que no sea financiado por recursos provenientes de otros fondos del Estado Peruano.</w:t>
            </w:r>
          </w:p>
        </w:tc>
        <w:tc>
          <w:tcPr>
            <w:tcW w:w="1134" w:type="dxa"/>
            <w:tcMar/>
            <w:vAlign w:val="center"/>
          </w:tcPr>
          <w:p w:rsidRPr="00586102" w:rsidR="006E4F94" w:rsidRDefault="006E4F94" w14:paraId="0E0BC5C9" w14:textId="77777777">
            <w:pPr>
              <w:spacing w:before="20" w:after="20" w:line="240" w:lineRule="auto"/>
            </w:pPr>
          </w:p>
        </w:tc>
      </w:tr>
      <w:tr w:rsidRPr="00586102" w:rsidR="006E4F94" w:rsidTr="3279287A" w14:paraId="60C8B8D7" w14:textId="77777777">
        <w:trPr>
          <w:cantSplit/>
          <w:jc w:val="center"/>
        </w:trPr>
        <w:tc>
          <w:tcPr>
            <w:tcW w:w="7937" w:type="dxa"/>
            <w:tcMar/>
            <w:vAlign w:val="center"/>
          </w:tcPr>
          <w:p w:rsidRPr="00586102" w:rsidR="006E4F94" w:rsidRDefault="00C26DEC" w14:paraId="098599EC" w14:textId="6DBAA123">
            <w:pPr>
              <w:tabs>
                <w:tab w:val="left" w:pos="369"/>
              </w:tabs>
              <w:spacing w:before="20" w:after="20" w:line="240" w:lineRule="auto"/>
              <w:ind w:left="369" w:hanging="369"/>
            </w:pPr>
            <w:r w:rsidRPr="00586102">
              <w:rPr>
                <w:sz w:val="20"/>
              </w:rPr>
              <w:t>c)</w:t>
            </w:r>
            <w:r w:rsidRPr="00586102">
              <w:rPr>
                <w:sz w:val="20"/>
              </w:rPr>
              <w:tab/>
            </w:r>
            <w:r w:rsidRPr="00586102">
              <w:rPr>
                <w:sz w:val="20"/>
              </w:rPr>
              <w:t xml:space="preserve">Que la información consignada en el proyecto presentado </w:t>
            </w:r>
            <w:r w:rsidRPr="00586102" w:rsidR="00402FDA">
              <w:rPr>
                <w:sz w:val="20"/>
              </w:rPr>
              <w:t xml:space="preserve">a PROINNÓVATE </w:t>
            </w:r>
            <w:r w:rsidRPr="00586102">
              <w:rPr>
                <w:sz w:val="20"/>
              </w:rPr>
              <w:t>es veraz.</w:t>
            </w:r>
          </w:p>
        </w:tc>
        <w:tc>
          <w:tcPr>
            <w:tcW w:w="1134" w:type="dxa"/>
            <w:tcMar/>
            <w:vAlign w:val="center"/>
          </w:tcPr>
          <w:p w:rsidRPr="00586102" w:rsidR="006E4F94" w:rsidRDefault="006E4F94" w14:paraId="656EA54F" w14:textId="77777777">
            <w:pPr>
              <w:spacing w:before="20" w:after="20" w:line="240" w:lineRule="auto"/>
            </w:pPr>
          </w:p>
        </w:tc>
      </w:tr>
      <w:tr w:rsidRPr="00586102" w:rsidR="006E4F94" w:rsidTr="3279287A" w14:paraId="16BFA25C" w14:textId="77777777">
        <w:trPr>
          <w:cantSplit/>
          <w:jc w:val="center"/>
        </w:trPr>
        <w:tc>
          <w:tcPr>
            <w:tcW w:w="7937" w:type="dxa"/>
            <w:tcMar/>
            <w:vAlign w:val="center"/>
          </w:tcPr>
          <w:p w:rsidRPr="00586102" w:rsidR="006E4F94" w:rsidRDefault="00C26DEC" w14:paraId="0F67F496" w14:textId="67F83CC0">
            <w:pPr>
              <w:tabs>
                <w:tab w:val="left" w:pos="369"/>
              </w:tabs>
              <w:spacing w:before="20" w:after="20" w:line="240" w:lineRule="auto"/>
              <w:ind w:left="369" w:hanging="369"/>
            </w:pPr>
            <w:r w:rsidRPr="00586102">
              <w:rPr>
                <w:sz w:val="20"/>
              </w:rPr>
              <w:t>d)</w:t>
            </w:r>
            <w:r w:rsidRPr="00586102">
              <w:rPr>
                <w:sz w:val="20"/>
              </w:rPr>
              <w:tab/>
            </w:r>
            <w:r w:rsidRPr="00586102" w:rsidR="00F43812">
              <w:rPr>
                <w:sz w:val="20"/>
              </w:rPr>
              <w:t>Que el proyecto que se postula en la presente convocatoria no es presentado en ninguno de los otros concursos regionales vigentes (convocados por la región Piura y/o las otras regiones)</w:t>
            </w:r>
            <w:r w:rsidRPr="00586102" w:rsidR="004375F4">
              <w:rPr>
                <w:sz w:val="20"/>
              </w:rPr>
              <w:t>.</w:t>
            </w:r>
          </w:p>
        </w:tc>
        <w:tc>
          <w:tcPr>
            <w:tcW w:w="1134" w:type="dxa"/>
            <w:tcMar/>
            <w:vAlign w:val="center"/>
          </w:tcPr>
          <w:p w:rsidRPr="00586102" w:rsidR="006E4F94" w:rsidRDefault="006E4F94" w14:paraId="221EE839" w14:textId="77777777">
            <w:pPr>
              <w:spacing w:before="20" w:after="20" w:line="240" w:lineRule="auto"/>
            </w:pPr>
          </w:p>
        </w:tc>
      </w:tr>
      <w:tr w:rsidRPr="00586102" w:rsidR="006E4F94" w:rsidTr="3279287A" w14:paraId="0D925EC3" w14:textId="77777777">
        <w:trPr>
          <w:cantSplit/>
          <w:jc w:val="center"/>
        </w:trPr>
        <w:tc>
          <w:tcPr>
            <w:tcW w:w="7937" w:type="dxa"/>
            <w:tcMar/>
            <w:vAlign w:val="center"/>
          </w:tcPr>
          <w:p w:rsidRPr="00586102" w:rsidR="006E4F94" w:rsidRDefault="00C26DEC" w14:paraId="50C45A1E" w14:textId="77777777">
            <w:pPr>
              <w:tabs>
                <w:tab w:val="left" w:pos="369"/>
              </w:tabs>
              <w:spacing w:before="20" w:after="20" w:line="240" w:lineRule="auto"/>
              <w:ind w:left="369" w:hanging="369"/>
            </w:pPr>
            <w:r w:rsidRPr="00586102">
              <w:rPr>
                <w:sz w:val="20"/>
              </w:rPr>
              <w:t>e)</w:t>
            </w:r>
            <w:r w:rsidRPr="00586102">
              <w:rPr>
                <w:sz w:val="20"/>
              </w:rPr>
              <w:tab/>
            </w:r>
            <w:r w:rsidRPr="00586102">
              <w:rPr>
                <w:sz w:val="20"/>
              </w:rPr>
              <w:t>Que el proyecto cumpla con la normativa ambiental vigente del Perú, en lo que le corresponda.</w:t>
            </w:r>
          </w:p>
        </w:tc>
        <w:tc>
          <w:tcPr>
            <w:tcW w:w="1134" w:type="dxa"/>
            <w:tcMar/>
            <w:vAlign w:val="center"/>
          </w:tcPr>
          <w:p w:rsidRPr="00586102" w:rsidR="006E4F94" w:rsidRDefault="006E4F94" w14:paraId="17C221AB" w14:textId="77777777">
            <w:pPr>
              <w:spacing w:before="20" w:after="20" w:line="240" w:lineRule="auto"/>
            </w:pPr>
          </w:p>
        </w:tc>
      </w:tr>
      <w:tr w:rsidRPr="00586102" w:rsidR="006E4F94" w:rsidTr="3279287A" w14:paraId="72728CE9" w14:textId="77777777">
        <w:trPr>
          <w:cantSplit/>
          <w:jc w:val="center"/>
        </w:trPr>
        <w:tc>
          <w:tcPr>
            <w:tcW w:w="7937" w:type="dxa"/>
            <w:tcMar/>
            <w:vAlign w:val="center"/>
          </w:tcPr>
          <w:p w:rsidRPr="00586102" w:rsidR="006E4F94" w:rsidRDefault="00C26DEC" w14:paraId="434A16D0" w14:textId="3DD01470">
            <w:pPr>
              <w:tabs>
                <w:tab w:val="left" w:pos="369"/>
              </w:tabs>
              <w:spacing w:before="20" w:after="20" w:line="240" w:lineRule="auto"/>
              <w:ind w:left="369" w:hanging="369"/>
            </w:pPr>
            <w:r w:rsidRPr="3279287A" w:rsidR="00C26DEC">
              <w:rPr>
                <w:sz w:val="20"/>
                <w:szCs w:val="20"/>
              </w:rPr>
              <w:t>f)</w:t>
            </w:r>
            <w:r>
              <w:tab/>
            </w:r>
            <w:r w:rsidRPr="3279287A" w:rsidR="00C26DEC">
              <w:rPr>
                <w:sz w:val="20"/>
                <w:szCs w:val="20"/>
              </w:rPr>
              <w:t xml:space="preserve">Proyectos cuya </w:t>
            </w:r>
            <w:r w:rsidRPr="3279287A" w:rsidR="004375F4">
              <w:rPr>
                <w:sz w:val="20"/>
                <w:szCs w:val="20"/>
              </w:rPr>
              <w:t xml:space="preserve">innovación propuesta </w:t>
            </w:r>
            <w:r w:rsidRPr="3279287A" w:rsidR="00C26DEC">
              <w:rPr>
                <w:sz w:val="20"/>
                <w:szCs w:val="20"/>
              </w:rPr>
              <w:t xml:space="preserve">se </w:t>
            </w:r>
            <w:r w:rsidRPr="3279287A" w:rsidR="00C26DEC">
              <w:rPr>
                <w:sz w:val="20"/>
                <w:szCs w:val="20"/>
              </w:rPr>
              <w:t>implemente</w:t>
            </w:r>
            <w:r w:rsidRPr="3279287A" w:rsidR="11675F63">
              <w:rPr>
                <w:sz w:val="20"/>
                <w:szCs w:val="20"/>
              </w:rPr>
              <w:t xml:space="preserve"> en </w:t>
            </w:r>
            <w:r w:rsidRPr="3279287A" w:rsidR="00C26DEC">
              <w:rPr>
                <w:sz w:val="20"/>
                <w:szCs w:val="20"/>
              </w:rPr>
              <w:t>una de las Áreas Estratégicas de Especialización priorizadas por la región</w:t>
            </w:r>
            <w:r w:rsidRPr="3279287A" w:rsidR="004375F4">
              <w:rPr>
                <w:sz w:val="20"/>
                <w:szCs w:val="20"/>
              </w:rPr>
              <w:t xml:space="preserve"> Piur</w:t>
            </w:r>
            <w:r w:rsidRPr="3279287A" w:rsidR="00EC48A8">
              <w:rPr>
                <w:sz w:val="20"/>
                <w:szCs w:val="20"/>
              </w:rPr>
              <w:t>a en su Plan de Desarrollo del Ecosistema Regional de Innovación y Emprendimiento (PDE):</w:t>
            </w:r>
            <w:r w:rsidRPr="3279287A" w:rsidR="00C26DEC">
              <w:rPr>
                <w:sz w:val="20"/>
                <w:szCs w:val="20"/>
              </w:rPr>
              <w:t xml:space="preserve"> i) Industria Agropecuaria e Hidrobiológica de Alto Valor Agregado</w:t>
            </w:r>
            <w:r w:rsidRPr="3279287A" w:rsidR="00022D15">
              <w:rPr>
                <w:sz w:val="20"/>
                <w:szCs w:val="20"/>
              </w:rPr>
              <w:t>;</w:t>
            </w:r>
            <w:r w:rsidRPr="3279287A" w:rsidR="00C26DEC">
              <w:rPr>
                <w:sz w:val="20"/>
                <w:szCs w:val="20"/>
              </w:rPr>
              <w:t xml:space="preserve"> </w:t>
            </w:r>
            <w:r w:rsidRPr="3279287A" w:rsidR="00C26DEC">
              <w:rPr>
                <w:sz w:val="20"/>
                <w:szCs w:val="20"/>
              </w:rPr>
              <w:t>ii</w:t>
            </w:r>
            <w:r w:rsidRPr="3279287A" w:rsidR="00C26DEC">
              <w:rPr>
                <w:sz w:val="20"/>
                <w:szCs w:val="20"/>
              </w:rPr>
              <w:t>) Piura Región Creativa, Cultural y Turística.</w:t>
            </w:r>
          </w:p>
        </w:tc>
        <w:tc>
          <w:tcPr>
            <w:tcW w:w="1134" w:type="dxa"/>
            <w:tcMar/>
            <w:vAlign w:val="center"/>
          </w:tcPr>
          <w:p w:rsidRPr="00586102" w:rsidR="006E4F94" w:rsidRDefault="006E4F94" w14:paraId="0C59F757" w14:textId="77777777">
            <w:pPr>
              <w:spacing w:before="20" w:after="20" w:line="240" w:lineRule="auto"/>
            </w:pPr>
          </w:p>
        </w:tc>
      </w:tr>
      <w:tr w:rsidRPr="00586102" w:rsidR="006E4F94" w:rsidTr="3279287A" w14:paraId="0A681462" w14:textId="77777777">
        <w:trPr>
          <w:cantSplit/>
          <w:jc w:val="center"/>
        </w:trPr>
        <w:tc>
          <w:tcPr>
            <w:tcW w:w="7937" w:type="dxa"/>
            <w:tcMar/>
            <w:vAlign w:val="center"/>
          </w:tcPr>
          <w:p w:rsidRPr="00586102" w:rsidR="006E4F94" w:rsidRDefault="00C26DEC" w14:paraId="2F94AB59" w14:textId="77777777">
            <w:pPr>
              <w:tabs>
                <w:tab w:val="left" w:pos="369"/>
              </w:tabs>
              <w:spacing w:before="20" w:after="20" w:line="240" w:lineRule="auto"/>
              <w:ind w:left="369" w:hanging="369"/>
            </w:pPr>
            <w:r w:rsidRPr="00586102">
              <w:rPr>
                <w:sz w:val="20"/>
              </w:rPr>
              <w:t>g)</w:t>
            </w:r>
            <w:r w:rsidRPr="00586102">
              <w:rPr>
                <w:sz w:val="20"/>
              </w:rPr>
              <w:tab/>
            </w:r>
            <w:r w:rsidRPr="00586102">
              <w:rPr>
                <w:sz w:val="20"/>
              </w:rPr>
              <w:t>No se encuentra relacionada con armas, juegos de azar, actividades ilegales, prohibidas o innecesarias para el logro de los resultados del proyecto.</w:t>
            </w:r>
          </w:p>
        </w:tc>
        <w:tc>
          <w:tcPr>
            <w:tcW w:w="1134" w:type="dxa"/>
            <w:tcMar/>
            <w:vAlign w:val="center"/>
          </w:tcPr>
          <w:p w:rsidRPr="00586102" w:rsidR="006E4F94" w:rsidRDefault="006E4F94" w14:paraId="757E53F7" w14:textId="77777777">
            <w:pPr>
              <w:spacing w:before="20" w:after="20" w:line="240" w:lineRule="auto"/>
            </w:pPr>
          </w:p>
        </w:tc>
      </w:tr>
      <w:tr w:rsidRPr="00586102" w:rsidR="006E4F94" w:rsidTr="3279287A" w14:paraId="7E905103" w14:textId="77777777">
        <w:trPr>
          <w:cantSplit/>
          <w:jc w:val="center"/>
        </w:trPr>
        <w:tc>
          <w:tcPr>
            <w:tcW w:w="7937" w:type="dxa"/>
            <w:tcMar/>
            <w:vAlign w:val="center"/>
          </w:tcPr>
          <w:p w:rsidRPr="00586102" w:rsidR="006E4F94" w:rsidRDefault="00C26DEC" w14:paraId="55E2AB92" w14:textId="0BD37349">
            <w:pPr>
              <w:tabs>
                <w:tab w:val="left" w:pos="369"/>
              </w:tabs>
              <w:spacing w:before="20" w:after="20" w:line="240" w:lineRule="auto"/>
              <w:ind w:left="369" w:hanging="369"/>
            </w:pPr>
            <w:r w:rsidRPr="3279287A" w:rsidR="00C26DEC">
              <w:rPr>
                <w:sz w:val="20"/>
                <w:szCs w:val="20"/>
              </w:rPr>
              <w:t>h)</w:t>
            </w:r>
            <w:r>
              <w:tab/>
            </w:r>
            <w:r w:rsidRPr="3279287A" w:rsidR="00C26DEC">
              <w:rPr>
                <w:sz w:val="20"/>
                <w:szCs w:val="20"/>
              </w:rPr>
              <w:t>Que</w:t>
            </w:r>
            <w:r w:rsidRPr="3279287A" w:rsidR="004375F4">
              <w:rPr>
                <w:sz w:val="20"/>
                <w:szCs w:val="20"/>
              </w:rPr>
              <w:t xml:space="preserve"> los miembros del Equipo Técnico, Coordinador Administrativo y personal con vínculo laboral o contractual con la ES, así como </w:t>
            </w:r>
            <w:r w:rsidRPr="3279287A" w:rsidR="4C19AF35">
              <w:rPr>
                <w:sz w:val="20"/>
                <w:szCs w:val="20"/>
              </w:rPr>
              <w:t xml:space="preserve">las empresas en las que </w:t>
            </w:r>
            <w:r w:rsidRPr="3279287A" w:rsidR="00C26DEC">
              <w:rPr>
                <w:sz w:val="20"/>
                <w:szCs w:val="20"/>
              </w:rPr>
              <w:t>estos sean accionistas, gerente general o representante legal, no podrán ser proveedores de bienes, servicios ni consultorías para las actividades del proyecto, excepto en su formulación. Esto se extiende a los parientes del miembro del Equipo Técnico</w:t>
            </w:r>
            <w:r w:rsidRPr="3279287A" w:rsidR="004375F4">
              <w:rPr>
                <w:sz w:val="20"/>
                <w:szCs w:val="20"/>
              </w:rPr>
              <w:t xml:space="preserve">, </w:t>
            </w:r>
            <w:r w:rsidRPr="3279287A" w:rsidR="00C26DEC">
              <w:rPr>
                <w:sz w:val="20"/>
                <w:szCs w:val="20"/>
              </w:rPr>
              <w:t xml:space="preserve">Coordinador Administrativo </w:t>
            </w:r>
            <w:r w:rsidRPr="3279287A" w:rsidR="004375F4">
              <w:rPr>
                <w:sz w:val="20"/>
                <w:szCs w:val="20"/>
              </w:rPr>
              <w:t xml:space="preserve">y personal de la ES </w:t>
            </w:r>
            <w:r w:rsidRPr="3279287A" w:rsidR="00C26DEC">
              <w:rPr>
                <w:sz w:val="20"/>
                <w:szCs w:val="20"/>
              </w:rPr>
              <w:t>hasta el tercer grado de consanguinidad y/o segundo de afinidad por razones de matrimonio, unión de hecho o convivencia.</w:t>
            </w:r>
          </w:p>
        </w:tc>
        <w:tc>
          <w:tcPr>
            <w:tcW w:w="1134" w:type="dxa"/>
            <w:tcMar/>
            <w:vAlign w:val="center"/>
          </w:tcPr>
          <w:p w:rsidRPr="00586102" w:rsidR="006E4F94" w:rsidRDefault="006E4F94" w14:paraId="73DCF42D" w14:textId="77777777">
            <w:pPr>
              <w:spacing w:before="20" w:after="20" w:line="240" w:lineRule="auto"/>
            </w:pPr>
          </w:p>
        </w:tc>
      </w:tr>
      <w:tr w:rsidRPr="00586102" w:rsidR="006E4F94" w:rsidTr="3279287A" w14:paraId="5CBC4AAB" w14:textId="77777777">
        <w:trPr>
          <w:cantSplit/>
          <w:jc w:val="center"/>
        </w:trPr>
        <w:tc>
          <w:tcPr>
            <w:tcW w:w="7937" w:type="dxa"/>
            <w:tcMar/>
            <w:vAlign w:val="center"/>
          </w:tcPr>
          <w:p w:rsidRPr="00586102" w:rsidR="006E4F94" w:rsidRDefault="00C26DEC" w14:paraId="0180EB3C" w14:textId="3E9FF78E">
            <w:pPr>
              <w:tabs>
                <w:tab w:val="left" w:pos="369"/>
              </w:tabs>
              <w:spacing w:before="20" w:after="20" w:line="240" w:lineRule="auto"/>
              <w:ind w:left="369" w:hanging="369"/>
            </w:pPr>
            <w:r w:rsidRPr="00586102">
              <w:rPr>
                <w:sz w:val="20"/>
              </w:rPr>
              <w:t>i)</w:t>
            </w:r>
            <w:r w:rsidRPr="00586102">
              <w:rPr>
                <w:sz w:val="20"/>
              </w:rPr>
              <w:tab/>
            </w:r>
            <w:r w:rsidRPr="00586102">
              <w:rPr>
                <w:sz w:val="20"/>
              </w:rPr>
              <w:t>Los miembros del Equipo Técnico y el Coordinador Administrativo; así como los socios, apoderados y representantes legales de la Entidad Solicitante, no deben tener relación contractual, consanguinidad y/o afinidad con las personas con vínculo laboral y/o contractual de PROINNÓVATE y la C</w:t>
            </w:r>
            <w:r w:rsidRPr="00586102" w:rsidR="004375F4">
              <w:rPr>
                <w:sz w:val="20"/>
              </w:rPr>
              <w:t>á</w:t>
            </w:r>
            <w:r w:rsidRPr="00586102">
              <w:rPr>
                <w:sz w:val="20"/>
              </w:rPr>
              <w:t>mara</w:t>
            </w:r>
            <w:r w:rsidRPr="00586102" w:rsidR="004375F4">
              <w:rPr>
                <w:sz w:val="20"/>
              </w:rPr>
              <w:t xml:space="preserve"> de C</w:t>
            </w:r>
            <w:r w:rsidRPr="00586102">
              <w:rPr>
                <w:sz w:val="20"/>
              </w:rPr>
              <w:t>omerci</w:t>
            </w:r>
            <w:r w:rsidRPr="00586102" w:rsidR="004375F4">
              <w:rPr>
                <w:sz w:val="20"/>
              </w:rPr>
              <w:t>o</w:t>
            </w:r>
            <w:r w:rsidRPr="00586102">
              <w:rPr>
                <w:sz w:val="20"/>
              </w:rPr>
              <w:t xml:space="preserve"> y </w:t>
            </w:r>
            <w:r w:rsidRPr="00586102" w:rsidR="004375F4">
              <w:rPr>
                <w:sz w:val="20"/>
              </w:rPr>
              <w:t>P</w:t>
            </w:r>
            <w:r w:rsidRPr="00586102">
              <w:rPr>
                <w:sz w:val="20"/>
              </w:rPr>
              <w:t>roducción de Piura, hasta el cuarto grado de consanguinidad y/o afinidad por razones de matrimonio, unión de hecho o convivencia.</w:t>
            </w:r>
          </w:p>
        </w:tc>
        <w:tc>
          <w:tcPr>
            <w:tcW w:w="1134" w:type="dxa"/>
            <w:tcMar/>
            <w:vAlign w:val="center"/>
          </w:tcPr>
          <w:p w:rsidRPr="00586102" w:rsidR="006E4F94" w:rsidRDefault="006E4F94" w14:paraId="49CD1C1C" w14:textId="77777777">
            <w:pPr>
              <w:spacing w:before="20" w:after="20" w:line="240" w:lineRule="auto"/>
            </w:pPr>
          </w:p>
        </w:tc>
      </w:tr>
      <w:tr w:rsidRPr="00586102" w:rsidR="006E4F94" w:rsidTr="3279287A" w14:paraId="1D64F76C" w14:textId="77777777">
        <w:trPr>
          <w:cantSplit/>
          <w:jc w:val="center"/>
        </w:trPr>
        <w:tc>
          <w:tcPr>
            <w:tcW w:w="7937" w:type="dxa"/>
            <w:tcMar/>
            <w:vAlign w:val="center"/>
          </w:tcPr>
          <w:p w:rsidRPr="00586102" w:rsidR="006E4F94" w:rsidRDefault="00C26DEC" w14:paraId="3E896806" w14:textId="77777777">
            <w:pPr>
              <w:tabs>
                <w:tab w:val="left" w:pos="369"/>
              </w:tabs>
              <w:spacing w:before="20" w:after="20" w:line="240" w:lineRule="auto"/>
              <w:ind w:left="369" w:hanging="369"/>
            </w:pPr>
            <w:r w:rsidRPr="00586102">
              <w:rPr>
                <w:sz w:val="20"/>
              </w:rPr>
              <w:t>j)</w:t>
            </w:r>
            <w:r w:rsidRPr="00586102">
              <w:rPr>
                <w:sz w:val="20"/>
              </w:rPr>
              <w:tab/>
            </w:r>
            <w:r w:rsidRPr="00586102">
              <w:rPr>
                <w:sz w:val="20"/>
              </w:rPr>
              <w:t>No podrán ser miembros del equipo técnico ni desempeñar el rol de Coordinador Administrativo aquellas personas que, teniendo vínculo laboral y/o contractual con la Cámara de Comercio y Producción de Piura, se encuentren directamente involucradas en la ejecución del proyecto DER 3.0 de PROINNÓVATE.</w:t>
            </w:r>
          </w:p>
        </w:tc>
        <w:tc>
          <w:tcPr>
            <w:tcW w:w="1134" w:type="dxa"/>
            <w:tcMar/>
            <w:vAlign w:val="center"/>
          </w:tcPr>
          <w:p w:rsidRPr="00586102" w:rsidR="006E4F94" w:rsidRDefault="006E4F94" w14:paraId="38688938" w14:textId="77777777">
            <w:pPr>
              <w:spacing w:before="20" w:after="20" w:line="240" w:lineRule="auto"/>
            </w:pPr>
          </w:p>
        </w:tc>
      </w:tr>
      <w:tr w:rsidRPr="00586102" w:rsidR="006E4F94" w:rsidTr="3279287A" w14:paraId="2192D3B0" w14:textId="77777777">
        <w:trPr>
          <w:cantSplit/>
          <w:jc w:val="center"/>
        </w:trPr>
        <w:tc>
          <w:tcPr>
            <w:tcW w:w="7937" w:type="dxa"/>
            <w:tcMar/>
            <w:vAlign w:val="center"/>
          </w:tcPr>
          <w:p w:rsidRPr="00586102" w:rsidR="006E4F94" w:rsidRDefault="00C26DEC" w14:paraId="4574A80D" w14:textId="77777777">
            <w:pPr>
              <w:tabs>
                <w:tab w:val="left" w:pos="369"/>
              </w:tabs>
              <w:spacing w:before="20" w:after="20" w:line="240" w:lineRule="auto"/>
              <w:ind w:left="369" w:hanging="369"/>
            </w:pPr>
            <w:r w:rsidRPr="00586102">
              <w:rPr>
                <w:sz w:val="20"/>
              </w:rPr>
              <w:t>k)</w:t>
            </w:r>
            <w:r w:rsidRPr="00586102">
              <w:rPr>
                <w:sz w:val="20"/>
              </w:rPr>
              <w:tab/>
            </w:r>
            <w:r w:rsidRPr="00586102">
              <w:rPr>
                <w:sz w:val="20"/>
              </w:rPr>
              <w:t>El proyecto fue registrado en el Sistema en Línea de PROINNÓVATE por el Representante Legal de la Entidad Solicitante.</w:t>
            </w:r>
          </w:p>
        </w:tc>
        <w:bookmarkEnd w:id="1"/>
        <w:tc>
          <w:tcPr>
            <w:tcW w:w="1134" w:type="dxa"/>
            <w:tcMar/>
            <w:vAlign w:val="center"/>
          </w:tcPr>
          <w:p w:rsidRPr="00586102" w:rsidR="006E4F94" w:rsidRDefault="006E4F94" w14:paraId="275FCEF2" w14:textId="77777777">
            <w:pPr>
              <w:spacing w:before="20" w:after="20" w:line="240" w:lineRule="auto"/>
            </w:pPr>
          </w:p>
        </w:tc>
      </w:tr>
    </w:tbl>
    <w:p w:rsidRPr="00586102" w:rsidR="006E4F94" w:rsidRDefault="006E4F94" w14:paraId="18CFBC24" w14:textId="77777777">
      <w:pPr>
        <w:spacing w:after="40"/>
      </w:pPr>
    </w:p>
    <w:p w:rsidRPr="00586102" w:rsidR="006E4F94" w:rsidP="004375F4" w:rsidRDefault="00C26DEC" w14:paraId="74716334" w14:textId="77777777">
      <w:pPr>
        <w:jc w:val="both"/>
      </w:pPr>
      <w:bookmarkStart w:name="_gb2632" w:id="2"/>
      <w:r w:rsidRPr="00586102">
        <w:t>En caso de surgir contradicciones entre las bases, sus anexos y formatos, tendrán prelación las condiciones establecidas en las bases del concurso.</w:t>
      </w:r>
      <w:bookmarkEnd w:id="2"/>
    </w:p>
    <w:p w:rsidRPr="00586102" w:rsidR="006E4F94" w:rsidP="004375F4" w:rsidRDefault="00C26DEC" w14:paraId="3CF7AF96" w14:textId="77777777">
      <w:pPr>
        <w:jc w:val="both"/>
      </w:pPr>
      <w:bookmarkStart w:name="_gb2633" w:id="3"/>
      <w:r w:rsidRPr="00586102">
        <w:t>En tal sentido, declaro que mi representada cumple de manera íntegra los requisitos descritos en las Bases para poder ser beneficiaria del concurso.</w:t>
      </w:r>
      <w:bookmarkEnd w:id="3"/>
    </w:p>
    <w:p w:rsidRPr="00586102" w:rsidR="004375F4" w:rsidP="004375F4" w:rsidRDefault="004375F4" w14:paraId="3679CCBD" w14:textId="77777777">
      <w:pPr>
        <w:keepNext/>
        <w:spacing w:before="120"/>
        <w:jc w:val="both"/>
        <w:rPr>
          <w:b/>
          <w:u w:val="single"/>
        </w:rPr>
      </w:pPr>
      <w:bookmarkStart w:name="_gb2634" w:id="4"/>
    </w:p>
    <w:p w:rsidRPr="00586102" w:rsidR="006E4F94" w:rsidP="004375F4" w:rsidRDefault="00C26DEC" w14:paraId="0517E457" w14:textId="402A6BE3">
      <w:pPr>
        <w:keepNext/>
        <w:spacing w:before="120"/>
        <w:jc w:val="both"/>
      </w:pPr>
      <w:r w:rsidRPr="00586102">
        <w:rPr>
          <w:b/>
          <w:u w:val="single"/>
        </w:rPr>
        <w:t>Asimismo, me comprometo a:</w:t>
      </w:r>
      <w:bookmarkEnd w:id="4"/>
    </w:p>
    <w:p w:rsidRPr="00586102" w:rsidR="006E4F94" w:rsidP="004375F4" w:rsidRDefault="00C26DEC" w14:paraId="009F7EBA" w14:textId="446A0A5D">
      <w:pPr>
        <w:pStyle w:val="Prrafodelista"/>
        <w:numPr>
          <w:ilvl w:val="0"/>
          <w:numId w:val="16"/>
        </w:numPr>
        <w:tabs>
          <w:tab w:val="left" w:pos="1134"/>
        </w:tabs>
        <w:spacing w:after="60"/>
        <w:ind w:left="284" w:hanging="312"/>
        <w:jc w:val="both"/>
      </w:pPr>
      <w:bookmarkStart w:name="_gb2635" w:id="5"/>
      <w:r w:rsidRPr="00586102">
        <w:t xml:space="preserve">Acatar el resultado del proceso de evaluación de mi proyecto, tomando conocimiento de que los mismos son inapelables. </w:t>
      </w:r>
      <w:bookmarkEnd w:id="5"/>
    </w:p>
    <w:p w:rsidRPr="00586102" w:rsidR="006E4F94" w:rsidP="004375F4" w:rsidRDefault="00C26DEC" w14:paraId="01CD63FD" w14:textId="2AF8D8D2">
      <w:pPr>
        <w:pStyle w:val="Prrafodelista"/>
        <w:numPr>
          <w:ilvl w:val="0"/>
          <w:numId w:val="16"/>
        </w:numPr>
        <w:tabs>
          <w:tab w:val="left" w:pos="1134"/>
        </w:tabs>
        <w:spacing w:after="60"/>
        <w:ind w:left="284" w:hanging="312"/>
        <w:jc w:val="both"/>
      </w:pPr>
      <w:bookmarkStart w:name="_gb2636" w:id="6"/>
      <w:r w:rsidRPr="00586102">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6"/>
    </w:p>
    <w:p w:rsidRPr="00586102" w:rsidR="006E4F94" w:rsidP="004375F4" w:rsidRDefault="00C26DEC" w14:paraId="3F81A027" w14:textId="6E5EA69B">
      <w:pPr>
        <w:pStyle w:val="Prrafodelista"/>
        <w:numPr>
          <w:ilvl w:val="0"/>
          <w:numId w:val="16"/>
        </w:numPr>
        <w:tabs>
          <w:tab w:val="left" w:pos="1134"/>
        </w:tabs>
        <w:spacing w:after="60"/>
        <w:ind w:left="284" w:hanging="312"/>
        <w:jc w:val="both"/>
      </w:pPr>
      <w:bookmarkStart w:name="_gb2637" w:id="7"/>
      <w:r w:rsidRPr="00586102">
        <w:t>La Entidad Solicitante expresa su conformidad a que el título del proyecto figure en la página web de PROINNÓVATE.</w:t>
      </w:r>
      <w:bookmarkEnd w:id="7"/>
    </w:p>
    <w:p w:rsidRPr="00586102" w:rsidR="00F30103" w:rsidP="004375F4" w:rsidRDefault="00F30103" w14:paraId="7606D73D" w14:textId="77777777">
      <w:pPr>
        <w:jc w:val="both"/>
      </w:pPr>
      <w:bookmarkStart w:name="_gb2638" w:id="8"/>
    </w:p>
    <w:p w:rsidRPr="00586102" w:rsidR="006E4F94" w:rsidP="004375F4" w:rsidRDefault="00C26DEC" w14:paraId="6AE9C2D4" w14:textId="06368E89">
      <w:pPr>
        <w:jc w:val="both"/>
      </w:pPr>
      <w:r w:rsidRPr="00586102">
        <w:rPr>
          <w:b/>
          <w:bCs/>
        </w:rPr>
        <w:t>NOTA:</w:t>
      </w:r>
      <w:r w:rsidRPr="00586102">
        <w:t xml:space="preserve">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8"/>
    </w:p>
    <w:p w:rsidRPr="00586102" w:rsidR="006E4F94" w:rsidP="004375F4" w:rsidRDefault="00C26DEC" w14:paraId="24E43BA0" w14:textId="77777777">
      <w:pPr>
        <w:jc w:val="both"/>
      </w:pPr>
      <w:bookmarkStart w:name="_gb2639" w:id="9"/>
      <w:r w:rsidRPr="00586102">
        <w:t>El presente documento tiene carácter de declaración jurada por lo que no puede ser modificada o alterada.</w:t>
      </w:r>
      <w:bookmarkEnd w:id="9"/>
    </w:p>
    <w:p w:rsidRPr="00586102" w:rsidR="006E4F94" w:rsidP="004375F4" w:rsidRDefault="00C26DEC" w14:paraId="62D01F4C" w14:textId="77777777">
      <w:pPr>
        <w:jc w:val="both"/>
      </w:pPr>
      <w:bookmarkStart w:name="_gb2640" w:id="10"/>
      <w:r w:rsidRPr="00586102">
        <w:t>Asimismo, PROINNÓVATE no se responsabiliza por la información declarada por la Entidad Solicitante en el presente documento, sin embargo, se compromete a brindar la lista de chequeo de requisitos legales y compromisos a los que posiblemente puedan resultar perjudicados por el incumplimiento de alguno de los requisitos señalados en el presente documento.</w:t>
      </w:r>
      <w:bookmarkEnd w:id="10"/>
    </w:p>
    <w:p w:rsidRPr="00586102" w:rsidR="004375F4" w:rsidP="004375F4" w:rsidRDefault="004375F4" w14:paraId="7C07FA97" w14:textId="77777777">
      <w:pPr>
        <w:jc w:val="both"/>
      </w:pPr>
      <w:bookmarkStart w:name="_gb2641" w:id="11"/>
    </w:p>
    <w:p w:rsidRPr="00586102" w:rsidR="006E4F94" w:rsidP="004375F4" w:rsidRDefault="00C26DEC" w14:paraId="654D8CF6" w14:textId="00CEB2AA">
      <w:pPr>
        <w:jc w:val="both"/>
      </w:pPr>
      <w:r w:rsidRPr="00586102">
        <w:t>_</w:t>
      </w:r>
      <w:bookmarkEnd w:id="11"/>
      <w:r w:rsidR="00632497">
        <w:t>__________________________________________</w:t>
      </w:r>
    </w:p>
    <w:p w:rsidRPr="00586102" w:rsidR="006E4F94" w:rsidP="004375F4" w:rsidRDefault="00C26DEC" w14:paraId="6B2597D9" w14:textId="77777777">
      <w:bookmarkStart w:name="_gb2642" w:id="12"/>
      <w:r w:rsidRPr="00586102">
        <w:t>Firma del representante legal de la Entidad Solicitante</w:t>
      </w:r>
      <w:bookmarkEnd w:id="12"/>
    </w:p>
    <w:p w:rsidRPr="00586102" w:rsidR="006E4F94" w:rsidP="004375F4" w:rsidRDefault="00C26DEC" w14:paraId="1C3F61E9" w14:textId="77777777">
      <w:bookmarkStart w:name="_gb2643" w:id="13"/>
      <w:r w:rsidRPr="00586102">
        <w:t>Nombre completo:</w:t>
      </w:r>
      <w:bookmarkEnd w:id="13"/>
    </w:p>
    <w:p w:rsidRPr="00586102" w:rsidR="006E4F94" w:rsidP="004375F4" w:rsidRDefault="00C26DEC" w14:paraId="469BE7B5" w14:textId="77777777">
      <w:bookmarkStart w:name="_gb2644" w:id="14"/>
      <w:r w:rsidRPr="00586102">
        <w:t>DNI:</w:t>
      </w:r>
      <w:bookmarkEnd w:id="14"/>
    </w:p>
    <w:p w:rsidRPr="00586102" w:rsidR="006E4F94" w:rsidP="004375F4" w:rsidRDefault="00C26DEC" w14:paraId="6614F034" w14:textId="77777777">
      <w:bookmarkStart w:name="_gb2645" w:id="15"/>
      <w:r w:rsidRPr="00586102">
        <w:t>Correo electrónico:</w:t>
      </w:r>
      <w:bookmarkEnd w:id="15"/>
    </w:p>
    <w:p w:rsidRPr="00586102" w:rsidR="00840C5E" w:rsidRDefault="00840C5E" w14:paraId="23462589" w14:textId="551ACE43">
      <w:pPr>
        <w:spacing w:after="200" w:line="276" w:lineRule="auto"/>
      </w:pPr>
      <w:r w:rsidRPr="00586102">
        <w:br w:type="page"/>
      </w:r>
    </w:p>
    <w:p w:rsidRPr="00586102" w:rsidR="006E4F94" w:rsidP="00840C5E" w:rsidRDefault="00C26DEC" w14:paraId="4C4FF8D8" w14:textId="77777777">
      <w:pPr>
        <w:pStyle w:val="Ttulo1"/>
        <w:jc w:val="center"/>
        <w:rPr>
          <w:sz w:val="24"/>
          <w:szCs w:val="24"/>
        </w:rPr>
      </w:pPr>
      <w:r w:rsidRPr="00586102">
        <w:rPr>
          <w:sz w:val="24"/>
          <w:szCs w:val="24"/>
        </w:rPr>
        <w:t>FORMATO II: MODELO DE CURRICULUM VITAE</w:t>
      </w:r>
    </w:p>
    <w:p w:rsidRPr="00586102" w:rsidR="006E4F94" w:rsidRDefault="006E4F94" w14:paraId="330A5D45" w14:textId="77777777">
      <w:pPr>
        <w:spacing w:after="0" w:line="20" w:lineRule="exact"/>
      </w:pPr>
      <w:bookmarkStart w:name="_gb2650" w:id="16"/>
    </w:p>
    <w:p w:rsidRPr="008039D2" w:rsidR="002C57D7" w:rsidP="00840C5E" w:rsidRDefault="00C26DEC" w14:paraId="01BE7CFD" w14:textId="77777777">
      <w:pPr>
        <w:spacing w:line="254" w:lineRule="auto"/>
        <w:jc w:val="both"/>
        <w:rPr>
          <w:i/>
          <w:iCs/>
        </w:rPr>
      </w:pPr>
      <w:r w:rsidRPr="008039D2">
        <w:rPr>
          <w:i/>
          <w:iCs/>
        </w:rPr>
        <w:t>(CV del Coordinador Administrativo y del Equipo Técnico: Entidad Solicitante y RRHH Adicionales a ser contratados en el proyecto)</w:t>
      </w:r>
    </w:p>
    <w:p w:rsidRPr="00586102" w:rsidR="002C57D7" w:rsidP="00840C5E" w:rsidRDefault="00C26DEC" w14:paraId="06213309" w14:textId="77777777">
      <w:pPr>
        <w:pBdr>
          <w:top w:val="nil"/>
          <w:left w:val="nil"/>
          <w:bottom w:val="nil"/>
          <w:right w:val="nil"/>
          <w:between w:val="nil"/>
        </w:pBdr>
        <w:spacing w:before="3"/>
        <w:jc w:val="both"/>
        <w:rPr>
          <w:color w:val="000000"/>
        </w:rPr>
      </w:pPr>
      <w:r w:rsidRPr="00586102">
        <w:rPr>
          <w:color w:val="000000"/>
        </w:rPr>
        <w:t>Si la persona tiene un CV completo registrado en el RENACYT, se recomienda incluirlo junto con este formato.</w:t>
      </w:r>
    </w:p>
    <w:p w:rsidRPr="00586102" w:rsidR="002C57D7" w:rsidP="00840C5E" w:rsidRDefault="00C26DEC" w14:paraId="669806FE" w14:textId="77777777">
      <w:pPr>
        <w:jc w:val="both"/>
        <w:rPr>
          <w:b/>
          <w:u w:val="single"/>
        </w:rPr>
      </w:pPr>
      <w:r w:rsidRPr="00586102">
        <w:rPr>
          <w:b/>
          <w:u w:val="single"/>
        </w:rPr>
        <w:t>VISE CADA HOJA Y FIRME AL FINAL</w:t>
      </w:r>
    </w:p>
    <w:p w:rsidRPr="00586102" w:rsidR="002C57D7" w:rsidP="00840C5E" w:rsidRDefault="00C26DEC" w14:paraId="52A33957" w14:textId="77777777">
      <w:pPr>
        <w:pBdr>
          <w:top w:val="nil"/>
          <w:left w:val="nil"/>
          <w:bottom w:val="nil"/>
          <w:right w:val="nil"/>
          <w:between w:val="nil"/>
        </w:pBdr>
        <w:spacing w:before="60"/>
        <w:jc w:val="both"/>
        <w:rPr>
          <w:b/>
          <w:bCs/>
          <w:color w:val="000000"/>
        </w:rPr>
      </w:pPr>
      <w:r w:rsidRPr="00586102">
        <w:rPr>
          <w:b/>
          <w:bCs/>
          <w:color w:val="000000"/>
        </w:rPr>
        <w:t>DATOS GENERALES</w:t>
      </w:r>
    </w:p>
    <w:tbl>
      <w:tblPr>
        <w:tblW w:w="889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777"/>
        <w:gridCol w:w="237"/>
        <w:gridCol w:w="533"/>
        <w:gridCol w:w="1367"/>
        <w:gridCol w:w="177"/>
        <w:gridCol w:w="57"/>
        <w:gridCol w:w="817"/>
        <w:gridCol w:w="399"/>
        <w:gridCol w:w="861"/>
        <w:gridCol w:w="702"/>
        <w:gridCol w:w="1256"/>
        <w:gridCol w:w="707"/>
      </w:tblGrid>
      <w:tr w:rsidRPr="00586102" w:rsidR="008657C2" w:rsidTr="00F30103" w14:paraId="094FA2BA" w14:textId="77777777">
        <w:trPr>
          <w:trHeight w:val="374"/>
        </w:trPr>
        <w:tc>
          <w:tcPr>
            <w:tcW w:w="1778" w:type="dxa"/>
            <w:shd w:val="clear" w:color="auto" w:fill="CCFFCC"/>
            <w:vAlign w:val="center"/>
          </w:tcPr>
          <w:p w:rsidRPr="00586102" w:rsidR="002C57D7" w:rsidP="00840C5E" w:rsidRDefault="00C26DEC" w14:paraId="35B91BFC" w14:textId="77777777">
            <w:pPr>
              <w:pStyle w:val="Sinespaciado"/>
              <w:rPr>
                <w:rFonts w:asciiTheme="majorHAnsi" w:hAnsiTheme="majorHAnsi" w:cstheme="majorHAnsi"/>
                <w:lang w:val="es-PE"/>
              </w:rPr>
            </w:pPr>
            <w:r w:rsidRPr="00586102">
              <w:rPr>
                <w:rFonts w:asciiTheme="majorHAnsi" w:hAnsiTheme="majorHAnsi" w:cstheme="majorHAnsi"/>
                <w:lang w:val="es-PE"/>
              </w:rPr>
              <w:t>Nombres y Apellidos:</w:t>
            </w:r>
          </w:p>
        </w:tc>
        <w:tc>
          <w:tcPr>
            <w:tcW w:w="236" w:type="dxa"/>
            <w:tcBorders>
              <w:right w:val="nil"/>
            </w:tcBorders>
            <w:vAlign w:val="center"/>
          </w:tcPr>
          <w:p w:rsidRPr="00586102" w:rsidR="002C57D7" w:rsidP="00840C5E" w:rsidRDefault="002C57D7" w14:paraId="197355C3" w14:textId="77777777">
            <w:pPr>
              <w:pStyle w:val="Sinespaciado"/>
              <w:rPr>
                <w:rFonts w:asciiTheme="majorHAnsi" w:hAnsiTheme="majorHAnsi" w:cstheme="majorHAnsi"/>
                <w:lang w:val="es-PE"/>
              </w:rPr>
            </w:pPr>
          </w:p>
        </w:tc>
        <w:tc>
          <w:tcPr>
            <w:tcW w:w="533" w:type="dxa"/>
            <w:tcBorders>
              <w:left w:val="nil"/>
              <w:right w:val="nil"/>
            </w:tcBorders>
            <w:vAlign w:val="center"/>
          </w:tcPr>
          <w:p w:rsidRPr="00586102" w:rsidR="002C57D7" w:rsidP="00840C5E" w:rsidRDefault="002C57D7" w14:paraId="78ADCAB1" w14:textId="77777777">
            <w:pPr>
              <w:pStyle w:val="Sinespaciado"/>
              <w:rPr>
                <w:rFonts w:asciiTheme="majorHAnsi" w:hAnsiTheme="majorHAnsi" w:cstheme="majorHAnsi"/>
                <w:lang w:val="es-PE"/>
              </w:rPr>
            </w:pPr>
          </w:p>
        </w:tc>
        <w:tc>
          <w:tcPr>
            <w:tcW w:w="1367" w:type="dxa"/>
            <w:tcBorders>
              <w:left w:val="nil"/>
              <w:right w:val="nil"/>
            </w:tcBorders>
            <w:vAlign w:val="center"/>
          </w:tcPr>
          <w:p w:rsidRPr="00586102" w:rsidR="002C57D7" w:rsidP="00840C5E" w:rsidRDefault="002C57D7" w14:paraId="3E45D2A0"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586102" w:rsidR="002C57D7" w:rsidP="00840C5E" w:rsidRDefault="002C57D7" w14:paraId="17AE1460" w14:textId="77777777">
            <w:pPr>
              <w:pStyle w:val="Sinespaciado"/>
              <w:rPr>
                <w:rFonts w:asciiTheme="majorHAnsi" w:hAnsiTheme="majorHAnsi" w:cstheme="majorHAnsi"/>
                <w:lang w:val="es-PE"/>
              </w:rPr>
            </w:pPr>
          </w:p>
        </w:tc>
        <w:tc>
          <w:tcPr>
            <w:tcW w:w="817" w:type="dxa"/>
            <w:tcBorders>
              <w:left w:val="nil"/>
              <w:right w:val="nil"/>
            </w:tcBorders>
            <w:vAlign w:val="center"/>
          </w:tcPr>
          <w:p w:rsidRPr="00586102" w:rsidR="002C57D7" w:rsidP="00840C5E" w:rsidRDefault="002C57D7" w14:paraId="0C506EF6" w14:textId="77777777">
            <w:pPr>
              <w:pStyle w:val="Sinespaciado"/>
              <w:rPr>
                <w:rFonts w:asciiTheme="majorHAnsi" w:hAnsiTheme="majorHAnsi" w:cstheme="majorHAnsi"/>
                <w:lang w:val="es-PE"/>
              </w:rPr>
            </w:pPr>
          </w:p>
        </w:tc>
        <w:tc>
          <w:tcPr>
            <w:tcW w:w="398" w:type="dxa"/>
            <w:tcBorders>
              <w:left w:val="nil"/>
              <w:right w:val="nil"/>
            </w:tcBorders>
            <w:vAlign w:val="center"/>
          </w:tcPr>
          <w:p w:rsidRPr="00586102" w:rsidR="002C57D7" w:rsidP="00840C5E" w:rsidRDefault="002C57D7" w14:paraId="04BD7CCE" w14:textId="77777777">
            <w:pPr>
              <w:pStyle w:val="Sinespaciado"/>
              <w:rPr>
                <w:rFonts w:asciiTheme="majorHAnsi" w:hAnsiTheme="majorHAnsi" w:cstheme="majorHAnsi"/>
                <w:lang w:val="es-PE"/>
              </w:rPr>
            </w:pPr>
          </w:p>
        </w:tc>
        <w:tc>
          <w:tcPr>
            <w:tcW w:w="861" w:type="dxa"/>
            <w:tcBorders>
              <w:left w:val="nil"/>
              <w:right w:val="nil"/>
            </w:tcBorders>
            <w:vAlign w:val="center"/>
          </w:tcPr>
          <w:p w:rsidRPr="00586102" w:rsidR="002C57D7" w:rsidP="00840C5E" w:rsidRDefault="002C57D7" w14:paraId="7469AF78" w14:textId="77777777">
            <w:pPr>
              <w:pStyle w:val="Sinespaciado"/>
              <w:rPr>
                <w:rFonts w:asciiTheme="majorHAnsi" w:hAnsiTheme="majorHAnsi" w:cstheme="majorHAnsi"/>
                <w:lang w:val="es-PE"/>
              </w:rPr>
            </w:pPr>
          </w:p>
        </w:tc>
        <w:tc>
          <w:tcPr>
            <w:tcW w:w="2665" w:type="dxa"/>
            <w:gridSpan w:val="3"/>
            <w:tcBorders>
              <w:left w:val="nil"/>
            </w:tcBorders>
            <w:vAlign w:val="center"/>
          </w:tcPr>
          <w:p w:rsidRPr="00586102" w:rsidR="002C57D7" w:rsidP="00840C5E" w:rsidRDefault="002C57D7" w14:paraId="157D771F" w14:textId="77777777">
            <w:pPr>
              <w:pStyle w:val="Sinespaciado"/>
              <w:rPr>
                <w:rFonts w:asciiTheme="majorHAnsi" w:hAnsiTheme="majorHAnsi" w:cstheme="majorHAnsi"/>
                <w:lang w:val="es-PE"/>
              </w:rPr>
            </w:pPr>
          </w:p>
        </w:tc>
      </w:tr>
      <w:tr w:rsidRPr="00586102" w:rsidR="008657C2" w:rsidTr="00F30103" w14:paraId="381D6232" w14:textId="77777777">
        <w:trPr>
          <w:trHeight w:val="374"/>
        </w:trPr>
        <w:tc>
          <w:tcPr>
            <w:tcW w:w="1778" w:type="dxa"/>
            <w:shd w:val="clear" w:color="auto" w:fill="CCFFCC"/>
            <w:vAlign w:val="center"/>
          </w:tcPr>
          <w:p w:rsidRPr="00586102" w:rsidR="002C57D7" w:rsidP="00840C5E" w:rsidRDefault="00C26DEC" w14:paraId="4F227177" w14:textId="77777777">
            <w:pPr>
              <w:pStyle w:val="Sinespaciado"/>
              <w:rPr>
                <w:rFonts w:asciiTheme="majorHAnsi" w:hAnsiTheme="majorHAnsi" w:cstheme="majorHAnsi"/>
                <w:lang w:val="es-PE"/>
              </w:rPr>
            </w:pPr>
            <w:r w:rsidRPr="00586102">
              <w:rPr>
                <w:rFonts w:asciiTheme="majorHAnsi" w:hAnsiTheme="majorHAnsi" w:cstheme="majorHAnsi"/>
                <w:lang w:val="es-PE"/>
              </w:rPr>
              <w:t>Dirección:</w:t>
            </w:r>
          </w:p>
        </w:tc>
        <w:tc>
          <w:tcPr>
            <w:tcW w:w="236" w:type="dxa"/>
            <w:tcBorders>
              <w:right w:val="nil"/>
            </w:tcBorders>
            <w:vAlign w:val="center"/>
          </w:tcPr>
          <w:p w:rsidRPr="00586102" w:rsidR="002C57D7" w:rsidP="00840C5E" w:rsidRDefault="002C57D7" w14:paraId="7767CF66" w14:textId="77777777">
            <w:pPr>
              <w:pStyle w:val="Sinespaciado"/>
              <w:rPr>
                <w:rFonts w:asciiTheme="majorHAnsi" w:hAnsiTheme="majorHAnsi" w:cstheme="majorHAnsi"/>
                <w:lang w:val="es-PE"/>
              </w:rPr>
            </w:pPr>
          </w:p>
        </w:tc>
        <w:tc>
          <w:tcPr>
            <w:tcW w:w="533" w:type="dxa"/>
            <w:tcBorders>
              <w:left w:val="nil"/>
              <w:right w:val="nil"/>
            </w:tcBorders>
            <w:vAlign w:val="center"/>
          </w:tcPr>
          <w:p w:rsidRPr="00586102" w:rsidR="002C57D7" w:rsidP="00840C5E" w:rsidRDefault="002C57D7" w14:paraId="648C6ED8" w14:textId="77777777">
            <w:pPr>
              <w:pStyle w:val="Sinespaciado"/>
              <w:rPr>
                <w:rFonts w:asciiTheme="majorHAnsi" w:hAnsiTheme="majorHAnsi" w:cstheme="majorHAnsi"/>
                <w:lang w:val="es-PE"/>
              </w:rPr>
            </w:pPr>
          </w:p>
        </w:tc>
        <w:tc>
          <w:tcPr>
            <w:tcW w:w="1367" w:type="dxa"/>
            <w:tcBorders>
              <w:left w:val="nil"/>
              <w:right w:val="nil"/>
            </w:tcBorders>
            <w:vAlign w:val="center"/>
          </w:tcPr>
          <w:p w:rsidRPr="00586102" w:rsidR="002C57D7" w:rsidP="00840C5E" w:rsidRDefault="002C57D7" w14:paraId="7A8538CB"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586102" w:rsidR="002C57D7" w:rsidP="00840C5E" w:rsidRDefault="002C57D7" w14:paraId="63E0CC43" w14:textId="77777777">
            <w:pPr>
              <w:pStyle w:val="Sinespaciado"/>
              <w:rPr>
                <w:rFonts w:asciiTheme="majorHAnsi" w:hAnsiTheme="majorHAnsi" w:cstheme="majorHAnsi"/>
                <w:lang w:val="es-PE"/>
              </w:rPr>
            </w:pPr>
          </w:p>
        </w:tc>
        <w:tc>
          <w:tcPr>
            <w:tcW w:w="817" w:type="dxa"/>
            <w:tcBorders>
              <w:left w:val="nil"/>
              <w:right w:val="nil"/>
            </w:tcBorders>
            <w:vAlign w:val="center"/>
          </w:tcPr>
          <w:p w:rsidRPr="00586102" w:rsidR="002C57D7" w:rsidP="00840C5E" w:rsidRDefault="002C57D7" w14:paraId="420924BE" w14:textId="77777777">
            <w:pPr>
              <w:pStyle w:val="Sinespaciado"/>
              <w:rPr>
                <w:rFonts w:asciiTheme="majorHAnsi" w:hAnsiTheme="majorHAnsi" w:cstheme="majorHAnsi"/>
                <w:lang w:val="es-PE"/>
              </w:rPr>
            </w:pPr>
          </w:p>
        </w:tc>
        <w:tc>
          <w:tcPr>
            <w:tcW w:w="398" w:type="dxa"/>
            <w:tcBorders>
              <w:left w:val="nil"/>
              <w:right w:val="nil"/>
            </w:tcBorders>
            <w:vAlign w:val="center"/>
          </w:tcPr>
          <w:p w:rsidRPr="00586102" w:rsidR="002C57D7" w:rsidP="00840C5E" w:rsidRDefault="002C57D7" w14:paraId="73D37745" w14:textId="77777777">
            <w:pPr>
              <w:pStyle w:val="Sinespaciado"/>
              <w:rPr>
                <w:rFonts w:asciiTheme="majorHAnsi" w:hAnsiTheme="majorHAnsi" w:cstheme="majorHAnsi"/>
                <w:lang w:val="es-PE"/>
              </w:rPr>
            </w:pPr>
          </w:p>
        </w:tc>
        <w:tc>
          <w:tcPr>
            <w:tcW w:w="861" w:type="dxa"/>
            <w:tcBorders>
              <w:left w:val="nil"/>
              <w:right w:val="nil"/>
            </w:tcBorders>
            <w:vAlign w:val="center"/>
          </w:tcPr>
          <w:p w:rsidRPr="00586102" w:rsidR="002C57D7" w:rsidP="00840C5E" w:rsidRDefault="002C57D7" w14:paraId="129381A3" w14:textId="77777777">
            <w:pPr>
              <w:pStyle w:val="Sinespaciado"/>
              <w:rPr>
                <w:rFonts w:asciiTheme="majorHAnsi" w:hAnsiTheme="majorHAnsi" w:cstheme="majorHAnsi"/>
                <w:lang w:val="es-PE"/>
              </w:rPr>
            </w:pPr>
          </w:p>
        </w:tc>
        <w:tc>
          <w:tcPr>
            <w:tcW w:w="2665" w:type="dxa"/>
            <w:gridSpan w:val="3"/>
            <w:tcBorders>
              <w:left w:val="nil"/>
            </w:tcBorders>
            <w:vAlign w:val="center"/>
          </w:tcPr>
          <w:p w:rsidRPr="00586102" w:rsidR="002C57D7" w:rsidP="00840C5E" w:rsidRDefault="002C57D7" w14:paraId="3FE10F86" w14:textId="77777777">
            <w:pPr>
              <w:pStyle w:val="Sinespaciado"/>
              <w:rPr>
                <w:rFonts w:asciiTheme="majorHAnsi" w:hAnsiTheme="majorHAnsi" w:cstheme="majorHAnsi"/>
                <w:lang w:val="es-PE"/>
              </w:rPr>
            </w:pPr>
          </w:p>
        </w:tc>
      </w:tr>
      <w:tr w:rsidRPr="00586102" w:rsidR="008657C2" w:rsidTr="00F30103" w14:paraId="60542510" w14:textId="77777777">
        <w:trPr>
          <w:trHeight w:val="374"/>
        </w:trPr>
        <w:tc>
          <w:tcPr>
            <w:tcW w:w="1778" w:type="dxa"/>
            <w:shd w:val="clear" w:color="auto" w:fill="CCFFCC"/>
            <w:vAlign w:val="center"/>
          </w:tcPr>
          <w:p w:rsidRPr="00586102" w:rsidR="002C57D7" w:rsidP="00840C5E" w:rsidRDefault="00C26DEC" w14:paraId="5A4CDBD3" w14:textId="77777777">
            <w:pPr>
              <w:pStyle w:val="Sinespaciado"/>
              <w:rPr>
                <w:rFonts w:asciiTheme="majorHAnsi" w:hAnsiTheme="majorHAnsi" w:cstheme="majorHAnsi"/>
                <w:lang w:val="es-PE"/>
              </w:rPr>
            </w:pPr>
            <w:r w:rsidRPr="00586102">
              <w:rPr>
                <w:rFonts w:asciiTheme="majorHAnsi" w:hAnsiTheme="majorHAnsi" w:cstheme="majorHAnsi"/>
                <w:lang w:val="es-PE"/>
              </w:rPr>
              <w:t>Teléfono:</w:t>
            </w:r>
          </w:p>
        </w:tc>
        <w:tc>
          <w:tcPr>
            <w:tcW w:w="236" w:type="dxa"/>
            <w:tcBorders>
              <w:right w:val="nil"/>
            </w:tcBorders>
            <w:vAlign w:val="center"/>
          </w:tcPr>
          <w:p w:rsidRPr="00586102" w:rsidR="002C57D7" w:rsidP="00840C5E" w:rsidRDefault="002C57D7" w14:paraId="519A0851" w14:textId="77777777">
            <w:pPr>
              <w:pStyle w:val="Sinespaciado"/>
              <w:rPr>
                <w:rFonts w:asciiTheme="majorHAnsi" w:hAnsiTheme="majorHAnsi" w:cstheme="majorHAnsi"/>
                <w:lang w:val="es-PE"/>
              </w:rPr>
            </w:pPr>
          </w:p>
        </w:tc>
        <w:tc>
          <w:tcPr>
            <w:tcW w:w="533" w:type="dxa"/>
            <w:tcBorders>
              <w:left w:val="nil"/>
              <w:right w:val="nil"/>
            </w:tcBorders>
            <w:vAlign w:val="center"/>
          </w:tcPr>
          <w:p w:rsidRPr="00586102" w:rsidR="002C57D7" w:rsidP="00840C5E" w:rsidRDefault="002C57D7" w14:paraId="1D3DDD06" w14:textId="77777777">
            <w:pPr>
              <w:pStyle w:val="Sinespaciado"/>
              <w:rPr>
                <w:rFonts w:asciiTheme="majorHAnsi" w:hAnsiTheme="majorHAnsi" w:cstheme="majorHAnsi"/>
                <w:lang w:val="es-PE"/>
              </w:rPr>
            </w:pPr>
          </w:p>
        </w:tc>
        <w:tc>
          <w:tcPr>
            <w:tcW w:w="1367" w:type="dxa"/>
            <w:tcBorders>
              <w:left w:val="nil"/>
            </w:tcBorders>
            <w:vAlign w:val="center"/>
          </w:tcPr>
          <w:p w:rsidRPr="00586102" w:rsidR="002C57D7" w:rsidP="00840C5E" w:rsidRDefault="002C57D7" w14:paraId="69550199" w14:textId="77777777">
            <w:pPr>
              <w:pStyle w:val="Sinespaciado"/>
              <w:rPr>
                <w:rFonts w:asciiTheme="majorHAnsi" w:hAnsiTheme="majorHAnsi" w:cstheme="majorHAnsi"/>
                <w:lang w:val="es-PE"/>
              </w:rPr>
            </w:pPr>
          </w:p>
        </w:tc>
        <w:tc>
          <w:tcPr>
            <w:tcW w:w="1450" w:type="dxa"/>
            <w:gridSpan w:val="4"/>
            <w:shd w:val="clear" w:color="auto" w:fill="CCFFCC"/>
            <w:vAlign w:val="center"/>
          </w:tcPr>
          <w:p w:rsidRPr="00586102" w:rsidR="002C57D7" w:rsidP="00840C5E" w:rsidRDefault="00C26DEC" w14:paraId="7D2B434A" w14:textId="77777777">
            <w:pPr>
              <w:pStyle w:val="Sinespaciado"/>
              <w:rPr>
                <w:rFonts w:asciiTheme="majorHAnsi" w:hAnsiTheme="majorHAnsi" w:cstheme="majorHAnsi"/>
                <w:lang w:val="es-PE"/>
              </w:rPr>
            </w:pPr>
            <w:r w:rsidRPr="00586102">
              <w:rPr>
                <w:rFonts w:asciiTheme="majorHAnsi" w:hAnsiTheme="majorHAnsi" w:cstheme="majorHAnsi"/>
                <w:lang w:val="es-PE"/>
              </w:rPr>
              <w:t>Celular:</w:t>
            </w:r>
          </w:p>
        </w:tc>
        <w:tc>
          <w:tcPr>
            <w:tcW w:w="861" w:type="dxa"/>
            <w:tcBorders>
              <w:right w:val="nil"/>
            </w:tcBorders>
            <w:vAlign w:val="center"/>
          </w:tcPr>
          <w:p w:rsidRPr="00586102" w:rsidR="002C57D7" w:rsidP="00840C5E" w:rsidRDefault="002C57D7" w14:paraId="7FC15F9F" w14:textId="77777777">
            <w:pPr>
              <w:pStyle w:val="Sinespaciado"/>
              <w:rPr>
                <w:rFonts w:asciiTheme="majorHAnsi" w:hAnsiTheme="majorHAnsi" w:cstheme="majorHAnsi"/>
                <w:lang w:val="es-PE"/>
              </w:rPr>
            </w:pPr>
          </w:p>
        </w:tc>
        <w:tc>
          <w:tcPr>
            <w:tcW w:w="2665" w:type="dxa"/>
            <w:gridSpan w:val="3"/>
            <w:tcBorders>
              <w:left w:val="nil"/>
            </w:tcBorders>
            <w:vAlign w:val="center"/>
          </w:tcPr>
          <w:p w:rsidRPr="00586102" w:rsidR="002C57D7" w:rsidP="00840C5E" w:rsidRDefault="002C57D7" w14:paraId="387E4CC6" w14:textId="77777777">
            <w:pPr>
              <w:pStyle w:val="Sinespaciado"/>
              <w:rPr>
                <w:rFonts w:asciiTheme="majorHAnsi" w:hAnsiTheme="majorHAnsi" w:cstheme="majorHAnsi"/>
                <w:lang w:val="es-PE"/>
              </w:rPr>
            </w:pPr>
          </w:p>
        </w:tc>
      </w:tr>
      <w:tr w:rsidRPr="00586102" w:rsidR="008657C2" w:rsidTr="00F30103" w14:paraId="47E6B86C" w14:textId="77777777">
        <w:trPr>
          <w:trHeight w:val="374"/>
        </w:trPr>
        <w:tc>
          <w:tcPr>
            <w:tcW w:w="2548" w:type="dxa"/>
            <w:gridSpan w:val="3"/>
            <w:shd w:val="clear" w:color="auto" w:fill="CCFFCC"/>
            <w:vAlign w:val="center"/>
          </w:tcPr>
          <w:p w:rsidRPr="00586102" w:rsidR="002C57D7" w:rsidP="00840C5E" w:rsidRDefault="00C26DEC" w14:paraId="171ECE8D" w14:textId="77777777">
            <w:pPr>
              <w:pStyle w:val="Sinespaciado"/>
              <w:rPr>
                <w:rFonts w:asciiTheme="majorHAnsi" w:hAnsiTheme="majorHAnsi" w:cstheme="majorHAnsi"/>
                <w:lang w:val="es-PE"/>
              </w:rPr>
            </w:pPr>
            <w:r w:rsidRPr="00586102">
              <w:rPr>
                <w:rFonts w:asciiTheme="majorHAnsi" w:hAnsiTheme="majorHAnsi" w:cstheme="majorHAnsi"/>
                <w:lang w:val="es-PE"/>
              </w:rPr>
              <w:t>Correo electrónico:</w:t>
            </w:r>
          </w:p>
        </w:tc>
        <w:tc>
          <w:tcPr>
            <w:tcW w:w="1367" w:type="dxa"/>
            <w:tcBorders>
              <w:right w:val="nil"/>
            </w:tcBorders>
            <w:vAlign w:val="center"/>
          </w:tcPr>
          <w:p w:rsidRPr="00586102" w:rsidR="002C57D7" w:rsidP="00840C5E" w:rsidRDefault="002C57D7" w14:paraId="13E6B4BE"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586102" w:rsidR="002C57D7" w:rsidP="00840C5E" w:rsidRDefault="002C57D7" w14:paraId="14B0955F" w14:textId="77777777">
            <w:pPr>
              <w:pStyle w:val="Sinespaciado"/>
              <w:rPr>
                <w:rFonts w:asciiTheme="majorHAnsi" w:hAnsiTheme="majorHAnsi" w:cstheme="majorHAnsi"/>
                <w:lang w:val="es-PE"/>
              </w:rPr>
            </w:pPr>
          </w:p>
        </w:tc>
        <w:tc>
          <w:tcPr>
            <w:tcW w:w="817" w:type="dxa"/>
            <w:tcBorders>
              <w:left w:val="nil"/>
              <w:right w:val="nil"/>
            </w:tcBorders>
            <w:vAlign w:val="center"/>
          </w:tcPr>
          <w:p w:rsidRPr="00586102" w:rsidR="002C57D7" w:rsidP="00840C5E" w:rsidRDefault="002C57D7" w14:paraId="555F27C4" w14:textId="77777777">
            <w:pPr>
              <w:pStyle w:val="Sinespaciado"/>
              <w:rPr>
                <w:rFonts w:asciiTheme="majorHAnsi" w:hAnsiTheme="majorHAnsi" w:cstheme="majorHAnsi"/>
                <w:lang w:val="es-PE"/>
              </w:rPr>
            </w:pPr>
          </w:p>
        </w:tc>
        <w:tc>
          <w:tcPr>
            <w:tcW w:w="398" w:type="dxa"/>
            <w:tcBorders>
              <w:left w:val="nil"/>
              <w:right w:val="nil"/>
            </w:tcBorders>
            <w:vAlign w:val="center"/>
          </w:tcPr>
          <w:p w:rsidRPr="00586102" w:rsidR="002C57D7" w:rsidP="00840C5E" w:rsidRDefault="002C57D7" w14:paraId="3E856444" w14:textId="77777777">
            <w:pPr>
              <w:pStyle w:val="Sinespaciado"/>
              <w:rPr>
                <w:rFonts w:asciiTheme="majorHAnsi" w:hAnsiTheme="majorHAnsi" w:cstheme="majorHAnsi"/>
                <w:lang w:val="es-PE"/>
              </w:rPr>
            </w:pPr>
          </w:p>
        </w:tc>
        <w:tc>
          <w:tcPr>
            <w:tcW w:w="861" w:type="dxa"/>
            <w:tcBorders>
              <w:left w:val="nil"/>
              <w:right w:val="nil"/>
            </w:tcBorders>
            <w:vAlign w:val="center"/>
          </w:tcPr>
          <w:p w:rsidRPr="00586102" w:rsidR="002C57D7" w:rsidP="00840C5E" w:rsidRDefault="002C57D7" w14:paraId="1E646B48" w14:textId="77777777">
            <w:pPr>
              <w:pStyle w:val="Sinespaciado"/>
              <w:rPr>
                <w:rFonts w:asciiTheme="majorHAnsi" w:hAnsiTheme="majorHAnsi" w:cstheme="majorHAnsi"/>
                <w:lang w:val="es-PE"/>
              </w:rPr>
            </w:pPr>
          </w:p>
        </w:tc>
        <w:tc>
          <w:tcPr>
            <w:tcW w:w="2665" w:type="dxa"/>
            <w:gridSpan w:val="3"/>
            <w:tcBorders>
              <w:left w:val="nil"/>
            </w:tcBorders>
            <w:vAlign w:val="center"/>
          </w:tcPr>
          <w:p w:rsidRPr="00586102" w:rsidR="002C57D7" w:rsidP="00840C5E" w:rsidRDefault="002C57D7" w14:paraId="0D747630" w14:textId="77777777">
            <w:pPr>
              <w:pStyle w:val="Sinespaciado"/>
              <w:rPr>
                <w:rFonts w:asciiTheme="majorHAnsi" w:hAnsiTheme="majorHAnsi" w:cstheme="majorHAnsi"/>
                <w:lang w:val="es-PE"/>
              </w:rPr>
            </w:pPr>
          </w:p>
        </w:tc>
      </w:tr>
      <w:tr w:rsidRPr="00586102" w:rsidR="008657C2" w:rsidTr="00F30103" w14:paraId="699360CC" w14:textId="77777777">
        <w:trPr>
          <w:trHeight w:val="374"/>
        </w:trPr>
        <w:tc>
          <w:tcPr>
            <w:tcW w:w="2548" w:type="dxa"/>
            <w:gridSpan w:val="3"/>
            <w:shd w:val="clear" w:color="auto" w:fill="CCFFCC"/>
            <w:vAlign w:val="center"/>
          </w:tcPr>
          <w:p w:rsidRPr="00586102" w:rsidR="002C57D7" w:rsidP="00840C5E" w:rsidRDefault="00C26DEC" w14:paraId="793DEEC8" w14:textId="77777777">
            <w:pPr>
              <w:pStyle w:val="Sinespaciado"/>
              <w:rPr>
                <w:rFonts w:asciiTheme="majorHAnsi" w:hAnsiTheme="majorHAnsi" w:cstheme="majorHAnsi"/>
                <w:lang w:val="es-PE"/>
              </w:rPr>
            </w:pPr>
            <w:r w:rsidRPr="00586102">
              <w:rPr>
                <w:rFonts w:asciiTheme="majorHAnsi" w:hAnsiTheme="majorHAnsi" w:cstheme="majorHAnsi"/>
                <w:lang w:val="es-PE"/>
              </w:rPr>
              <w:t>Centro de labores actual:</w:t>
            </w:r>
          </w:p>
        </w:tc>
        <w:tc>
          <w:tcPr>
            <w:tcW w:w="1367" w:type="dxa"/>
            <w:tcBorders>
              <w:right w:val="nil"/>
            </w:tcBorders>
            <w:vAlign w:val="center"/>
          </w:tcPr>
          <w:p w:rsidRPr="00586102" w:rsidR="002C57D7" w:rsidP="00840C5E" w:rsidRDefault="002C57D7" w14:paraId="57FE6FE8"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586102" w:rsidR="002C57D7" w:rsidP="00840C5E" w:rsidRDefault="002C57D7" w14:paraId="5717FDDB" w14:textId="77777777">
            <w:pPr>
              <w:pStyle w:val="Sinespaciado"/>
              <w:rPr>
                <w:rFonts w:asciiTheme="majorHAnsi" w:hAnsiTheme="majorHAnsi" w:cstheme="majorHAnsi"/>
                <w:lang w:val="es-PE"/>
              </w:rPr>
            </w:pPr>
          </w:p>
        </w:tc>
        <w:tc>
          <w:tcPr>
            <w:tcW w:w="817" w:type="dxa"/>
            <w:tcBorders>
              <w:left w:val="nil"/>
              <w:right w:val="nil"/>
            </w:tcBorders>
            <w:vAlign w:val="center"/>
          </w:tcPr>
          <w:p w:rsidRPr="00586102" w:rsidR="002C57D7" w:rsidP="00840C5E" w:rsidRDefault="002C57D7" w14:paraId="4E72ADF3" w14:textId="77777777">
            <w:pPr>
              <w:pStyle w:val="Sinespaciado"/>
              <w:rPr>
                <w:rFonts w:asciiTheme="majorHAnsi" w:hAnsiTheme="majorHAnsi" w:cstheme="majorHAnsi"/>
                <w:lang w:val="es-PE"/>
              </w:rPr>
            </w:pPr>
          </w:p>
        </w:tc>
        <w:tc>
          <w:tcPr>
            <w:tcW w:w="398" w:type="dxa"/>
            <w:tcBorders>
              <w:left w:val="nil"/>
              <w:right w:val="nil"/>
            </w:tcBorders>
            <w:vAlign w:val="center"/>
          </w:tcPr>
          <w:p w:rsidRPr="00586102" w:rsidR="002C57D7" w:rsidP="00840C5E" w:rsidRDefault="002C57D7" w14:paraId="208812A1" w14:textId="77777777">
            <w:pPr>
              <w:pStyle w:val="Sinespaciado"/>
              <w:rPr>
                <w:rFonts w:asciiTheme="majorHAnsi" w:hAnsiTheme="majorHAnsi" w:cstheme="majorHAnsi"/>
                <w:lang w:val="es-PE"/>
              </w:rPr>
            </w:pPr>
          </w:p>
        </w:tc>
        <w:tc>
          <w:tcPr>
            <w:tcW w:w="861" w:type="dxa"/>
            <w:tcBorders>
              <w:left w:val="nil"/>
              <w:right w:val="nil"/>
            </w:tcBorders>
            <w:vAlign w:val="center"/>
          </w:tcPr>
          <w:p w:rsidRPr="00586102" w:rsidR="002C57D7" w:rsidP="00840C5E" w:rsidRDefault="002C57D7" w14:paraId="1F3F6BAE" w14:textId="77777777">
            <w:pPr>
              <w:pStyle w:val="Sinespaciado"/>
              <w:rPr>
                <w:rFonts w:asciiTheme="majorHAnsi" w:hAnsiTheme="majorHAnsi" w:cstheme="majorHAnsi"/>
                <w:lang w:val="es-PE"/>
              </w:rPr>
            </w:pPr>
          </w:p>
        </w:tc>
        <w:tc>
          <w:tcPr>
            <w:tcW w:w="2665" w:type="dxa"/>
            <w:gridSpan w:val="3"/>
            <w:tcBorders>
              <w:left w:val="nil"/>
            </w:tcBorders>
            <w:vAlign w:val="center"/>
          </w:tcPr>
          <w:p w:rsidRPr="00586102" w:rsidR="002C57D7" w:rsidP="00840C5E" w:rsidRDefault="002C57D7" w14:paraId="5F12A6BC" w14:textId="77777777">
            <w:pPr>
              <w:pStyle w:val="Sinespaciado"/>
              <w:rPr>
                <w:rFonts w:asciiTheme="majorHAnsi" w:hAnsiTheme="majorHAnsi" w:cstheme="majorHAnsi"/>
                <w:lang w:val="es-PE"/>
              </w:rPr>
            </w:pPr>
          </w:p>
        </w:tc>
      </w:tr>
      <w:tr w:rsidRPr="00586102" w:rsidR="008657C2" w:rsidTr="00F30103" w14:paraId="63DE2E1C" w14:textId="77777777">
        <w:trPr>
          <w:trHeight w:val="374"/>
        </w:trPr>
        <w:tc>
          <w:tcPr>
            <w:tcW w:w="2015" w:type="dxa"/>
            <w:gridSpan w:val="2"/>
            <w:shd w:val="clear" w:color="auto" w:fill="CCFFCC"/>
            <w:vAlign w:val="center"/>
          </w:tcPr>
          <w:p w:rsidRPr="00586102" w:rsidR="002C57D7" w:rsidP="00840C5E" w:rsidRDefault="00C26DEC" w14:paraId="55F55E88" w14:textId="77777777">
            <w:pPr>
              <w:pStyle w:val="Sinespaciado"/>
              <w:rPr>
                <w:rFonts w:asciiTheme="majorHAnsi" w:hAnsiTheme="majorHAnsi" w:cstheme="majorHAnsi"/>
                <w:lang w:val="es-PE"/>
              </w:rPr>
            </w:pPr>
            <w:r w:rsidRPr="00586102">
              <w:rPr>
                <w:rFonts w:asciiTheme="majorHAnsi" w:hAnsiTheme="majorHAnsi" w:cstheme="majorHAnsi"/>
                <w:lang w:val="es-PE"/>
              </w:rPr>
              <w:t>DNI:</w:t>
            </w:r>
          </w:p>
        </w:tc>
        <w:tc>
          <w:tcPr>
            <w:tcW w:w="533" w:type="dxa"/>
            <w:tcBorders>
              <w:right w:val="nil"/>
            </w:tcBorders>
            <w:vAlign w:val="center"/>
          </w:tcPr>
          <w:p w:rsidRPr="00586102" w:rsidR="002C57D7" w:rsidP="00840C5E" w:rsidRDefault="002C57D7" w14:paraId="41385AE0" w14:textId="77777777">
            <w:pPr>
              <w:pStyle w:val="Sinespaciado"/>
              <w:rPr>
                <w:rFonts w:asciiTheme="majorHAnsi" w:hAnsiTheme="majorHAnsi" w:cstheme="majorHAnsi"/>
                <w:lang w:val="es-PE"/>
              </w:rPr>
            </w:pPr>
          </w:p>
        </w:tc>
        <w:tc>
          <w:tcPr>
            <w:tcW w:w="1367" w:type="dxa"/>
            <w:tcBorders>
              <w:left w:val="nil"/>
              <w:right w:val="nil"/>
            </w:tcBorders>
            <w:vAlign w:val="center"/>
          </w:tcPr>
          <w:p w:rsidRPr="00586102" w:rsidR="002C57D7" w:rsidP="00840C5E" w:rsidRDefault="002C57D7" w14:paraId="2A032A8E"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586102" w:rsidR="002C57D7" w:rsidP="00840C5E" w:rsidRDefault="002C57D7" w14:paraId="568441A2" w14:textId="77777777">
            <w:pPr>
              <w:pStyle w:val="Sinespaciado"/>
              <w:rPr>
                <w:rFonts w:asciiTheme="majorHAnsi" w:hAnsiTheme="majorHAnsi" w:cstheme="majorHAnsi"/>
                <w:lang w:val="es-PE"/>
              </w:rPr>
            </w:pPr>
          </w:p>
        </w:tc>
        <w:tc>
          <w:tcPr>
            <w:tcW w:w="817" w:type="dxa"/>
            <w:tcBorders>
              <w:left w:val="nil"/>
              <w:right w:val="nil"/>
            </w:tcBorders>
            <w:vAlign w:val="center"/>
          </w:tcPr>
          <w:p w:rsidRPr="00586102" w:rsidR="002C57D7" w:rsidP="00840C5E" w:rsidRDefault="002C57D7" w14:paraId="2AD6B899" w14:textId="77777777">
            <w:pPr>
              <w:pStyle w:val="Sinespaciado"/>
              <w:rPr>
                <w:rFonts w:asciiTheme="majorHAnsi" w:hAnsiTheme="majorHAnsi" w:cstheme="majorHAnsi"/>
                <w:lang w:val="es-PE"/>
              </w:rPr>
            </w:pPr>
          </w:p>
        </w:tc>
        <w:tc>
          <w:tcPr>
            <w:tcW w:w="398" w:type="dxa"/>
            <w:tcBorders>
              <w:left w:val="nil"/>
              <w:right w:val="nil"/>
            </w:tcBorders>
            <w:vAlign w:val="center"/>
          </w:tcPr>
          <w:p w:rsidRPr="00586102" w:rsidR="002C57D7" w:rsidP="00840C5E" w:rsidRDefault="002C57D7" w14:paraId="0A7489C5" w14:textId="77777777">
            <w:pPr>
              <w:pStyle w:val="Sinespaciado"/>
              <w:rPr>
                <w:rFonts w:asciiTheme="majorHAnsi" w:hAnsiTheme="majorHAnsi" w:cstheme="majorHAnsi"/>
                <w:lang w:val="es-PE"/>
              </w:rPr>
            </w:pPr>
          </w:p>
        </w:tc>
        <w:tc>
          <w:tcPr>
            <w:tcW w:w="861" w:type="dxa"/>
            <w:tcBorders>
              <w:left w:val="nil"/>
              <w:right w:val="nil"/>
            </w:tcBorders>
            <w:vAlign w:val="center"/>
          </w:tcPr>
          <w:p w:rsidRPr="00586102" w:rsidR="002C57D7" w:rsidP="00840C5E" w:rsidRDefault="002C57D7" w14:paraId="33D60948" w14:textId="77777777">
            <w:pPr>
              <w:pStyle w:val="Sinespaciado"/>
              <w:rPr>
                <w:rFonts w:asciiTheme="majorHAnsi" w:hAnsiTheme="majorHAnsi" w:cstheme="majorHAnsi"/>
                <w:lang w:val="es-PE"/>
              </w:rPr>
            </w:pPr>
          </w:p>
        </w:tc>
        <w:tc>
          <w:tcPr>
            <w:tcW w:w="2665" w:type="dxa"/>
            <w:gridSpan w:val="3"/>
            <w:tcBorders>
              <w:left w:val="nil"/>
            </w:tcBorders>
            <w:vAlign w:val="center"/>
          </w:tcPr>
          <w:p w:rsidRPr="00586102" w:rsidR="002C57D7" w:rsidP="00840C5E" w:rsidRDefault="002C57D7" w14:paraId="352EEA45" w14:textId="77777777">
            <w:pPr>
              <w:pStyle w:val="Sinespaciado"/>
              <w:rPr>
                <w:rFonts w:asciiTheme="majorHAnsi" w:hAnsiTheme="majorHAnsi" w:cstheme="majorHAnsi"/>
                <w:lang w:val="es-PE"/>
              </w:rPr>
            </w:pPr>
          </w:p>
        </w:tc>
      </w:tr>
      <w:tr w:rsidRPr="00586102" w:rsidR="008657C2" w:rsidTr="00F30103" w14:paraId="757488F0" w14:textId="77777777">
        <w:trPr>
          <w:trHeight w:val="374"/>
        </w:trPr>
        <w:tc>
          <w:tcPr>
            <w:tcW w:w="2015" w:type="dxa"/>
            <w:gridSpan w:val="2"/>
            <w:shd w:val="clear" w:color="auto" w:fill="CCFFCC"/>
            <w:vAlign w:val="center"/>
          </w:tcPr>
          <w:p w:rsidRPr="00586102" w:rsidR="002C57D7" w:rsidP="00840C5E" w:rsidRDefault="00C26DEC" w14:paraId="5D9BC83A" w14:textId="77777777">
            <w:pPr>
              <w:pStyle w:val="Sinespaciado"/>
              <w:rPr>
                <w:rFonts w:asciiTheme="majorHAnsi" w:hAnsiTheme="majorHAnsi" w:cstheme="majorHAnsi"/>
                <w:lang w:val="es-PE"/>
              </w:rPr>
            </w:pPr>
            <w:r w:rsidRPr="00586102">
              <w:rPr>
                <w:rFonts w:asciiTheme="majorHAnsi" w:hAnsiTheme="majorHAnsi" w:cstheme="majorHAnsi"/>
                <w:lang w:val="es-PE"/>
              </w:rPr>
              <w:t>RUC:</w:t>
            </w:r>
          </w:p>
        </w:tc>
        <w:tc>
          <w:tcPr>
            <w:tcW w:w="533" w:type="dxa"/>
            <w:tcBorders>
              <w:right w:val="nil"/>
            </w:tcBorders>
            <w:vAlign w:val="center"/>
          </w:tcPr>
          <w:p w:rsidRPr="00586102" w:rsidR="002C57D7" w:rsidP="00840C5E" w:rsidRDefault="002C57D7" w14:paraId="3C5D5407" w14:textId="77777777">
            <w:pPr>
              <w:pStyle w:val="Sinespaciado"/>
              <w:rPr>
                <w:rFonts w:asciiTheme="majorHAnsi" w:hAnsiTheme="majorHAnsi" w:cstheme="majorHAnsi"/>
                <w:lang w:val="es-PE"/>
              </w:rPr>
            </w:pPr>
          </w:p>
        </w:tc>
        <w:tc>
          <w:tcPr>
            <w:tcW w:w="1367" w:type="dxa"/>
            <w:tcBorders>
              <w:left w:val="nil"/>
              <w:right w:val="nil"/>
            </w:tcBorders>
            <w:vAlign w:val="center"/>
          </w:tcPr>
          <w:p w:rsidRPr="00586102" w:rsidR="002C57D7" w:rsidP="00840C5E" w:rsidRDefault="002C57D7" w14:paraId="636D6D27" w14:textId="77777777">
            <w:pPr>
              <w:pStyle w:val="Sinespaciado"/>
              <w:rPr>
                <w:rFonts w:asciiTheme="majorHAnsi" w:hAnsiTheme="majorHAnsi" w:cstheme="majorHAnsi"/>
                <w:lang w:val="es-PE"/>
              </w:rPr>
            </w:pPr>
          </w:p>
        </w:tc>
        <w:tc>
          <w:tcPr>
            <w:tcW w:w="234" w:type="dxa"/>
            <w:gridSpan w:val="2"/>
            <w:tcBorders>
              <w:left w:val="nil"/>
              <w:right w:val="nil"/>
            </w:tcBorders>
            <w:vAlign w:val="center"/>
          </w:tcPr>
          <w:p w:rsidRPr="00586102" w:rsidR="002C57D7" w:rsidP="00840C5E" w:rsidRDefault="002C57D7" w14:paraId="78015E7C" w14:textId="77777777">
            <w:pPr>
              <w:pStyle w:val="Sinespaciado"/>
              <w:rPr>
                <w:rFonts w:asciiTheme="majorHAnsi" w:hAnsiTheme="majorHAnsi" w:cstheme="majorHAnsi"/>
                <w:lang w:val="es-PE"/>
              </w:rPr>
            </w:pPr>
          </w:p>
        </w:tc>
        <w:tc>
          <w:tcPr>
            <w:tcW w:w="817" w:type="dxa"/>
            <w:tcBorders>
              <w:left w:val="nil"/>
              <w:right w:val="nil"/>
            </w:tcBorders>
            <w:vAlign w:val="center"/>
          </w:tcPr>
          <w:p w:rsidRPr="00586102" w:rsidR="002C57D7" w:rsidP="00840C5E" w:rsidRDefault="002C57D7" w14:paraId="6792BBC6" w14:textId="77777777">
            <w:pPr>
              <w:pStyle w:val="Sinespaciado"/>
              <w:rPr>
                <w:rFonts w:asciiTheme="majorHAnsi" w:hAnsiTheme="majorHAnsi" w:cstheme="majorHAnsi"/>
                <w:lang w:val="es-PE"/>
              </w:rPr>
            </w:pPr>
          </w:p>
        </w:tc>
        <w:tc>
          <w:tcPr>
            <w:tcW w:w="398" w:type="dxa"/>
            <w:tcBorders>
              <w:left w:val="nil"/>
              <w:right w:val="nil"/>
            </w:tcBorders>
            <w:vAlign w:val="center"/>
          </w:tcPr>
          <w:p w:rsidRPr="00586102" w:rsidR="002C57D7" w:rsidP="00840C5E" w:rsidRDefault="002C57D7" w14:paraId="033A772C" w14:textId="77777777">
            <w:pPr>
              <w:pStyle w:val="Sinespaciado"/>
              <w:rPr>
                <w:rFonts w:asciiTheme="majorHAnsi" w:hAnsiTheme="majorHAnsi" w:cstheme="majorHAnsi"/>
                <w:lang w:val="es-PE"/>
              </w:rPr>
            </w:pPr>
          </w:p>
        </w:tc>
        <w:tc>
          <w:tcPr>
            <w:tcW w:w="861" w:type="dxa"/>
            <w:tcBorders>
              <w:left w:val="nil"/>
              <w:right w:val="nil"/>
            </w:tcBorders>
            <w:vAlign w:val="center"/>
          </w:tcPr>
          <w:p w:rsidRPr="00586102" w:rsidR="002C57D7" w:rsidP="00840C5E" w:rsidRDefault="002C57D7" w14:paraId="74FA7719" w14:textId="77777777">
            <w:pPr>
              <w:pStyle w:val="Sinespaciado"/>
              <w:rPr>
                <w:rFonts w:asciiTheme="majorHAnsi" w:hAnsiTheme="majorHAnsi" w:cstheme="majorHAnsi"/>
                <w:lang w:val="es-PE"/>
              </w:rPr>
            </w:pPr>
          </w:p>
        </w:tc>
        <w:tc>
          <w:tcPr>
            <w:tcW w:w="2665" w:type="dxa"/>
            <w:gridSpan w:val="3"/>
            <w:tcBorders>
              <w:left w:val="nil"/>
            </w:tcBorders>
            <w:vAlign w:val="center"/>
          </w:tcPr>
          <w:p w:rsidRPr="00586102" w:rsidR="002C57D7" w:rsidP="00840C5E" w:rsidRDefault="002C57D7" w14:paraId="47B7E90E" w14:textId="77777777">
            <w:pPr>
              <w:pStyle w:val="Sinespaciado"/>
              <w:rPr>
                <w:rFonts w:asciiTheme="majorHAnsi" w:hAnsiTheme="majorHAnsi" w:cstheme="majorHAnsi"/>
                <w:lang w:val="es-PE"/>
              </w:rPr>
            </w:pPr>
          </w:p>
        </w:tc>
      </w:tr>
      <w:tr w:rsidRPr="00586102" w:rsidR="008657C2" w:rsidTr="00F30103" w14:paraId="2A081337" w14:textId="77777777">
        <w:trPr>
          <w:trHeight w:val="521"/>
        </w:trPr>
        <w:tc>
          <w:tcPr>
            <w:tcW w:w="2548" w:type="dxa"/>
            <w:gridSpan w:val="3"/>
            <w:shd w:val="clear" w:color="auto" w:fill="CCFFCC"/>
            <w:vAlign w:val="center"/>
          </w:tcPr>
          <w:p w:rsidRPr="00586102" w:rsidR="002C57D7" w:rsidP="00840C5E" w:rsidRDefault="00C26DEC" w14:paraId="12B64AA3" w14:textId="77777777">
            <w:pPr>
              <w:pStyle w:val="Sinespaciado"/>
              <w:rPr>
                <w:rFonts w:asciiTheme="majorHAnsi" w:hAnsiTheme="majorHAnsi" w:cstheme="majorHAnsi"/>
                <w:lang w:val="es-PE"/>
              </w:rPr>
            </w:pPr>
            <w:r w:rsidRPr="00586102">
              <w:rPr>
                <w:rFonts w:asciiTheme="majorHAnsi" w:hAnsiTheme="majorHAnsi" w:cstheme="majorHAnsi"/>
                <w:lang w:val="es-PE"/>
              </w:rPr>
              <w:t>Relación con el proyecto</w:t>
            </w:r>
          </w:p>
          <w:p w:rsidRPr="00586102" w:rsidR="002C57D7" w:rsidP="00840C5E" w:rsidRDefault="00C26DEC" w14:paraId="765A14F8" w14:textId="77777777">
            <w:pPr>
              <w:pStyle w:val="Sinespaciado"/>
              <w:rPr>
                <w:rFonts w:asciiTheme="majorHAnsi" w:hAnsiTheme="majorHAnsi" w:cstheme="majorHAnsi"/>
                <w:lang w:val="es-PE"/>
              </w:rPr>
            </w:pPr>
            <w:r w:rsidRPr="00586102">
              <w:rPr>
                <w:rFonts w:asciiTheme="majorHAnsi" w:hAnsiTheme="majorHAnsi" w:cstheme="majorHAnsi"/>
                <w:lang w:val="es-PE"/>
              </w:rPr>
              <w:t>(Marcar con X)</w:t>
            </w:r>
          </w:p>
        </w:tc>
        <w:tc>
          <w:tcPr>
            <w:tcW w:w="1544" w:type="dxa"/>
            <w:gridSpan w:val="2"/>
            <w:shd w:val="clear" w:color="auto" w:fill="CCFFCC"/>
            <w:vAlign w:val="center"/>
          </w:tcPr>
          <w:p w:rsidRPr="00586102" w:rsidR="002C57D7" w:rsidP="00840C5E" w:rsidRDefault="00C26DEC" w14:paraId="78E3726A" w14:textId="2431E01B">
            <w:pPr>
              <w:pStyle w:val="Sinespaciado"/>
              <w:rPr>
                <w:rFonts w:asciiTheme="majorHAnsi" w:hAnsiTheme="majorHAnsi" w:cstheme="majorHAnsi"/>
                <w:lang w:val="es-PE"/>
              </w:rPr>
            </w:pPr>
            <w:r w:rsidRPr="00586102">
              <w:rPr>
                <w:rFonts w:asciiTheme="majorHAnsi" w:hAnsiTheme="majorHAnsi" w:cstheme="majorHAnsi"/>
                <w:lang w:val="es-PE"/>
              </w:rPr>
              <w:t>Trabaja en la Entidad Solicitante</w:t>
            </w:r>
            <w:r w:rsidRPr="00586102" w:rsidR="00840C5E">
              <w:rPr>
                <w:rFonts w:asciiTheme="majorHAnsi" w:hAnsiTheme="majorHAnsi" w:cstheme="majorHAnsi"/>
                <w:lang w:val="es-PE"/>
              </w:rPr>
              <w:t>:</w:t>
            </w:r>
          </w:p>
        </w:tc>
        <w:tc>
          <w:tcPr>
            <w:tcW w:w="874" w:type="dxa"/>
            <w:gridSpan w:val="2"/>
            <w:vAlign w:val="center"/>
          </w:tcPr>
          <w:p w:rsidRPr="00586102" w:rsidR="002C57D7" w:rsidP="00840C5E" w:rsidRDefault="002C57D7" w14:paraId="48A94451" w14:textId="77777777">
            <w:pPr>
              <w:pStyle w:val="Sinespaciado"/>
              <w:rPr>
                <w:rFonts w:asciiTheme="majorHAnsi" w:hAnsiTheme="majorHAnsi" w:cstheme="majorHAnsi"/>
                <w:lang w:val="es-PE"/>
              </w:rPr>
            </w:pPr>
          </w:p>
        </w:tc>
        <w:tc>
          <w:tcPr>
            <w:tcW w:w="1260" w:type="dxa"/>
            <w:gridSpan w:val="2"/>
            <w:shd w:val="clear" w:color="auto" w:fill="CCFFCC"/>
            <w:vAlign w:val="center"/>
          </w:tcPr>
          <w:p w:rsidRPr="00586102" w:rsidR="002C57D7" w:rsidP="00840C5E" w:rsidRDefault="002C57D7" w14:paraId="20AEC25A" w14:textId="77777777">
            <w:pPr>
              <w:pStyle w:val="Sinespaciado"/>
              <w:rPr>
                <w:rFonts w:asciiTheme="majorHAnsi" w:hAnsiTheme="majorHAnsi" w:cstheme="majorHAnsi"/>
                <w:lang w:val="es-PE"/>
              </w:rPr>
            </w:pPr>
          </w:p>
        </w:tc>
        <w:tc>
          <w:tcPr>
            <w:tcW w:w="702" w:type="dxa"/>
            <w:vAlign w:val="center"/>
          </w:tcPr>
          <w:p w:rsidRPr="00586102" w:rsidR="002C57D7" w:rsidP="00840C5E" w:rsidRDefault="002C57D7" w14:paraId="6B62B1E3" w14:textId="77777777">
            <w:pPr>
              <w:pStyle w:val="Sinespaciado"/>
              <w:rPr>
                <w:rFonts w:asciiTheme="majorHAnsi" w:hAnsiTheme="majorHAnsi" w:cstheme="majorHAnsi"/>
                <w:lang w:val="es-PE"/>
              </w:rPr>
            </w:pPr>
          </w:p>
        </w:tc>
        <w:tc>
          <w:tcPr>
            <w:tcW w:w="1256" w:type="dxa"/>
            <w:shd w:val="clear" w:color="auto" w:fill="CCFFCC"/>
            <w:vAlign w:val="center"/>
          </w:tcPr>
          <w:p w:rsidRPr="00586102" w:rsidR="002C57D7" w:rsidP="00840C5E" w:rsidRDefault="00C26DEC" w14:paraId="444F3E56" w14:textId="77777777">
            <w:pPr>
              <w:pStyle w:val="Sinespaciado"/>
              <w:rPr>
                <w:rFonts w:asciiTheme="majorHAnsi" w:hAnsiTheme="majorHAnsi" w:cstheme="majorHAnsi"/>
                <w:lang w:val="es-PE"/>
              </w:rPr>
            </w:pPr>
            <w:r w:rsidRPr="00586102">
              <w:rPr>
                <w:rFonts w:asciiTheme="majorHAnsi" w:hAnsiTheme="majorHAnsi" w:cstheme="majorHAnsi"/>
                <w:lang w:val="es-PE"/>
              </w:rPr>
              <w:t>Contratado para el proyecto:</w:t>
            </w:r>
          </w:p>
        </w:tc>
        <w:tc>
          <w:tcPr>
            <w:tcW w:w="706" w:type="dxa"/>
            <w:vAlign w:val="center"/>
          </w:tcPr>
          <w:p w:rsidRPr="00586102" w:rsidR="002C57D7" w:rsidP="00840C5E" w:rsidRDefault="002C57D7" w14:paraId="2F17403C" w14:textId="77777777">
            <w:pPr>
              <w:pStyle w:val="Sinespaciado"/>
              <w:rPr>
                <w:rFonts w:asciiTheme="majorHAnsi" w:hAnsiTheme="majorHAnsi" w:cstheme="majorHAnsi"/>
                <w:lang w:val="es-PE"/>
              </w:rPr>
            </w:pPr>
          </w:p>
        </w:tc>
      </w:tr>
    </w:tbl>
    <w:p w:rsidRPr="00586102" w:rsidR="00F30103" w:rsidP="00F30103" w:rsidRDefault="00F30103" w14:paraId="3EF504F1" w14:textId="77777777">
      <w:pPr>
        <w:jc w:val="both"/>
      </w:pPr>
    </w:p>
    <w:p w:rsidRPr="00586102" w:rsidR="002C57D7" w:rsidP="00840C5E" w:rsidRDefault="00C26DEC" w14:paraId="37050B4E" w14:textId="092A831F">
      <w:pPr>
        <w:pBdr>
          <w:top w:val="nil"/>
          <w:left w:val="nil"/>
          <w:bottom w:val="nil"/>
          <w:right w:val="nil"/>
          <w:between w:val="nil"/>
        </w:pBdr>
        <w:jc w:val="both"/>
        <w:rPr>
          <w:color w:val="000000"/>
        </w:rPr>
      </w:pPr>
      <w:r w:rsidRPr="00586102">
        <w:rPr>
          <w:color w:val="000000"/>
          <w:u w:val="single"/>
        </w:rPr>
        <w:t>Instrucciones:</w:t>
      </w:r>
    </w:p>
    <w:p w:rsidRPr="00586102" w:rsidR="002C57D7" w:rsidP="00840C5E" w:rsidRDefault="00C26DEC" w14:paraId="7C6E1F6C" w14:textId="31439213">
      <w:pPr>
        <w:jc w:val="both"/>
        <w:rPr>
          <w:b/>
        </w:rPr>
      </w:pPr>
      <w:r w:rsidRPr="00586102">
        <w:rPr>
          <w:b/>
        </w:rPr>
        <w:t>Llene todos los cuadros desde la actividad más reciente. Máximo 5 páginas.</w:t>
      </w:r>
    </w:p>
    <w:p w:rsidRPr="00586102" w:rsidR="002C57D7" w:rsidP="00840C5E" w:rsidRDefault="002C57D7" w14:paraId="27B87E0D" w14:textId="77777777">
      <w:pPr>
        <w:jc w:val="both"/>
      </w:pPr>
    </w:p>
    <w:p w:rsidRPr="00586102" w:rsidR="002C57D7" w:rsidP="00840C5E" w:rsidRDefault="00C26DEC" w14:paraId="6BC89076" w14:textId="77777777">
      <w:pPr>
        <w:pBdr>
          <w:top w:val="nil"/>
          <w:left w:val="nil"/>
          <w:bottom w:val="nil"/>
          <w:right w:val="nil"/>
          <w:between w:val="nil"/>
        </w:pBdr>
        <w:spacing w:before="1"/>
        <w:jc w:val="both"/>
        <w:rPr>
          <w:color w:val="000000"/>
        </w:rPr>
      </w:pPr>
      <w:r w:rsidRPr="00586102">
        <w:rPr>
          <w:color w:val="000000"/>
        </w:rPr>
        <w:t>ESTUDIOS SUPERIORES (Técnicos, Universitarios y Posgrados)</w:t>
      </w:r>
    </w:p>
    <w:tbl>
      <w:tblPr>
        <w:tblW w:w="892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135"/>
        <w:gridCol w:w="1170"/>
        <w:gridCol w:w="3368"/>
        <w:gridCol w:w="3249"/>
      </w:tblGrid>
      <w:tr w:rsidRPr="00586102" w:rsidR="008657C2" w:rsidTr="00F30103" w14:paraId="3AF6B358" w14:textId="77777777">
        <w:trPr>
          <w:trHeight w:val="60"/>
        </w:trPr>
        <w:tc>
          <w:tcPr>
            <w:tcW w:w="2305" w:type="dxa"/>
            <w:gridSpan w:val="2"/>
            <w:shd w:val="clear" w:color="auto" w:fill="CCFFCC"/>
            <w:vAlign w:val="center"/>
          </w:tcPr>
          <w:p w:rsidRPr="00586102" w:rsidR="002C57D7" w:rsidP="00840C5E" w:rsidRDefault="00C26DEC" w14:paraId="24405B26" w14:textId="77777777">
            <w:pPr>
              <w:pStyle w:val="Sinespaciado"/>
              <w:jc w:val="center"/>
              <w:rPr>
                <w:rFonts w:asciiTheme="majorHAnsi" w:hAnsiTheme="majorHAnsi" w:cstheme="majorHAnsi"/>
                <w:lang w:val="es-PE"/>
              </w:rPr>
            </w:pPr>
            <w:r w:rsidRPr="00586102">
              <w:rPr>
                <w:rFonts w:asciiTheme="majorHAnsi" w:hAnsiTheme="majorHAnsi" w:cstheme="majorHAnsi"/>
                <w:lang w:val="es-PE"/>
              </w:rPr>
              <w:t>Años</w:t>
            </w:r>
          </w:p>
        </w:tc>
        <w:tc>
          <w:tcPr>
            <w:tcW w:w="3368" w:type="dxa"/>
            <w:vMerge w:val="restart"/>
            <w:shd w:val="clear" w:color="auto" w:fill="CCFFCC"/>
            <w:vAlign w:val="center"/>
          </w:tcPr>
          <w:p w:rsidRPr="00586102" w:rsidR="002C57D7" w:rsidP="00840C5E" w:rsidRDefault="00C26DEC" w14:paraId="53F5927A" w14:textId="77777777">
            <w:pPr>
              <w:pStyle w:val="Sinespaciado"/>
              <w:jc w:val="center"/>
              <w:rPr>
                <w:rFonts w:asciiTheme="majorHAnsi" w:hAnsiTheme="majorHAnsi" w:cstheme="majorHAnsi"/>
                <w:lang w:val="es-PE"/>
              </w:rPr>
            </w:pPr>
            <w:r w:rsidRPr="00586102">
              <w:rPr>
                <w:rFonts w:asciiTheme="majorHAnsi" w:hAnsiTheme="majorHAnsi" w:cstheme="majorHAnsi"/>
                <w:lang w:val="es-PE"/>
              </w:rPr>
              <w:t>Centro de estudios</w:t>
            </w:r>
          </w:p>
        </w:tc>
        <w:tc>
          <w:tcPr>
            <w:tcW w:w="3249" w:type="dxa"/>
            <w:vMerge w:val="restart"/>
            <w:shd w:val="clear" w:color="auto" w:fill="CCFFCC"/>
            <w:vAlign w:val="center"/>
          </w:tcPr>
          <w:p w:rsidRPr="00586102" w:rsidR="002C57D7" w:rsidP="00840C5E" w:rsidRDefault="00C26DEC" w14:paraId="0F012BB7" w14:textId="77777777">
            <w:pPr>
              <w:pStyle w:val="Sinespaciado"/>
              <w:jc w:val="center"/>
              <w:rPr>
                <w:rFonts w:asciiTheme="majorHAnsi" w:hAnsiTheme="majorHAnsi" w:cstheme="majorHAnsi"/>
                <w:lang w:val="es-PE"/>
              </w:rPr>
            </w:pPr>
            <w:r w:rsidRPr="00586102">
              <w:rPr>
                <w:rFonts w:asciiTheme="majorHAnsi" w:hAnsiTheme="majorHAnsi" w:cstheme="majorHAnsi"/>
                <w:lang w:val="es-PE"/>
              </w:rPr>
              <w:t>Grado y/o título obtenido</w:t>
            </w:r>
          </w:p>
        </w:tc>
      </w:tr>
      <w:tr w:rsidRPr="00586102" w:rsidR="008657C2" w:rsidTr="00F30103" w14:paraId="1A1DBF6D" w14:textId="77777777">
        <w:trPr>
          <w:trHeight w:val="270"/>
        </w:trPr>
        <w:tc>
          <w:tcPr>
            <w:tcW w:w="1135" w:type="dxa"/>
            <w:shd w:val="clear" w:color="auto" w:fill="CCFFCC"/>
            <w:vAlign w:val="center"/>
          </w:tcPr>
          <w:p w:rsidRPr="00586102" w:rsidR="002C57D7" w:rsidP="00840C5E" w:rsidRDefault="00840C5E" w14:paraId="254B02B9" w14:textId="76CF96BA">
            <w:pPr>
              <w:pStyle w:val="Sinespaciado"/>
              <w:jc w:val="center"/>
              <w:rPr>
                <w:rFonts w:ascii="Calibri" w:hAnsi="Calibri" w:cs="Calibri"/>
                <w:lang w:val="es-PE"/>
              </w:rPr>
            </w:pPr>
            <w:r w:rsidRPr="00586102">
              <w:rPr>
                <w:rFonts w:ascii="Calibri" w:hAnsi="Calibri" w:cs="Calibri"/>
                <w:lang w:val="es-PE"/>
              </w:rPr>
              <w:t>Desde</w:t>
            </w:r>
          </w:p>
          <w:p w:rsidRPr="00586102" w:rsidR="002C57D7" w:rsidP="00840C5E" w:rsidRDefault="00C26DEC" w14:paraId="49B43F2F" w14:textId="77777777">
            <w:pPr>
              <w:pStyle w:val="Sinespaciado"/>
              <w:jc w:val="center"/>
              <w:rPr>
                <w:rFonts w:ascii="Calibri" w:hAnsi="Calibri" w:cs="Calibri"/>
                <w:sz w:val="20"/>
                <w:szCs w:val="20"/>
                <w:lang w:val="es-PE"/>
              </w:rPr>
            </w:pPr>
            <w:r w:rsidRPr="00586102">
              <w:rPr>
                <w:rFonts w:ascii="Calibri" w:hAnsi="Calibri" w:cs="Calibri"/>
                <w:b/>
                <w:sz w:val="20"/>
                <w:szCs w:val="20"/>
                <w:lang w:val="es-PE"/>
              </w:rPr>
              <w:t>Mes/año</w:t>
            </w:r>
          </w:p>
        </w:tc>
        <w:tc>
          <w:tcPr>
            <w:tcW w:w="1170" w:type="dxa"/>
            <w:shd w:val="clear" w:color="auto" w:fill="CCFFCC"/>
            <w:vAlign w:val="center"/>
          </w:tcPr>
          <w:p w:rsidRPr="00586102" w:rsidR="002C57D7" w:rsidP="00840C5E" w:rsidRDefault="00840C5E" w14:paraId="22E8CEF5" w14:textId="474E646F">
            <w:pPr>
              <w:pStyle w:val="Sinespaciado"/>
              <w:jc w:val="center"/>
              <w:rPr>
                <w:rFonts w:ascii="Calibri" w:hAnsi="Calibri" w:cs="Calibri"/>
                <w:lang w:val="es-PE"/>
              </w:rPr>
            </w:pPr>
            <w:r w:rsidRPr="00586102">
              <w:rPr>
                <w:rFonts w:ascii="Calibri" w:hAnsi="Calibri" w:cs="Calibri"/>
                <w:lang w:val="es-PE"/>
              </w:rPr>
              <w:t>Hasta</w:t>
            </w:r>
          </w:p>
          <w:p w:rsidRPr="00586102" w:rsidR="002C57D7" w:rsidP="00840C5E" w:rsidRDefault="00C26DEC" w14:paraId="58586186" w14:textId="77777777">
            <w:pPr>
              <w:pStyle w:val="Sinespaciado"/>
              <w:jc w:val="center"/>
              <w:rPr>
                <w:rFonts w:ascii="Calibri" w:hAnsi="Calibri" w:cs="Calibri"/>
                <w:sz w:val="20"/>
                <w:szCs w:val="20"/>
                <w:lang w:val="es-PE"/>
              </w:rPr>
            </w:pPr>
            <w:r w:rsidRPr="00586102">
              <w:rPr>
                <w:rFonts w:ascii="Calibri" w:hAnsi="Calibri" w:cs="Calibri"/>
                <w:b/>
                <w:sz w:val="20"/>
                <w:szCs w:val="20"/>
                <w:lang w:val="es-PE"/>
              </w:rPr>
              <w:t>Mes/año</w:t>
            </w:r>
          </w:p>
        </w:tc>
        <w:tc>
          <w:tcPr>
            <w:tcW w:w="3368" w:type="dxa"/>
            <w:vMerge/>
            <w:shd w:val="clear" w:color="auto" w:fill="92D050"/>
            <w:vAlign w:val="center"/>
          </w:tcPr>
          <w:p w:rsidRPr="00586102" w:rsidR="002C57D7" w:rsidP="00840C5E" w:rsidRDefault="002C57D7" w14:paraId="51A22752" w14:textId="77777777">
            <w:pPr>
              <w:pStyle w:val="Sinespaciado"/>
              <w:jc w:val="center"/>
              <w:rPr>
                <w:rFonts w:asciiTheme="majorHAnsi" w:hAnsiTheme="majorHAnsi" w:cstheme="majorHAnsi"/>
                <w:lang w:val="es-PE"/>
              </w:rPr>
            </w:pPr>
          </w:p>
        </w:tc>
        <w:tc>
          <w:tcPr>
            <w:tcW w:w="3249" w:type="dxa"/>
            <w:vMerge/>
            <w:shd w:val="clear" w:color="auto" w:fill="92D050"/>
            <w:vAlign w:val="center"/>
          </w:tcPr>
          <w:p w:rsidRPr="00586102" w:rsidR="002C57D7" w:rsidP="00840C5E" w:rsidRDefault="002C57D7" w14:paraId="54CB663B" w14:textId="77777777">
            <w:pPr>
              <w:pStyle w:val="Sinespaciado"/>
              <w:jc w:val="center"/>
              <w:rPr>
                <w:rFonts w:asciiTheme="majorHAnsi" w:hAnsiTheme="majorHAnsi" w:cstheme="majorHAnsi"/>
                <w:lang w:val="es-PE"/>
              </w:rPr>
            </w:pPr>
          </w:p>
        </w:tc>
      </w:tr>
      <w:tr w:rsidRPr="00586102" w:rsidR="008657C2" w:rsidTr="002D7423" w14:paraId="3F306EEB" w14:textId="77777777">
        <w:trPr>
          <w:trHeight w:val="372"/>
        </w:trPr>
        <w:tc>
          <w:tcPr>
            <w:tcW w:w="1135" w:type="dxa"/>
            <w:vAlign w:val="center"/>
          </w:tcPr>
          <w:p w:rsidRPr="00586102" w:rsidR="002C57D7" w:rsidP="00840C5E" w:rsidRDefault="002C57D7" w14:paraId="024571D9" w14:textId="77777777">
            <w:pPr>
              <w:pStyle w:val="Sinespaciado"/>
              <w:rPr>
                <w:rFonts w:asciiTheme="majorHAnsi" w:hAnsiTheme="majorHAnsi" w:cstheme="majorHAnsi"/>
                <w:lang w:val="es-PE"/>
              </w:rPr>
            </w:pPr>
          </w:p>
        </w:tc>
        <w:tc>
          <w:tcPr>
            <w:tcW w:w="1170" w:type="dxa"/>
            <w:vAlign w:val="center"/>
          </w:tcPr>
          <w:p w:rsidRPr="00586102" w:rsidR="002C57D7" w:rsidP="00840C5E" w:rsidRDefault="002C57D7" w14:paraId="3D2D3C9E" w14:textId="77777777">
            <w:pPr>
              <w:pStyle w:val="Sinespaciado"/>
              <w:rPr>
                <w:rFonts w:asciiTheme="majorHAnsi" w:hAnsiTheme="majorHAnsi" w:cstheme="majorHAnsi"/>
                <w:lang w:val="es-PE"/>
              </w:rPr>
            </w:pPr>
          </w:p>
        </w:tc>
        <w:tc>
          <w:tcPr>
            <w:tcW w:w="3368" w:type="dxa"/>
            <w:vAlign w:val="center"/>
          </w:tcPr>
          <w:p w:rsidRPr="00586102" w:rsidR="002C57D7" w:rsidP="00840C5E" w:rsidRDefault="002C57D7" w14:paraId="0B7B4861" w14:textId="77777777">
            <w:pPr>
              <w:pStyle w:val="Sinespaciado"/>
              <w:rPr>
                <w:rFonts w:asciiTheme="majorHAnsi" w:hAnsiTheme="majorHAnsi" w:cstheme="majorHAnsi"/>
                <w:lang w:val="es-PE"/>
              </w:rPr>
            </w:pPr>
          </w:p>
        </w:tc>
        <w:tc>
          <w:tcPr>
            <w:tcW w:w="3249" w:type="dxa"/>
            <w:vAlign w:val="center"/>
          </w:tcPr>
          <w:p w:rsidRPr="00586102" w:rsidR="002C57D7" w:rsidP="00840C5E" w:rsidRDefault="002C57D7" w14:paraId="13946697" w14:textId="77777777">
            <w:pPr>
              <w:pStyle w:val="Sinespaciado"/>
              <w:rPr>
                <w:rFonts w:asciiTheme="majorHAnsi" w:hAnsiTheme="majorHAnsi" w:cstheme="majorHAnsi"/>
                <w:lang w:val="es-PE"/>
              </w:rPr>
            </w:pPr>
          </w:p>
        </w:tc>
      </w:tr>
      <w:tr w:rsidRPr="00586102" w:rsidR="008657C2" w:rsidTr="002D7423" w14:paraId="533F51FA" w14:textId="77777777">
        <w:trPr>
          <w:trHeight w:val="372"/>
        </w:trPr>
        <w:tc>
          <w:tcPr>
            <w:tcW w:w="1135" w:type="dxa"/>
            <w:vAlign w:val="center"/>
          </w:tcPr>
          <w:p w:rsidRPr="00586102" w:rsidR="002C57D7" w:rsidP="00840C5E" w:rsidRDefault="002C57D7" w14:paraId="401C12D3" w14:textId="77777777">
            <w:pPr>
              <w:pStyle w:val="Sinespaciado"/>
              <w:rPr>
                <w:rFonts w:asciiTheme="majorHAnsi" w:hAnsiTheme="majorHAnsi" w:cstheme="majorHAnsi"/>
                <w:lang w:val="es-PE"/>
              </w:rPr>
            </w:pPr>
          </w:p>
        </w:tc>
        <w:tc>
          <w:tcPr>
            <w:tcW w:w="1170" w:type="dxa"/>
            <w:vAlign w:val="center"/>
          </w:tcPr>
          <w:p w:rsidRPr="00586102" w:rsidR="002C57D7" w:rsidP="00840C5E" w:rsidRDefault="002C57D7" w14:paraId="100B003F" w14:textId="77777777">
            <w:pPr>
              <w:pStyle w:val="Sinespaciado"/>
              <w:rPr>
                <w:rFonts w:asciiTheme="majorHAnsi" w:hAnsiTheme="majorHAnsi" w:cstheme="majorHAnsi"/>
                <w:lang w:val="es-PE"/>
              </w:rPr>
            </w:pPr>
          </w:p>
        </w:tc>
        <w:tc>
          <w:tcPr>
            <w:tcW w:w="3368" w:type="dxa"/>
            <w:vAlign w:val="center"/>
          </w:tcPr>
          <w:p w:rsidRPr="00586102" w:rsidR="002C57D7" w:rsidP="00840C5E" w:rsidRDefault="002C57D7" w14:paraId="11153154" w14:textId="77777777">
            <w:pPr>
              <w:pStyle w:val="Sinespaciado"/>
              <w:rPr>
                <w:rFonts w:asciiTheme="majorHAnsi" w:hAnsiTheme="majorHAnsi" w:cstheme="majorHAnsi"/>
                <w:lang w:val="es-PE"/>
              </w:rPr>
            </w:pPr>
          </w:p>
        </w:tc>
        <w:tc>
          <w:tcPr>
            <w:tcW w:w="3249" w:type="dxa"/>
            <w:vAlign w:val="center"/>
          </w:tcPr>
          <w:p w:rsidRPr="00586102" w:rsidR="002C57D7" w:rsidP="00840C5E" w:rsidRDefault="002C57D7" w14:paraId="75121F15" w14:textId="77777777">
            <w:pPr>
              <w:pStyle w:val="Sinespaciado"/>
              <w:rPr>
                <w:rFonts w:asciiTheme="majorHAnsi" w:hAnsiTheme="majorHAnsi" w:cstheme="majorHAnsi"/>
                <w:lang w:val="es-PE"/>
              </w:rPr>
            </w:pPr>
          </w:p>
        </w:tc>
      </w:tr>
      <w:tr w:rsidRPr="00586102" w:rsidR="008657C2" w:rsidTr="002D7423" w14:paraId="213E71F0" w14:textId="77777777">
        <w:trPr>
          <w:trHeight w:val="372"/>
        </w:trPr>
        <w:tc>
          <w:tcPr>
            <w:tcW w:w="1135" w:type="dxa"/>
            <w:vAlign w:val="center"/>
          </w:tcPr>
          <w:p w:rsidRPr="00586102" w:rsidR="002C57D7" w:rsidP="00840C5E" w:rsidRDefault="002C57D7" w14:paraId="3F38CCA5" w14:textId="77777777">
            <w:pPr>
              <w:pStyle w:val="Sinespaciado"/>
              <w:rPr>
                <w:rFonts w:asciiTheme="majorHAnsi" w:hAnsiTheme="majorHAnsi" w:cstheme="majorHAnsi"/>
                <w:lang w:val="es-PE"/>
              </w:rPr>
            </w:pPr>
          </w:p>
        </w:tc>
        <w:tc>
          <w:tcPr>
            <w:tcW w:w="1170" w:type="dxa"/>
            <w:vAlign w:val="center"/>
          </w:tcPr>
          <w:p w:rsidRPr="00586102" w:rsidR="002C57D7" w:rsidP="00840C5E" w:rsidRDefault="002C57D7" w14:paraId="010FB435" w14:textId="77777777">
            <w:pPr>
              <w:pStyle w:val="Sinespaciado"/>
              <w:rPr>
                <w:rFonts w:asciiTheme="majorHAnsi" w:hAnsiTheme="majorHAnsi" w:cstheme="majorHAnsi"/>
                <w:lang w:val="es-PE"/>
              </w:rPr>
            </w:pPr>
          </w:p>
        </w:tc>
        <w:tc>
          <w:tcPr>
            <w:tcW w:w="3368" w:type="dxa"/>
            <w:vAlign w:val="center"/>
          </w:tcPr>
          <w:p w:rsidRPr="00586102" w:rsidR="002C57D7" w:rsidP="00840C5E" w:rsidRDefault="002C57D7" w14:paraId="5280F5B2" w14:textId="77777777">
            <w:pPr>
              <w:pStyle w:val="Sinespaciado"/>
              <w:rPr>
                <w:rFonts w:asciiTheme="majorHAnsi" w:hAnsiTheme="majorHAnsi" w:cstheme="majorHAnsi"/>
                <w:lang w:val="es-PE"/>
              </w:rPr>
            </w:pPr>
          </w:p>
        </w:tc>
        <w:tc>
          <w:tcPr>
            <w:tcW w:w="3249" w:type="dxa"/>
            <w:vAlign w:val="center"/>
          </w:tcPr>
          <w:p w:rsidRPr="00586102" w:rsidR="002C57D7" w:rsidP="00840C5E" w:rsidRDefault="002C57D7" w14:paraId="385EA075" w14:textId="77777777">
            <w:pPr>
              <w:pStyle w:val="Sinespaciado"/>
              <w:rPr>
                <w:rFonts w:asciiTheme="majorHAnsi" w:hAnsiTheme="majorHAnsi" w:cstheme="majorHAnsi"/>
                <w:lang w:val="es-PE"/>
              </w:rPr>
            </w:pPr>
          </w:p>
        </w:tc>
      </w:tr>
    </w:tbl>
    <w:p w:rsidRPr="00586102" w:rsidR="002C57D7" w:rsidP="00840C5E" w:rsidRDefault="002C57D7" w14:paraId="73A5B7F6" w14:textId="77777777">
      <w:pPr>
        <w:jc w:val="both"/>
      </w:pPr>
    </w:p>
    <w:tbl>
      <w:tblPr>
        <w:tblW w:w="892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73"/>
        <w:gridCol w:w="1196"/>
        <w:gridCol w:w="3401"/>
        <w:gridCol w:w="3252"/>
      </w:tblGrid>
      <w:tr w:rsidRPr="00586102" w:rsidR="008657C2" w:rsidTr="00F30103" w14:paraId="4865817E" w14:textId="77777777">
        <w:trPr>
          <w:trHeight w:val="60"/>
        </w:trPr>
        <w:tc>
          <w:tcPr>
            <w:tcW w:w="2269" w:type="dxa"/>
            <w:gridSpan w:val="2"/>
            <w:shd w:val="clear" w:color="auto" w:fill="CCFFCC"/>
            <w:vAlign w:val="center"/>
          </w:tcPr>
          <w:p w:rsidRPr="00586102" w:rsidR="002C57D7" w:rsidP="00840C5E" w:rsidRDefault="00C26DEC" w14:paraId="0E79EB11" w14:textId="024EA44B">
            <w:pPr>
              <w:pStyle w:val="Sinespaciado"/>
              <w:jc w:val="center"/>
              <w:rPr>
                <w:rFonts w:ascii="Calibri" w:hAnsi="Calibri" w:cs="Calibri"/>
                <w:lang w:val="es-PE"/>
              </w:rPr>
            </w:pPr>
            <w:r w:rsidRPr="00586102">
              <w:rPr>
                <w:rFonts w:ascii="Calibri" w:hAnsi="Calibri" w:cs="Calibri"/>
                <w:lang w:val="es-PE"/>
              </w:rPr>
              <w:t xml:space="preserve">ESPECIALIZACIONES </w:t>
            </w:r>
            <w:r w:rsidRPr="00586102">
              <w:rPr>
                <w:rFonts w:ascii="Calibri" w:hAnsi="Calibri" w:cs="Calibri"/>
                <w:sz w:val="18"/>
                <w:szCs w:val="18"/>
                <w:lang w:val="es-PE"/>
              </w:rPr>
              <w:t>(Cursos, Diplomados u Otros)</w:t>
            </w:r>
            <w:r w:rsidRPr="00586102" w:rsidR="00840C5E">
              <w:rPr>
                <w:rFonts w:ascii="Calibri" w:hAnsi="Calibri" w:cs="Calibri"/>
                <w:sz w:val="18"/>
                <w:szCs w:val="18"/>
                <w:lang w:val="es-PE"/>
              </w:rPr>
              <w:t xml:space="preserve"> </w:t>
            </w:r>
            <w:r w:rsidRPr="00586102">
              <w:rPr>
                <w:rFonts w:ascii="Calibri" w:hAnsi="Calibri" w:cs="Calibri"/>
                <w:sz w:val="18"/>
                <w:szCs w:val="18"/>
                <w:lang w:val="es-PE"/>
              </w:rPr>
              <w:t>Periodo</w:t>
            </w:r>
          </w:p>
        </w:tc>
        <w:tc>
          <w:tcPr>
            <w:tcW w:w="3401" w:type="dxa"/>
            <w:vMerge w:val="restart"/>
            <w:shd w:val="clear" w:color="auto" w:fill="CCFFCC"/>
            <w:vAlign w:val="center"/>
          </w:tcPr>
          <w:p w:rsidRPr="00586102" w:rsidR="002C57D7" w:rsidP="00840C5E" w:rsidRDefault="00C26DEC" w14:paraId="763BA278" w14:textId="77777777">
            <w:pPr>
              <w:pStyle w:val="Sinespaciado"/>
              <w:jc w:val="center"/>
              <w:rPr>
                <w:rFonts w:ascii="Calibri" w:hAnsi="Calibri" w:cs="Calibri"/>
                <w:lang w:val="es-PE"/>
              </w:rPr>
            </w:pPr>
            <w:r w:rsidRPr="00586102">
              <w:rPr>
                <w:rFonts w:ascii="Calibri" w:hAnsi="Calibri" w:cs="Calibri"/>
                <w:lang w:val="es-PE"/>
              </w:rPr>
              <w:t>Centro de estudios</w:t>
            </w:r>
          </w:p>
        </w:tc>
        <w:tc>
          <w:tcPr>
            <w:tcW w:w="3252" w:type="dxa"/>
            <w:vMerge w:val="restart"/>
            <w:shd w:val="clear" w:color="auto" w:fill="CCFFCC"/>
            <w:vAlign w:val="center"/>
          </w:tcPr>
          <w:p w:rsidRPr="00586102" w:rsidR="002C57D7" w:rsidP="00840C5E" w:rsidRDefault="00C26DEC" w14:paraId="68D4D7BE" w14:textId="77777777">
            <w:pPr>
              <w:pStyle w:val="Sinespaciado"/>
              <w:jc w:val="center"/>
              <w:rPr>
                <w:rFonts w:ascii="Calibri" w:hAnsi="Calibri" w:cs="Calibri"/>
                <w:lang w:val="es-PE"/>
              </w:rPr>
            </w:pPr>
            <w:r w:rsidRPr="00586102">
              <w:rPr>
                <w:rFonts w:ascii="Calibri" w:hAnsi="Calibri" w:cs="Calibri"/>
                <w:lang w:val="es-PE"/>
              </w:rPr>
              <w:t>Especialización</w:t>
            </w:r>
            <w:r w:rsidRPr="00586102">
              <w:rPr>
                <w:rFonts w:ascii="Calibri" w:hAnsi="Calibri" w:cs="Calibri"/>
                <w:lang w:val="es-PE"/>
              </w:rPr>
              <w:footnoteReference w:id="2"/>
            </w:r>
          </w:p>
        </w:tc>
      </w:tr>
      <w:tr w:rsidRPr="00586102" w:rsidR="00840C5E" w:rsidTr="00F30103" w14:paraId="435534C2" w14:textId="77777777">
        <w:trPr>
          <w:trHeight w:val="101"/>
        </w:trPr>
        <w:tc>
          <w:tcPr>
            <w:tcW w:w="1073" w:type="dxa"/>
            <w:shd w:val="clear" w:color="auto" w:fill="CCFFCC"/>
            <w:vAlign w:val="center"/>
          </w:tcPr>
          <w:p w:rsidRPr="00586102" w:rsidR="00840C5E" w:rsidP="00840C5E" w:rsidRDefault="00840C5E" w14:paraId="409BE69C" w14:textId="77777777">
            <w:pPr>
              <w:pStyle w:val="Sinespaciado"/>
              <w:jc w:val="center"/>
              <w:rPr>
                <w:rFonts w:ascii="Calibri" w:hAnsi="Calibri" w:cs="Calibri"/>
                <w:lang w:val="es-PE"/>
              </w:rPr>
            </w:pPr>
            <w:r w:rsidRPr="00586102">
              <w:rPr>
                <w:rFonts w:ascii="Calibri" w:hAnsi="Calibri" w:cs="Calibri"/>
                <w:lang w:val="es-PE"/>
              </w:rPr>
              <w:t>Desde</w:t>
            </w:r>
          </w:p>
          <w:p w:rsidRPr="00586102" w:rsidR="00840C5E" w:rsidP="00840C5E" w:rsidRDefault="00840C5E" w14:paraId="348757C0" w14:textId="37EABA46">
            <w:pPr>
              <w:pStyle w:val="Sinespaciado"/>
              <w:jc w:val="center"/>
              <w:rPr>
                <w:rFonts w:ascii="Calibri" w:hAnsi="Calibri" w:cs="Calibri"/>
                <w:lang w:val="es-PE"/>
              </w:rPr>
            </w:pPr>
            <w:r w:rsidRPr="00586102">
              <w:rPr>
                <w:rFonts w:ascii="Calibri" w:hAnsi="Calibri" w:cs="Calibri"/>
                <w:b/>
                <w:sz w:val="20"/>
                <w:szCs w:val="20"/>
                <w:lang w:val="es-PE"/>
              </w:rPr>
              <w:t>Mes/año</w:t>
            </w:r>
          </w:p>
        </w:tc>
        <w:tc>
          <w:tcPr>
            <w:tcW w:w="1196" w:type="dxa"/>
            <w:shd w:val="clear" w:color="auto" w:fill="CCFFCC"/>
            <w:vAlign w:val="center"/>
          </w:tcPr>
          <w:p w:rsidRPr="00586102" w:rsidR="00840C5E" w:rsidP="00840C5E" w:rsidRDefault="00840C5E" w14:paraId="63AF1B80" w14:textId="77777777">
            <w:pPr>
              <w:pStyle w:val="Sinespaciado"/>
              <w:jc w:val="center"/>
              <w:rPr>
                <w:rFonts w:ascii="Calibri" w:hAnsi="Calibri" w:cs="Calibri"/>
                <w:lang w:val="es-PE"/>
              </w:rPr>
            </w:pPr>
            <w:r w:rsidRPr="00586102">
              <w:rPr>
                <w:rFonts w:ascii="Calibri" w:hAnsi="Calibri" w:cs="Calibri"/>
                <w:lang w:val="es-PE"/>
              </w:rPr>
              <w:t>Hasta</w:t>
            </w:r>
          </w:p>
          <w:p w:rsidRPr="00586102" w:rsidR="00840C5E" w:rsidP="00840C5E" w:rsidRDefault="00840C5E" w14:paraId="351635AC" w14:textId="4FBEF7A2">
            <w:pPr>
              <w:pStyle w:val="Sinespaciado"/>
              <w:jc w:val="center"/>
              <w:rPr>
                <w:rFonts w:ascii="Calibri" w:hAnsi="Calibri" w:cs="Calibri"/>
                <w:lang w:val="es-PE"/>
              </w:rPr>
            </w:pPr>
            <w:r w:rsidRPr="00586102">
              <w:rPr>
                <w:rFonts w:ascii="Calibri" w:hAnsi="Calibri" w:cs="Calibri"/>
                <w:b/>
                <w:sz w:val="20"/>
                <w:szCs w:val="20"/>
                <w:lang w:val="es-PE"/>
              </w:rPr>
              <w:t>Mes/año</w:t>
            </w:r>
          </w:p>
        </w:tc>
        <w:tc>
          <w:tcPr>
            <w:tcW w:w="3401" w:type="dxa"/>
            <w:vMerge/>
            <w:shd w:val="clear" w:color="auto" w:fill="CCFFCC"/>
            <w:vAlign w:val="center"/>
          </w:tcPr>
          <w:p w:rsidRPr="00586102" w:rsidR="00840C5E" w:rsidP="00840C5E" w:rsidRDefault="00840C5E" w14:paraId="3015D9FB" w14:textId="77777777">
            <w:pPr>
              <w:pStyle w:val="Sinespaciado"/>
              <w:jc w:val="center"/>
              <w:rPr>
                <w:rFonts w:ascii="Calibri" w:hAnsi="Calibri" w:cs="Calibri"/>
                <w:lang w:val="es-PE"/>
              </w:rPr>
            </w:pPr>
          </w:p>
        </w:tc>
        <w:tc>
          <w:tcPr>
            <w:tcW w:w="3252" w:type="dxa"/>
            <w:vMerge/>
            <w:shd w:val="clear" w:color="auto" w:fill="CCFFCC"/>
            <w:vAlign w:val="center"/>
          </w:tcPr>
          <w:p w:rsidRPr="00586102" w:rsidR="00840C5E" w:rsidP="00840C5E" w:rsidRDefault="00840C5E" w14:paraId="51584B7F" w14:textId="77777777">
            <w:pPr>
              <w:pStyle w:val="Sinespaciado"/>
              <w:jc w:val="center"/>
              <w:rPr>
                <w:rFonts w:ascii="Calibri" w:hAnsi="Calibri" w:cs="Calibri"/>
                <w:lang w:val="es-PE"/>
              </w:rPr>
            </w:pPr>
          </w:p>
        </w:tc>
      </w:tr>
      <w:tr w:rsidRPr="00586102" w:rsidR="008657C2" w:rsidTr="002D7423" w14:paraId="44C413D3" w14:textId="77777777">
        <w:trPr>
          <w:trHeight w:val="375"/>
        </w:trPr>
        <w:tc>
          <w:tcPr>
            <w:tcW w:w="1073" w:type="dxa"/>
            <w:vAlign w:val="center"/>
          </w:tcPr>
          <w:p w:rsidRPr="00586102" w:rsidR="002C57D7" w:rsidP="00840C5E" w:rsidRDefault="002C57D7" w14:paraId="36D5C65A" w14:textId="77777777">
            <w:pPr>
              <w:pStyle w:val="Sinespaciado"/>
              <w:rPr>
                <w:rFonts w:ascii="Calibri" w:hAnsi="Calibri" w:cs="Calibri"/>
                <w:lang w:val="es-PE"/>
              </w:rPr>
            </w:pPr>
          </w:p>
        </w:tc>
        <w:tc>
          <w:tcPr>
            <w:tcW w:w="1196" w:type="dxa"/>
            <w:vAlign w:val="center"/>
          </w:tcPr>
          <w:p w:rsidRPr="00586102" w:rsidR="002C57D7" w:rsidP="00840C5E" w:rsidRDefault="002C57D7" w14:paraId="4227364C" w14:textId="77777777">
            <w:pPr>
              <w:pStyle w:val="Sinespaciado"/>
              <w:rPr>
                <w:rFonts w:ascii="Calibri" w:hAnsi="Calibri" w:cs="Calibri"/>
                <w:lang w:val="es-PE"/>
              </w:rPr>
            </w:pPr>
          </w:p>
        </w:tc>
        <w:tc>
          <w:tcPr>
            <w:tcW w:w="3401" w:type="dxa"/>
            <w:vAlign w:val="center"/>
          </w:tcPr>
          <w:p w:rsidRPr="00586102" w:rsidR="002C57D7" w:rsidP="00840C5E" w:rsidRDefault="002C57D7" w14:paraId="755AE603" w14:textId="77777777">
            <w:pPr>
              <w:pStyle w:val="Sinespaciado"/>
              <w:rPr>
                <w:rFonts w:ascii="Calibri" w:hAnsi="Calibri" w:cs="Calibri"/>
                <w:lang w:val="es-PE"/>
              </w:rPr>
            </w:pPr>
          </w:p>
        </w:tc>
        <w:tc>
          <w:tcPr>
            <w:tcW w:w="3252" w:type="dxa"/>
            <w:vAlign w:val="center"/>
          </w:tcPr>
          <w:p w:rsidRPr="00586102" w:rsidR="002C57D7" w:rsidP="00840C5E" w:rsidRDefault="002C57D7" w14:paraId="3B36EA37" w14:textId="77777777">
            <w:pPr>
              <w:pStyle w:val="Sinespaciado"/>
              <w:rPr>
                <w:rFonts w:ascii="Calibri" w:hAnsi="Calibri" w:cs="Calibri"/>
                <w:lang w:val="es-PE"/>
              </w:rPr>
            </w:pPr>
          </w:p>
        </w:tc>
      </w:tr>
      <w:tr w:rsidRPr="00586102" w:rsidR="008657C2" w:rsidTr="002D7423" w14:paraId="48A542E8" w14:textId="77777777">
        <w:trPr>
          <w:trHeight w:val="375"/>
        </w:trPr>
        <w:tc>
          <w:tcPr>
            <w:tcW w:w="1073" w:type="dxa"/>
            <w:vAlign w:val="center"/>
          </w:tcPr>
          <w:p w:rsidRPr="00586102" w:rsidR="002C57D7" w:rsidP="00840C5E" w:rsidRDefault="002C57D7" w14:paraId="3139694F" w14:textId="77777777">
            <w:pPr>
              <w:pStyle w:val="Sinespaciado"/>
              <w:rPr>
                <w:rFonts w:ascii="Calibri" w:hAnsi="Calibri" w:cs="Calibri"/>
                <w:lang w:val="es-PE"/>
              </w:rPr>
            </w:pPr>
          </w:p>
        </w:tc>
        <w:tc>
          <w:tcPr>
            <w:tcW w:w="1196" w:type="dxa"/>
            <w:vAlign w:val="center"/>
          </w:tcPr>
          <w:p w:rsidRPr="00586102" w:rsidR="002C57D7" w:rsidP="00840C5E" w:rsidRDefault="002C57D7" w14:paraId="0289C582" w14:textId="77777777">
            <w:pPr>
              <w:pStyle w:val="Sinespaciado"/>
              <w:rPr>
                <w:rFonts w:ascii="Calibri" w:hAnsi="Calibri" w:cs="Calibri"/>
                <w:lang w:val="es-PE"/>
              </w:rPr>
            </w:pPr>
          </w:p>
        </w:tc>
        <w:tc>
          <w:tcPr>
            <w:tcW w:w="3401" w:type="dxa"/>
            <w:vAlign w:val="center"/>
          </w:tcPr>
          <w:p w:rsidRPr="00586102" w:rsidR="002C57D7" w:rsidP="00840C5E" w:rsidRDefault="002C57D7" w14:paraId="7A6ABC7A" w14:textId="77777777">
            <w:pPr>
              <w:pStyle w:val="Sinespaciado"/>
              <w:rPr>
                <w:rFonts w:ascii="Calibri" w:hAnsi="Calibri" w:cs="Calibri"/>
                <w:lang w:val="es-PE"/>
              </w:rPr>
            </w:pPr>
          </w:p>
        </w:tc>
        <w:tc>
          <w:tcPr>
            <w:tcW w:w="3252" w:type="dxa"/>
            <w:vAlign w:val="center"/>
          </w:tcPr>
          <w:p w:rsidRPr="00586102" w:rsidR="002C57D7" w:rsidP="00840C5E" w:rsidRDefault="002C57D7" w14:paraId="6BCD93A0" w14:textId="77777777">
            <w:pPr>
              <w:pStyle w:val="Sinespaciado"/>
              <w:rPr>
                <w:rFonts w:ascii="Calibri" w:hAnsi="Calibri" w:cs="Calibri"/>
                <w:lang w:val="es-PE"/>
              </w:rPr>
            </w:pPr>
          </w:p>
        </w:tc>
      </w:tr>
      <w:tr w:rsidRPr="00586102" w:rsidR="008657C2" w:rsidTr="002D7423" w14:paraId="417B7B20" w14:textId="77777777">
        <w:trPr>
          <w:trHeight w:val="375"/>
        </w:trPr>
        <w:tc>
          <w:tcPr>
            <w:tcW w:w="1073" w:type="dxa"/>
            <w:vAlign w:val="center"/>
          </w:tcPr>
          <w:p w:rsidRPr="00586102" w:rsidR="002C57D7" w:rsidP="00840C5E" w:rsidRDefault="002C57D7" w14:paraId="070499C6" w14:textId="77777777">
            <w:pPr>
              <w:pStyle w:val="Sinespaciado"/>
              <w:rPr>
                <w:rFonts w:ascii="Calibri" w:hAnsi="Calibri" w:cs="Calibri"/>
                <w:lang w:val="es-PE"/>
              </w:rPr>
            </w:pPr>
          </w:p>
        </w:tc>
        <w:tc>
          <w:tcPr>
            <w:tcW w:w="1196" w:type="dxa"/>
            <w:vAlign w:val="center"/>
          </w:tcPr>
          <w:p w:rsidRPr="00586102" w:rsidR="002C57D7" w:rsidP="00840C5E" w:rsidRDefault="002C57D7" w14:paraId="568BEC16" w14:textId="77777777">
            <w:pPr>
              <w:pStyle w:val="Sinespaciado"/>
              <w:rPr>
                <w:rFonts w:ascii="Calibri" w:hAnsi="Calibri" w:cs="Calibri"/>
                <w:lang w:val="es-PE"/>
              </w:rPr>
            </w:pPr>
          </w:p>
        </w:tc>
        <w:tc>
          <w:tcPr>
            <w:tcW w:w="3401" w:type="dxa"/>
            <w:vAlign w:val="center"/>
          </w:tcPr>
          <w:p w:rsidRPr="00586102" w:rsidR="002C57D7" w:rsidP="00840C5E" w:rsidRDefault="002C57D7" w14:paraId="50ECF9CF" w14:textId="77777777">
            <w:pPr>
              <w:pStyle w:val="Sinespaciado"/>
              <w:rPr>
                <w:rFonts w:ascii="Calibri" w:hAnsi="Calibri" w:cs="Calibri"/>
                <w:lang w:val="es-PE"/>
              </w:rPr>
            </w:pPr>
          </w:p>
        </w:tc>
        <w:tc>
          <w:tcPr>
            <w:tcW w:w="3252" w:type="dxa"/>
            <w:vAlign w:val="center"/>
          </w:tcPr>
          <w:p w:rsidRPr="00586102" w:rsidR="002C57D7" w:rsidP="00840C5E" w:rsidRDefault="002C57D7" w14:paraId="2E3850AB" w14:textId="77777777">
            <w:pPr>
              <w:pStyle w:val="Sinespaciado"/>
              <w:rPr>
                <w:rFonts w:ascii="Calibri" w:hAnsi="Calibri" w:cs="Calibri"/>
                <w:lang w:val="es-PE"/>
              </w:rPr>
            </w:pPr>
          </w:p>
        </w:tc>
      </w:tr>
    </w:tbl>
    <w:p w:rsidRPr="00586102" w:rsidR="002C57D7" w:rsidP="00840C5E" w:rsidRDefault="002C57D7" w14:paraId="392F4DA5" w14:textId="77777777">
      <w:pPr>
        <w:jc w:val="both"/>
      </w:pPr>
    </w:p>
    <w:p w:rsidRPr="00586102" w:rsidR="002C57D7" w:rsidP="00840C5E" w:rsidRDefault="00C26DEC" w14:paraId="66C296AB" w14:textId="2E941693">
      <w:pPr>
        <w:pBdr>
          <w:top w:val="nil"/>
          <w:left w:val="nil"/>
          <w:bottom w:val="nil"/>
          <w:right w:val="nil"/>
          <w:between w:val="nil"/>
        </w:pBdr>
        <w:jc w:val="both"/>
        <w:rPr>
          <w:color w:val="000000"/>
        </w:rPr>
      </w:pPr>
      <w:r w:rsidRPr="00586102">
        <w:rPr>
          <w:color w:val="000000"/>
        </w:rPr>
        <w:t>ACTIVIDAD PROFESIONAL</w:t>
      </w:r>
      <w:r w:rsidRPr="00586102">
        <w:rPr>
          <w:color w:val="000000"/>
        </w:rPr>
        <w:footnoteReference w:id="3"/>
      </w:r>
    </w:p>
    <w:tbl>
      <w:tblPr>
        <w:tblW w:w="893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77"/>
        <w:gridCol w:w="1245"/>
        <w:gridCol w:w="1915"/>
        <w:gridCol w:w="2499"/>
        <w:gridCol w:w="1995"/>
      </w:tblGrid>
      <w:tr w:rsidRPr="00586102" w:rsidR="008657C2" w:rsidTr="00F30103" w14:paraId="108E68A9" w14:textId="77777777">
        <w:trPr>
          <w:trHeight w:val="300"/>
        </w:trPr>
        <w:tc>
          <w:tcPr>
            <w:tcW w:w="1277" w:type="dxa"/>
            <w:shd w:val="clear" w:color="auto" w:fill="CCFFCC"/>
            <w:vAlign w:val="center"/>
          </w:tcPr>
          <w:p w:rsidRPr="00586102" w:rsidR="002C57D7" w:rsidP="002D7423" w:rsidRDefault="00C26DEC" w14:paraId="740B5778" w14:textId="77777777">
            <w:pPr>
              <w:pStyle w:val="Sinespaciado"/>
              <w:jc w:val="center"/>
              <w:rPr>
                <w:rFonts w:ascii="Calibri" w:hAnsi="Calibri" w:cs="Calibri"/>
                <w:lang w:val="es-PE"/>
              </w:rPr>
            </w:pPr>
            <w:r w:rsidRPr="00586102">
              <w:rPr>
                <w:rFonts w:ascii="Calibri" w:hAnsi="Calibri" w:cs="Calibri"/>
                <w:lang w:val="es-PE"/>
              </w:rPr>
              <w:t>Desde</w:t>
            </w:r>
          </w:p>
          <w:p w:rsidRPr="00586102" w:rsidR="002C57D7" w:rsidP="002D7423" w:rsidRDefault="00C26DEC" w14:paraId="72279645" w14:textId="77777777">
            <w:pPr>
              <w:pStyle w:val="Sinespaciado"/>
              <w:jc w:val="center"/>
              <w:rPr>
                <w:rFonts w:ascii="Calibri" w:hAnsi="Calibri" w:cs="Calibri"/>
                <w:sz w:val="20"/>
                <w:szCs w:val="20"/>
                <w:lang w:val="es-PE"/>
              </w:rPr>
            </w:pPr>
            <w:r w:rsidRPr="00586102">
              <w:rPr>
                <w:rFonts w:ascii="Calibri" w:hAnsi="Calibri" w:cs="Calibri"/>
                <w:b/>
                <w:sz w:val="20"/>
                <w:szCs w:val="20"/>
                <w:lang w:val="es-PE"/>
              </w:rPr>
              <w:t>Mes/año</w:t>
            </w:r>
          </w:p>
        </w:tc>
        <w:tc>
          <w:tcPr>
            <w:tcW w:w="1245" w:type="dxa"/>
            <w:shd w:val="clear" w:color="auto" w:fill="CCFFCC"/>
            <w:vAlign w:val="center"/>
          </w:tcPr>
          <w:p w:rsidRPr="00586102" w:rsidR="002C57D7" w:rsidP="002D7423" w:rsidRDefault="00C26DEC" w14:paraId="73BCC2AF" w14:textId="77777777">
            <w:pPr>
              <w:pStyle w:val="Sinespaciado"/>
              <w:jc w:val="center"/>
              <w:rPr>
                <w:rFonts w:ascii="Calibri" w:hAnsi="Calibri" w:cs="Calibri"/>
                <w:lang w:val="es-PE"/>
              </w:rPr>
            </w:pPr>
            <w:r w:rsidRPr="00586102">
              <w:rPr>
                <w:rFonts w:ascii="Calibri" w:hAnsi="Calibri" w:cs="Calibri"/>
                <w:lang w:val="es-PE"/>
              </w:rPr>
              <w:t>Hasta</w:t>
            </w:r>
          </w:p>
          <w:p w:rsidRPr="00586102" w:rsidR="002C57D7" w:rsidP="002D7423" w:rsidRDefault="00C26DEC" w14:paraId="2B85A9E3" w14:textId="77777777">
            <w:pPr>
              <w:pStyle w:val="Sinespaciado"/>
              <w:jc w:val="center"/>
              <w:rPr>
                <w:rFonts w:ascii="Calibri" w:hAnsi="Calibri" w:cs="Calibri"/>
                <w:sz w:val="20"/>
                <w:szCs w:val="20"/>
                <w:lang w:val="es-PE"/>
              </w:rPr>
            </w:pPr>
            <w:r w:rsidRPr="00586102">
              <w:rPr>
                <w:rFonts w:ascii="Calibri" w:hAnsi="Calibri" w:cs="Calibri"/>
                <w:b/>
                <w:sz w:val="20"/>
                <w:szCs w:val="20"/>
                <w:lang w:val="es-PE"/>
              </w:rPr>
              <w:t>Mes/año</w:t>
            </w:r>
          </w:p>
        </w:tc>
        <w:tc>
          <w:tcPr>
            <w:tcW w:w="1915" w:type="dxa"/>
            <w:shd w:val="clear" w:color="auto" w:fill="CCFFCC"/>
            <w:vAlign w:val="center"/>
          </w:tcPr>
          <w:p w:rsidRPr="00586102" w:rsidR="002C57D7" w:rsidP="002D7423" w:rsidRDefault="00C26DEC" w14:paraId="41D33C1C" w14:textId="77777777">
            <w:pPr>
              <w:pStyle w:val="Sinespaciado"/>
              <w:jc w:val="center"/>
              <w:rPr>
                <w:rFonts w:ascii="Calibri" w:hAnsi="Calibri" w:cs="Calibri"/>
                <w:lang w:val="es-PE"/>
              </w:rPr>
            </w:pPr>
            <w:r w:rsidRPr="00586102">
              <w:rPr>
                <w:rFonts w:ascii="Calibri" w:hAnsi="Calibri" w:cs="Calibri"/>
                <w:lang w:val="es-PE"/>
              </w:rPr>
              <w:t>Centro laboral</w:t>
            </w:r>
          </w:p>
        </w:tc>
        <w:tc>
          <w:tcPr>
            <w:tcW w:w="2499" w:type="dxa"/>
            <w:shd w:val="clear" w:color="auto" w:fill="CCFFCC"/>
            <w:vAlign w:val="center"/>
          </w:tcPr>
          <w:p w:rsidRPr="00586102" w:rsidR="002C57D7" w:rsidP="002D7423" w:rsidRDefault="00C26DEC" w14:paraId="5FB5E56C" w14:textId="77777777">
            <w:pPr>
              <w:pStyle w:val="Sinespaciado"/>
              <w:jc w:val="center"/>
              <w:rPr>
                <w:rFonts w:ascii="Calibri" w:hAnsi="Calibri" w:cs="Calibri"/>
                <w:lang w:val="es-PE"/>
              </w:rPr>
            </w:pPr>
            <w:r w:rsidRPr="00586102">
              <w:rPr>
                <w:rFonts w:ascii="Calibri" w:hAnsi="Calibri" w:cs="Calibri"/>
                <w:lang w:val="es-PE"/>
              </w:rPr>
              <w:t>Funciones principales</w:t>
            </w:r>
          </w:p>
        </w:tc>
        <w:tc>
          <w:tcPr>
            <w:tcW w:w="1995" w:type="dxa"/>
            <w:shd w:val="clear" w:color="auto" w:fill="CCFFCC"/>
            <w:vAlign w:val="center"/>
          </w:tcPr>
          <w:p w:rsidRPr="00586102" w:rsidR="002C57D7" w:rsidP="002D7423" w:rsidRDefault="00C26DEC" w14:paraId="602F459C" w14:textId="77777777">
            <w:pPr>
              <w:pStyle w:val="Sinespaciado"/>
              <w:jc w:val="center"/>
              <w:rPr>
                <w:rFonts w:ascii="Calibri" w:hAnsi="Calibri" w:cs="Calibri"/>
                <w:lang w:val="es-PE"/>
              </w:rPr>
            </w:pPr>
            <w:r w:rsidRPr="00586102">
              <w:rPr>
                <w:rFonts w:ascii="Calibri" w:hAnsi="Calibri" w:cs="Calibri"/>
                <w:lang w:val="es-PE"/>
              </w:rPr>
              <w:t>Logros más destacados</w:t>
            </w:r>
            <w:r w:rsidRPr="00586102">
              <w:rPr>
                <w:rFonts w:ascii="Calibri" w:hAnsi="Calibri" w:cs="Calibri"/>
                <w:vertAlign w:val="superscript"/>
                <w:lang w:val="es-PE"/>
              </w:rPr>
              <w:footnoteReference w:id="4"/>
            </w:r>
          </w:p>
        </w:tc>
      </w:tr>
      <w:tr w:rsidRPr="00586102" w:rsidR="008657C2" w:rsidTr="002D7423" w14:paraId="0CA9D433" w14:textId="77777777">
        <w:trPr>
          <w:trHeight w:val="508"/>
        </w:trPr>
        <w:tc>
          <w:tcPr>
            <w:tcW w:w="1277" w:type="dxa"/>
            <w:vAlign w:val="center"/>
          </w:tcPr>
          <w:p w:rsidRPr="00586102" w:rsidR="002C57D7" w:rsidP="002D7423" w:rsidRDefault="002C57D7" w14:paraId="4251DFF4" w14:textId="77777777">
            <w:pPr>
              <w:pStyle w:val="Sinespaciado"/>
              <w:rPr>
                <w:rFonts w:ascii="Calibri" w:hAnsi="Calibri" w:cs="Calibri"/>
                <w:lang w:val="es-PE"/>
              </w:rPr>
            </w:pPr>
          </w:p>
        </w:tc>
        <w:tc>
          <w:tcPr>
            <w:tcW w:w="1245" w:type="dxa"/>
            <w:vAlign w:val="center"/>
          </w:tcPr>
          <w:p w:rsidRPr="00586102" w:rsidR="002C57D7" w:rsidP="002D7423" w:rsidRDefault="002C57D7" w14:paraId="5A097532" w14:textId="77777777">
            <w:pPr>
              <w:pStyle w:val="Sinespaciado"/>
              <w:rPr>
                <w:rFonts w:ascii="Calibri" w:hAnsi="Calibri" w:cs="Calibri"/>
                <w:lang w:val="es-PE"/>
              </w:rPr>
            </w:pPr>
          </w:p>
        </w:tc>
        <w:tc>
          <w:tcPr>
            <w:tcW w:w="1915" w:type="dxa"/>
            <w:vAlign w:val="center"/>
          </w:tcPr>
          <w:p w:rsidRPr="00586102" w:rsidR="002C57D7" w:rsidP="002D7423" w:rsidRDefault="002C57D7" w14:paraId="37E1EC09" w14:textId="77777777">
            <w:pPr>
              <w:pStyle w:val="Sinespaciado"/>
              <w:rPr>
                <w:rFonts w:ascii="Calibri" w:hAnsi="Calibri" w:cs="Calibri"/>
                <w:lang w:val="es-PE"/>
              </w:rPr>
            </w:pPr>
          </w:p>
        </w:tc>
        <w:tc>
          <w:tcPr>
            <w:tcW w:w="2499" w:type="dxa"/>
            <w:vAlign w:val="center"/>
          </w:tcPr>
          <w:p w:rsidRPr="00586102" w:rsidR="002C57D7" w:rsidP="002D7423" w:rsidRDefault="002C57D7" w14:paraId="7128EC2F" w14:textId="77777777">
            <w:pPr>
              <w:pStyle w:val="Sinespaciado"/>
              <w:rPr>
                <w:rFonts w:ascii="Calibri" w:hAnsi="Calibri" w:cs="Calibri"/>
                <w:lang w:val="es-PE"/>
              </w:rPr>
            </w:pPr>
          </w:p>
        </w:tc>
        <w:tc>
          <w:tcPr>
            <w:tcW w:w="1995" w:type="dxa"/>
            <w:vAlign w:val="center"/>
          </w:tcPr>
          <w:p w:rsidRPr="00586102" w:rsidR="002C57D7" w:rsidP="002D7423" w:rsidRDefault="002C57D7" w14:paraId="49F9BBE3" w14:textId="77777777">
            <w:pPr>
              <w:pStyle w:val="Sinespaciado"/>
              <w:rPr>
                <w:rFonts w:ascii="Calibri" w:hAnsi="Calibri" w:cs="Calibri"/>
                <w:lang w:val="es-PE"/>
              </w:rPr>
            </w:pPr>
          </w:p>
        </w:tc>
      </w:tr>
      <w:tr w:rsidRPr="00586102" w:rsidR="008657C2" w:rsidTr="002D7423" w14:paraId="6C328312" w14:textId="77777777">
        <w:trPr>
          <w:trHeight w:val="508"/>
        </w:trPr>
        <w:tc>
          <w:tcPr>
            <w:tcW w:w="1277" w:type="dxa"/>
            <w:vAlign w:val="center"/>
          </w:tcPr>
          <w:p w:rsidRPr="00586102" w:rsidR="002C57D7" w:rsidP="002D7423" w:rsidRDefault="002C57D7" w14:paraId="6A3E6F1C" w14:textId="77777777">
            <w:pPr>
              <w:pStyle w:val="Sinespaciado"/>
              <w:rPr>
                <w:rFonts w:ascii="Calibri" w:hAnsi="Calibri" w:cs="Calibri"/>
                <w:lang w:val="es-PE"/>
              </w:rPr>
            </w:pPr>
          </w:p>
        </w:tc>
        <w:tc>
          <w:tcPr>
            <w:tcW w:w="1245" w:type="dxa"/>
            <w:vAlign w:val="center"/>
          </w:tcPr>
          <w:p w:rsidRPr="00586102" w:rsidR="002C57D7" w:rsidP="002D7423" w:rsidRDefault="002C57D7" w14:paraId="7839630E" w14:textId="77777777">
            <w:pPr>
              <w:pStyle w:val="Sinespaciado"/>
              <w:rPr>
                <w:rFonts w:ascii="Calibri" w:hAnsi="Calibri" w:cs="Calibri"/>
                <w:lang w:val="es-PE"/>
              </w:rPr>
            </w:pPr>
          </w:p>
        </w:tc>
        <w:tc>
          <w:tcPr>
            <w:tcW w:w="1915" w:type="dxa"/>
            <w:vAlign w:val="center"/>
          </w:tcPr>
          <w:p w:rsidRPr="00586102" w:rsidR="002C57D7" w:rsidP="002D7423" w:rsidRDefault="002C57D7" w14:paraId="4C9A00C7" w14:textId="77777777">
            <w:pPr>
              <w:pStyle w:val="Sinespaciado"/>
              <w:rPr>
                <w:rFonts w:ascii="Calibri" w:hAnsi="Calibri" w:cs="Calibri"/>
                <w:lang w:val="es-PE"/>
              </w:rPr>
            </w:pPr>
          </w:p>
        </w:tc>
        <w:tc>
          <w:tcPr>
            <w:tcW w:w="2499" w:type="dxa"/>
            <w:vAlign w:val="center"/>
          </w:tcPr>
          <w:p w:rsidRPr="00586102" w:rsidR="002C57D7" w:rsidP="002D7423" w:rsidRDefault="002C57D7" w14:paraId="4B1CB353" w14:textId="77777777">
            <w:pPr>
              <w:pStyle w:val="Sinespaciado"/>
              <w:rPr>
                <w:rFonts w:ascii="Calibri" w:hAnsi="Calibri" w:cs="Calibri"/>
                <w:lang w:val="es-PE"/>
              </w:rPr>
            </w:pPr>
          </w:p>
        </w:tc>
        <w:tc>
          <w:tcPr>
            <w:tcW w:w="1995" w:type="dxa"/>
            <w:vAlign w:val="center"/>
          </w:tcPr>
          <w:p w:rsidRPr="00586102" w:rsidR="002C57D7" w:rsidP="002D7423" w:rsidRDefault="002C57D7" w14:paraId="2718599C" w14:textId="77777777">
            <w:pPr>
              <w:pStyle w:val="Sinespaciado"/>
              <w:rPr>
                <w:rFonts w:ascii="Calibri" w:hAnsi="Calibri" w:cs="Calibri"/>
                <w:lang w:val="es-PE"/>
              </w:rPr>
            </w:pPr>
          </w:p>
        </w:tc>
      </w:tr>
      <w:tr w:rsidRPr="00586102" w:rsidR="008657C2" w:rsidTr="002D7423" w14:paraId="74F7E265" w14:textId="77777777">
        <w:trPr>
          <w:trHeight w:val="508"/>
        </w:trPr>
        <w:tc>
          <w:tcPr>
            <w:tcW w:w="1277" w:type="dxa"/>
            <w:vAlign w:val="center"/>
          </w:tcPr>
          <w:p w:rsidRPr="00586102" w:rsidR="002C57D7" w:rsidP="002D7423" w:rsidRDefault="002C57D7" w14:paraId="68DB3BBA" w14:textId="77777777">
            <w:pPr>
              <w:pStyle w:val="Sinespaciado"/>
              <w:rPr>
                <w:rFonts w:ascii="Calibri" w:hAnsi="Calibri" w:cs="Calibri"/>
                <w:lang w:val="es-PE"/>
              </w:rPr>
            </w:pPr>
          </w:p>
        </w:tc>
        <w:tc>
          <w:tcPr>
            <w:tcW w:w="1245" w:type="dxa"/>
            <w:vAlign w:val="center"/>
          </w:tcPr>
          <w:p w:rsidRPr="00586102" w:rsidR="002C57D7" w:rsidP="002D7423" w:rsidRDefault="002C57D7" w14:paraId="3D8F47E1" w14:textId="77777777">
            <w:pPr>
              <w:pStyle w:val="Sinespaciado"/>
              <w:rPr>
                <w:rFonts w:ascii="Calibri" w:hAnsi="Calibri" w:cs="Calibri"/>
                <w:lang w:val="es-PE"/>
              </w:rPr>
            </w:pPr>
          </w:p>
        </w:tc>
        <w:tc>
          <w:tcPr>
            <w:tcW w:w="1915" w:type="dxa"/>
            <w:vAlign w:val="center"/>
          </w:tcPr>
          <w:p w:rsidRPr="00586102" w:rsidR="002C57D7" w:rsidP="002D7423" w:rsidRDefault="002C57D7" w14:paraId="3CC55F80" w14:textId="77777777">
            <w:pPr>
              <w:pStyle w:val="Sinespaciado"/>
              <w:rPr>
                <w:rFonts w:ascii="Calibri" w:hAnsi="Calibri" w:cs="Calibri"/>
                <w:lang w:val="es-PE"/>
              </w:rPr>
            </w:pPr>
          </w:p>
        </w:tc>
        <w:tc>
          <w:tcPr>
            <w:tcW w:w="2499" w:type="dxa"/>
            <w:vAlign w:val="center"/>
          </w:tcPr>
          <w:p w:rsidRPr="00586102" w:rsidR="002C57D7" w:rsidP="002D7423" w:rsidRDefault="002C57D7" w14:paraId="7AED8664" w14:textId="77777777">
            <w:pPr>
              <w:pStyle w:val="Sinespaciado"/>
              <w:rPr>
                <w:rFonts w:ascii="Calibri" w:hAnsi="Calibri" w:cs="Calibri"/>
                <w:lang w:val="es-PE"/>
              </w:rPr>
            </w:pPr>
          </w:p>
        </w:tc>
        <w:tc>
          <w:tcPr>
            <w:tcW w:w="1995" w:type="dxa"/>
            <w:vAlign w:val="center"/>
          </w:tcPr>
          <w:p w:rsidRPr="00586102" w:rsidR="002C57D7" w:rsidP="002D7423" w:rsidRDefault="002C57D7" w14:paraId="0549A2D1" w14:textId="77777777">
            <w:pPr>
              <w:pStyle w:val="Sinespaciado"/>
              <w:rPr>
                <w:rFonts w:ascii="Calibri" w:hAnsi="Calibri" w:cs="Calibri"/>
                <w:lang w:val="es-PE"/>
              </w:rPr>
            </w:pPr>
          </w:p>
        </w:tc>
      </w:tr>
    </w:tbl>
    <w:p w:rsidRPr="00586102" w:rsidR="002C57D7" w:rsidP="00840C5E" w:rsidRDefault="002C57D7" w14:paraId="64B53EEA" w14:textId="77777777">
      <w:pPr>
        <w:pBdr>
          <w:top w:val="nil"/>
          <w:left w:val="nil"/>
          <w:bottom w:val="nil"/>
          <w:right w:val="nil"/>
          <w:between w:val="nil"/>
        </w:pBdr>
        <w:spacing w:before="5"/>
        <w:jc w:val="both"/>
        <w:rPr>
          <w:color w:val="000000"/>
        </w:rPr>
      </w:pPr>
    </w:p>
    <w:p w:rsidRPr="00586102" w:rsidR="002C57D7" w:rsidP="00840C5E" w:rsidRDefault="00C26DEC" w14:paraId="183B8B86" w14:textId="77777777">
      <w:pPr>
        <w:pBdr>
          <w:top w:val="nil"/>
          <w:left w:val="nil"/>
          <w:bottom w:val="nil"/>
          <w:right w:val="nil"/>
          <w:between w:val="nil"/>
        </w:pBdr>
        <w:jc w:val="both"/>
        <w:rPr>
          <w:color w:val="000000"/>
        </w:rPr>
      </w:pPr>
      <w:r w:rsidRPr="00586102">
        <w:rPr>
          <w:color w:val="000000"/>
        </w:rPr>
        <w:t>ACTIVIDAD DOCENTE</w:t>
      </w:r>
    </w:p>
    <w:tbl>
      <w:tblPr>
        <w:tblW w:w="893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135"/>
        <w:gridCol w:w="1952"/>
        <w:gridCol w:w="2796"/>
        <w:gridCol w:w="3048"/>
      </w:tblGrid>
      <w:tr w:rsidRPr="00586102" w:rsidR="002D7423" w:rsidTr="00F30103" w14:paraId="672709C4" w14:textId="77777777">
        <w:trPr>
          <w:trHeight w:val="303"/>
        </w:trPr>
        <w:tc>
          <w:tcPr>
            <w:tcW w:w="1135" w:type="dxa"/>
            <w:shd w:val="clear" w:color="auto" w:fill="CCFFCC"/>
            <w:vAlign w:val="center"/>
          </w:tcPr>
          <w:p w:rsidRPr="00586102" w:rsidR="002D7423" w:rsidP="002D7423" w:rsidRDefault="002D7423" w14:paraId="524049EC" w14:textId="77777777">
            <w:pPr>
              <w:pStyle w:val="Sinespaciado"/>
              <w:jc w:val="center"/>
              <w:rPr>
                <w:rFonts w:ascii="Calibri" w:hAnsi="Calibri" w:cs="Calibri"/>
                <w:lang w:val="es-PE"/>
              </w:rPr>
            </w:pPr>
            <w:r w:rsidRPr="00586102">
              <w:rPr>
                <w:rFonts w:ascii="Calibri" w:hAnsi="Calibri" w:cs="Calibri"/>
                <w:lang w:val="es-PE"/>
              </w:rPr>
              <w:t>Desde</w:t>
            </w:r>
          </w:p>
          <w:p w:rsidRPr="00586102" w:rsidR="002D7423" w:rsidP="002D7423" w:rsidRDefault="002D7423" w14:paraId="047A8007" w14:textId="0760CE7C">
            <w:pPr>
              <w:pStyle w:val="Sinespaciado"/>
              <w:jc w:val="center"/>
              <w:rPr>
                <w:rFonts w:ascii="Calibri" w:hAnsi="Calibri" w:cs="Calibri"/>
                <w:lang w:val="es-PE"/>
              </w:rPr>
            </w:pPr>
            <w:r w:rsidRPr="00586102">
              <w:rPr>
                <w:rFonts w:ascii="Calibri" w:hAnsi="Calibri" w:cs="Calibri"/>
                <w:b/>
                <w:sz w:val="20"/>
                <w:szCs w:val="20"/>
                <w:lang w:val="es-PE"/>
              </w:rPr>
              <w:t>Mes/año</w:t>
            </w:r>
          </w:p>
        </w:tc>
        <w:tc>
          <w:tcPr>
            <w:tcW w:w="1952" w:type="dxa"/>
            <w:shd w:val="clear" w:color="auto" w:fill="CCFFCC"/>
            <w:vAlign w:val="center"/>
          </w:tcPr>
          <w:p w:rsidRPr="00586102" w:rsidR="002D7423" w:rsidP="002D7423" w:rsidRDefault="002D7423" w14:paraId="106AFF2A" w14:textId="77777777">
            <w:pPr>
              <w:pStyle w:val="Sinespaciado"/>
              <w:jc w:val="center"/>
              <w:rPr>
                <w:rFonts w:ascii="Calibri" w:hAnsi="Calibri" w:cs="Calibri"/>
                <w:lang w:val="es-PE"/>
              </w:rPr>
            </w:pPr>
            <w:r w:rsidRPr="00586102">
              <w:rPr>
                <w:rFonts w:ascii="Calibri" w:hAnsi="Calibri" w:cs="Calibri"/>
                <w:lang w:val="es-PE"/>
              </w:rPr>
              <w:t>Hasta</w:t>
            </w:r>
          </w:p>
          <w:p w:rsidRPr="00586102" w:rsidR="002D7423" w:rsidP="002D7423" w:rsidRDefault="002D7423" w14:paraId="6DF5D497" w14:textId="73CBA2EE">
            <w:pPr>
              <w:pStyle w:val="Sinespaciado"/>
              <w:jc w:val="center"/>
              <w:rPr>
                <w:rFonts w:ascii="Calibri" w:hAnsi="Calibri" w:cs="Calibri"/>
                <w:lang w:val="es-PE"/>
              </w:rPr>
            </w:pPr>
            <w:r w:rsidRPr="00586102">
              <w:rPr>
                <w:rFonts w:ascii="Calibri" w:hAnsi="Calibri" w:cs="Calibri"/>
                <w:b/>
                <w:sz w:val="20"/>
                <w:szCs w:val="20"/>
                <w:lang w:val="es-PE"/>
              </w:rPr>
              <w:t>Mes/año</w:t>
            </w:r>
          </w:p>
        </w:tc>
        <w:tc>
          <w:tcPr>
            <w:tcW w:w="2796" w:type="dxa"/>
            <w:shd w:val="clear" w:color="auto" w:fill="CCFFCC"/>
            <w:vAlign w:val="center"/>
          </w:tcPr>
          <w:p w:rsidRPr="00586102" w:rsidR="002D7423" w:rsidP="002D7423" w:rsidRDefault="002D7423" w14:paraId="0AE9946D" w14:textId="77777777">
            <w:pPr>
              <w:pStyle w:val="Sinespaciado"/>
              <w:jc w:val="center"/>
              <w:rPr>
                <w:rFonts w:ascii="Calibri" w:hAnsi="Calibri" w:cs="Calibri"/>
                <w:lang w:val="es-PE"/>
              </w:rPr>
            </w:pPr>
            <w:r w:rsidRPr="00586102">
              <w:rPr>
                <w:rFonts w:ascii="Calibri" w:hAnsi="Calibri" w:cs="Calibri"/>
                <w:lang w:val="es-PE"/>
              </w:rPr>
              <w:t>Centro de estudios</w:t>
            </w:r>
          </w:p>
          <w:p w:rsidRPr="00586102" w:rsidR="002D7423" w:rsidP="002D7423" w:rsidRDefault="002D7423" w14:paraId="3DEFDEE8" w14:textId="77777777">
            <w:pPr>
              <w:pStyle w:val="Sinespaciado"/>
              <w:jc w:val="center"/>
              <w:rPr>
                <w:rFonts w:ascii="Calibri" w:hAnsi="Calibri" w:cs="Calibri"/>
                <w:lang w:val="es-PE"/>
              </w:rPr>
            </w:pPr>
            <w:r w:rsidRPr="00586102">
              <w:rPr>
                <w:rFonts w:ascii="Calibri" w:hAnsi="Calibri" w:cs="Calibri"/>
                <w:lang w:val="es-PE"/>
              </w:rPr>
              <w:t>(nombre y lugar)</w:t>
            </w:r>
          </w:p>
        </w:tc>
        <w:tc>
          <w:tcPr>
            <w:tcW w:w="3048" w:type="dxa"/>
            <w:shd w:val="clear" w:color="auto" w:fill="CCFFCC"/>
            <w:vAlign w:val="center"/>
          </w:tcPr>
          <w:p w:rsidRPr="00586102" w:rsidR="002D7423" w:rsidP="002D7423" w:rsidRDefault="002D7423" w14:paraId="364744CC" w14:textId="663678E6">
            <w:pPr>
              <w:pStyle w:val="Sinespaciado"/>
              <w:jc w:val="center"/>
              <w:rPr>
                <w:rFonts w:ascii="Calibri" w:hAnsi="Calibri" w:cs="Calibri"/>
                <w:lang w:val="es-PE"/>
              </w:rPr>
            </w:pPr>
            <w:r w:rsidRPr="00586102">
              <w:rPr>
                <w:rFonts w:ascii="Calibri" w:hAnsi="Calibri" w:cs="Calibri"/>
                <w:lang w:val="es-PE"/>
              </w:rPr>
              <w:t>Cursos o materias dictadas u otros</w:t>
            </w:r>
          </w:p>
        </w:tc>
      </w:tr>
      <w:tr w:rsidRPr="00586102" w:rsidR="008657C2" w:rsidTr="002D7423" w14:paraId="4BF7A0AA" w14:textId="77777777">
        <w:trPr>
          <w:trHeight w:val="508"/>
        </w:trPr>
        <w:tc>
          <w:tcPr>
            <w:tcW w:w="1135" w:type="dxa"/>
            <w:vAlign w:val="center"/>
          </w:tcPr>
          <w:p w:rsidRPr="00586102" w:rsidR="002C57D7" w:rsidP="002D7423" w:rsidRDefault="002C57D7" w14:paraId="5FAEA53A" w14:textId="77777777">
            <w:pPr>
              <w:pStyle w:val="Sinespaciado"/>
              <w:rPr>
                <w:rFonts w:ascii="Calibri" w:hAnsi="Calibri" w:cs="Calibri"/>
                <w:lang w:val="es-PE"/>
              </w:rPr>
            </w:pPr>
          </w:p>
        </w:tc>
        <w:tc>
          <w:tcPr>
            <w:tcW w:w="1952" w:type="dxa"/>
            <w:vAlign w:val="center"/>
          </w:tcPr>
          <w:p w:rsidRPr="00586102" w:rsidR="002C57D7" w:rsidP="002D7423" w:rsidRDefault="002C57D7" w14:paraId="4A059A08" w14:textId="77777777">
            <w:pPr>
              <w:pStyle w:val="Sinespaciado"/>
              <w:rPr>
                <w:rFonts w:ascii="Calibri" w:hAnsi="Calibri" w:cs="Calibri"/>
                <w:lang w:val="es-PE"/>
              </w:rPr>
            </w:pPr>
          </w:p>
        </w:tc>
        <w:tc>
          <w:tcPr>
            <w:tcW w:w="2796" w:type="dxa"/>
            <w:vAlign w:val="center"/>
          </w:tcPr>
          <w:p w:rsidRPr="00586102" w:rsidR="002C57D7" w:rsidP="002D7423" w:rsidRDefault="002C57D7" w14:paraId="53F2F754" w14:textId="77777777">
            <w:pPr>
              <w:pStyle w:val="Sinespaciado"/>
              <w:rPr>
                <w:rFonts w:ascii="Calibri" w:hAnsi="Calibri" w:cs="Calibri"/>
                <w:lang w:val="es-PE"/>
              </w:rPr>
            </w:pPr>
          </w:p>
        </w:tc>
        <w:tc>
          <w:tcPr>
            <w:tcW w:w="3048" w:type="dxa"/>
            <w:vAlign w:val="center"/>
          </w:tcPr>
          <w:p w:rsidRPr="00586102" w:rsidR="002C57D7" w:rsidP="002D7423" w:rsidRDefault="002C57D7" w14:paraId="2B0723DD" w14:textId="77777777">
            <w:pPr>
              <w:pStyle w:val="Sinespaciado"/>
              <w:rPr>
                <w:rFonts w:ascii="Calibri" w:hAnsi="Calibri" w:cs="Calibri"/>
                <w:lang w:val="es-PE"/>
              </w:rPr>
            </w:pPr>
          </w:p>
        </w:tc>
      </w:tr>
      <w:tr w:rsidRPr="00586102" w:rsidR="008657C2" w:rsidTr="002D7423" w14:paraId="28EF048F" w14:textId="77777777">
        <w:trPr>
          <w:trHeight w:val="508"/>
        </w:trPr>
        <w:tc>
          <w:tcPr>
            <w:tcW w:w="1135" w:type="dxa"/>
            <w:vAlign w:val="center"/>
          </w:tcPr>
          <w:p w:rsidRPr="00586102" w:rsidR="002C57D7" w:rsidP="002D7423" w:rsidRDefault="002C57D7" w14:paraId="75DB6941" w14:textId="77777777">
            <w:pPr>
              <w:pStyle w:val="Sinespaciado"/>
              <w:rPr>
                <w:rFonts w:ascii="Calibri" w:hAnsi="Calibri" w:cs="Calibri"/>
                <w:lang w:val="es-PE"/>
              </w:rPr>
            </w:pPr>
          </w:p>
        </w:tc>
        <w:tc>
          <w:tcPr>
            <w:tcW w:w="1952" w:type="dxa"/>
            <w:vAlign w:val="center"/>
          </w:tcPr>
          <w:p w:rsidRPr="00586102" w:rsidR="002C57D7" w:rsidP="002D7423" w:rsidRDefault="002C57D7" w14:paraId="7D61D819" w14:textId="77777777">
            <w:pPr>
              <w:pStyle w:val="Sinespaciado"/>
              <w:rPr>
                <w:rFonts w:ascii="Calibri" w:hAnsi="Calibri" w:cs="Calibri"/>
                <w:lang w:val="es-PE"/>
              </w:rPr>
            </w:pPr>
          </w:p>
        </w:tc>
        <w:tc>
          <w:tcPr>
            <w:tcW w:w="2796" w:type="dxa"/>
            <w:vAlign w:val="center"/>
          </w:tcPr>
          <w:p w:rsidRPr="00586102" w:rsidR="002C57D7" w:rsidP="002D7423" w:rsidRDefault="002C57D7" w14:paraId="2DAC3018" w14:textId="77777777">
            <w:pPr>
              <w:pStyle w:val="Sinespaciado"/>
              <w:rPr>
                <w:rFonts w:ascii="Calibri" w:hAnsi="Calibri" w:cs="Calibri"/>
                <w:lang w:val="es-PE"/>
              </w:rPr>
            </w:pPr>
          </w:p>
        </w:tc>
        <w:tc>
          <w:tcPr>
            <w:tcW w:w="3048" w:type="dxa"/>
            <w:vAlign w:val="center"/>
          </w:tcPr>
          <w:p w:rsidRPr="00586102" w:rsidR="002C57D7" w:rsidP="002D7423" w:rsidRDefault="002C57D7" w14:paraId="41BDC9AF" w14:textId="77777777">
            <w:pPr>
              <w:pStyle w:val="Sinespaciado"/>
              <w:rPr>
                <w:rFonts w:ascii="Calibri" w:hAnsi="Calibri" w:cs="Calibri"/>
                <w:lang w:val="es-PE"/>
              </w:rPr>
            </w:pPr>
          </w:p>
        </w:tc>
      </w:tr>
      <w:tr w:rsidRPr="00586102" w:rsidR="008657C2" w:rsidTr="002D7423" w14:paraId="68D424EE" w14:textId="77777777">
        <w:trPr>
          <w:trHeight w:val="510"/>
        </w:trPr>
        <w:tc>
          <w:tcPr>
            <w:tcW w:w="1135" w:type="dxa"/>
            <w:vAlign w:val="center"/>
          </w:tcPr>
          <w:p w:rsidRPr="00586102" w:rsidR="002C57D7" w:rsidP="002D7423" w:rsidRDefault="002C57D7" w14:paraId="748EAE73" w14:textId="77777777">
            <w:pPr>
              <w:pStyle w:val="Sinespaciado"/>
              <w:rPr>
                <w:rFonts w:ascii="Calibri" w:hAnsi="Calibri" w:cs="Calibri"/>
                <w:lang w:val="es-PE"/>
              </w:rPr>
            </w:pPr>
          </w:p>
        </w:tc>
        <w:tc>
          <w:tcPr>
            <w:tcW w:w="1952" w:type="dxa"/>
            <w:vAlign w:val="center"/>
          </w:tcPr>
          <w:p w:rsidRPr="00586102" w:rsidR="002C57D7" w:rsidP="002D7423" w:rsidRDefault="002C57D7" w14:paraId="20C75D14" w14:textId="77777777">
            <w:pPr>
              <w:pStyle w:val="Sinespaciado"/>
              <w:rPr>
                <w:rFonts w:ascii="Calibri" w:hAnsi="Calibri" w:cs="Calibri"/>
                <w:lang w:val="es-PE"/>
              </w:rPr>
            </w:pPr>
          </w:p>
        </w:tc>
        <w:tc>
          <w:tcPr>
            <w:tcW w:w="2796" w:type="dxa"/>
            <w:vAlign w:val="center"/>
          </w:tcPr>
          <w:p w:rsidRPr="00586102" w:rsidR="002C57D7" w:rsidP="002D7423" w:rsidRDefault="002C57D7" w14:paraId="1B4A7FF1" w14:textId="77777777">
            <w:pPr>
              <w:pStyle w:val="Sinespaciado"/>
              <w:rPr>
                <w:rFonts w:ascii="Calibri" w:hAnsi="Calibri" w:cs="Calibri"/>
                <w:lang w:val="es-PE"/>
              </w:rPr>
            </w:pPr>
          </w:p>
        </w:tc>
        <w:tc>
          <w:tcPr>
            <w:tcW w:w="3048" w:type="dxa"/>
            <w:vAlign w:val="center"/>
          </w:tcPr>
          <w:p w:rsidRPr="00586102" w:rsidR="002C57D7" w:rsidP="002D7423" w:rsidRDefault="002C57D7" w14:paraId="141AF275" w14:textId="77777777">
            <w:pPr>
              <w:pStyle w:val="Sinespaciado"/>
              <w:rPr>
                <w:rFonts w:ascii="Calibri" w:hAnsi="Calibri" w:cs="Calibri"/>
                <w:lang w:val="es-PE"/>
              </w:rPr>
            </w:pPr>
          </w:p>
        </w:tc>
      </w:tr>
    </w:tbl>
    <w:p w:rsidRPr="00586102" w:rsidR="002C57D7" w:rsidP="00840C5E" w:rsidRDefault="002C57D7" w14:paraId="2D99A1AB" w14:textId="77777777">
      <w:pPr>
        <w:pBdr>
          <w:top w:val="nil"/>
          <w:left w:val="nil"/>
          <w:bottom w:val="nil"/>
          <w:right w:val="nil"/>
          <w:between w:val="nil"/>
        </w:pBdr>
        <w:jc w:val="both"/>
        <w:rPr>
          <w:color w:val="000000"/>
        </w:rPr>
      </w:pPr>
    </w:p>
    <w:p w:rsidRPr="00586102" w:rsidR="002C57D7" w:rsidP="00840C5E" w:rsidRDefault="00C26DEC" w14:paraId="79DBE37A" w14:textId="77777777">
      <w:pPr>
        <w:pBdr>
          <w:top w:val="nil"/>
          <w:left w:val="nil"/>
          <w:bottom w:val="nil"/>
          <w:right w:val="nil"/>
          <w:between w:val="nil"/>
        </w:pBdr>
        <w:spacing w:before="59"/>
        <w:jc w:val="both"/>
        <w:rPr>
          <w:color w:val="000000"/>
        </w:rPr>
      </w:pPr>
      <w:r w:rsidRPr="00586102">
        <w:rPr>
          <w:color w:val="000000"/>
        </w:rPr>
        <w:t>IDIOMAS</w:t>
      </w:r>
    </w:p>
    <w:tbl>
      <w:tblPr>
        <w:tblW w:w="893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784"/>
        <w:gridCol w:w="1972"/>
        <w:gridCol w:w="2135"/>
        <w:gridCol w:w="3040"/>
      </w:tblGrid>
      <w:tr w:rsidRPr="00586102" w:rsidR="008657C2" w:rsidTr="00F30103" w14:paraId="097F60A2" w14:textId="77777777">
        <w:trPr>
          <w:trHeight w:val="231"/>
        </w:trPr>
        <w:tc>
          <w:tcPr>
            <w:tcW w:w="1784" w:type="dxa"/>
            <w:shd w:val="clear" w:color="auto" w:fill="CCFFCC"/>
            <w:vAlign w:val="center"/>
          </w:tcPr>
          <w:p w:rsidRPr="00586102" w:rsidR="002C57D7" w:rsidP="002D7423" w:rsidRDefault="00C26DEC" w14:paraId="78E38699" w14:textId="77777777">
            <w:pPr>
              <w:pStyle w:val="Sinespaciado"/>
              <w:jc w:val="center"/>
              <w:rPr>
                <w:rFonts w:ascii="Calibri" w:hAnsi="Calibri" w:cs="Calibri"/>
                <w:lang w:val="es-PE"/>
              </w:rPr>
            </w:pPr>
            <w:r w:rsidRPr="00586102">
              <w:rPr>
                <w:rFonts w:ascii="Calibri" w:hAnsi="Calibri" w:cs="Calibri"/>
                <w:lang w:val="es-PE"/>
              </w:rPr>
              <w:t>Idioma</w:t>
            </w:r>
          </w:p>
        </w:tc>
        <w:tc>
          <w:tcPr>
            <w:tcW w:w="1972" w:type="dxa"/>
            <w:shd w:val="clear" w:color="auto" w:fill="CCFFCC"/>
            <w:vAlign w:val="center"/>
          </w:tcPr>
          <w:p w:rsidRPr="00586102" w:rsidR="002C57D7" w:rsidP="002D7423" w:rsidRDefault="00C26DEC" w14:paraId="4BAF896D" w14:textId="77777777">
            <w:pPr>
              <w:pStyle w:val="Sinespaciado"/>
              <w:jc w:val="center"/>
              <w:rPr>
                <w:rFonts w:ascii="Calibri" w:hAnsi="Calibri" w:cs="Calibri"/>
                <w:lang w:val="es-PE"/>
              </w:rPr>
            </w:pPr>
            <w:r w:rsidRPr="00586102">
              <w:rPr>
                <w:rFonts w:ascii="Calibri" w:hAnsi="Calibri" w:cs="Calibri"/>
                <w:lang w:val="es-PE"/>
              </w:rPr>
              <w:t>Lee</w:t>
            </w:r>
          </w:p>
        </w:tc>
        <w:tc>
          <w:tcPr>
            <w:tcW w:w="2135" w:type="dxa"/>
            <w:shd w:val="clear" w:color="auto" w:fill="CCFFCC"/>
            <w:vAlign w:val="center"/>
          </w:tcPr>
          <w:p w:rsidRPr="00586102" w:rsidR="002C57D7" w:rsidP="002D7423" w:rsidRDefault="00C26DEC" w14:paraId="2837FF87" w14:textId="77777777">
            <w:pPr>
              <w:pStyle w:val="Sinespaciado"/>
              <w:jc w:val="center"/>
              <w:rPr>
                <w:rFonts w:ascii="Calibri" w:hAnsi="Calibri" w:cs="Calibri"/>
                <w:lang w:val="es-PE"/>
              </w:rPr>
            </w:pPr>
            <w:r w:rsidRPr="00586102">
              <w:rPr>
                <w:rFonts w:ascii="Calibri" w:hAnsi="Calibri" w:cs="Calibri"/>
                <w:lang w:val="es-PE"/>
              </w:rPr>
              <w:t>Habla</w:t>
            </w:r>
          </w:p>
        </w:tc>
        <w:tc>
          <w:tcPr>
            <w:tcW w:w="3040" w:type="dxa"/>
            <w:shd w:val="clear" w:color="auto" w:fill="CCFFCC"/>
            <w:vAlign w:val="center"/>
          </w:tcPr>
          <w:p w:rsidRPr="00586102" w:rsidR="002C57D7" w:rsidP="002D7423" w:rsidRDefault="00C26DEC" w14:paraId="0752AB39" w14:textId="77777777">
            <w:pPr>
              <w:pStyle w:val="Sinespaciado"/>
              <w:jc w:val="center"/>
              <w:rPr>
                <w:rFonts w:ascii="Calibri" w:hAnsi="Calibri" w:cs="Calibri"/>
                <w:lang w:val="es-PE"/>
              </w:rPr>
            </w:pPr>
            <w:r w:rsidRPr="00586102">
              <w:rPr>
                <w:rFonts w:ascii="Calibri" w:hAnsi="Calibri" w:cs="Calibri"/>
                <w:lang w:val="es-PE"/>
              </w:rPr>
              <w:t>Escribe</w:t>
            </w:r>
          </w:p>
        </w:tc>
      </w:tr>
      <w:tr w:rsidRPr="00586102" w:rsidR="008657C2" w:rsidTr="002D7423" w14:paraId="664C2D1A" w14:textId="77777777">
        <w:trPr>
          <w:trHeight w:val="508"/>
        </w:trPr>
        <w:tc>
          <w:tcPr>
            <w:tcW w:w="1784" w:type="dxa"/>
            <w:vAlign w:val="center"/>
          </w:tcPr>
          <w:p w:rsidRPr="00586102" w:rsidR="002C57D7" w:rsidP="002D7423" w:rsidRDefault="002C57D7" w14:paraId="76AADFCB" w14:textId="77777777">
            <w:pPr>
              <w:pStyle w:val="Sinespaciado"/>
              <w:jc w:val="center"/>
              <w:rPr>
                <w:rFonts w:ascii="Calibri" w:hAnsi="Calibri" w:cs="Calibri"/>
                <w:lang w:val="es-PE"/>
              </w:rPr>
            </w:pPr>
          </w:p>
        </w:tc>
        <w:tc>
          <w:tcPr>
            <w:tcW w:w="1972" w:type="dxa"/>
            <w:vAlign w:val="center"/>
          </w:tcPr>
          <w:p w:rsidRPr="00586102" w:rsidR="002C57D7" w:rsidP="002D7423" w:rsidRDefault="002C57D7" w14:paraId="145870C0" w14:textId="77777777">
            <w:pPr>
              <w:pStyle w:val="Sinespaciado"/>
              <w:jc w:val="center"/>
              <w:rPr>
                <w:rFonts w:ascii="Calibri" w:hAnsi="Calibri" w:cs="Calibri"/>
                <w:lang w:val="es-PE"/>
              </w:rPr>
            </w:pPr>
          </w:p>
        </w:tc>
        <w:tc>
          <w:tcPr>
            <w:tcW w:w="2135" w:type="dxa"/>
            <w:vAlign w:val="center"/>
          </w:tcPr>
          <w:p w:rsidRPr="00586102" w:rsidR="002C57D7" w:rsidP="002D7423" w:rsidRDefault="002C57D7" w14:paraId="1FEA2EEC" w14:textId="77777777">
            <w:pPr>
              <w:pStyle w:val="Sinespaciado"/>
              <w:jc w:val="center"/>
              <w:rPr>
                <w:rFonts w:ascii="Calibri" w:hAnsi="Calibri" w:cs="Calibri"/>
                <w:lang w:val="es-PE"/>
              </w:rPr>
            </w:pPr>
          </w:p>
        </w:tc>
        <w:tc>
          <w:tcPr>
            <w:tcW w:w="3040" w:type="dxa"/>
            <w:vAlign w:val="center"/>
          </w:tcPr>
          <w:p w:rsidRPr="00586102" w:rsidR="002C57D7" w:rsidP="002D7423" w:rsidRDefault="002C57D7" w14:paraId="7616DDE9" w14:textId="77777777">
            <w:pPr>
              <w:pStyle w:val="Sinespaciado"/>
              <w:jc w:val="center"/>
              <w:rPr>
                <w:rFonts w:ascii="Calibri" w:hAnsi="Calibri" w:cs="Calibri"/>
                <w:lang w:val="es-PE"/>
              </w:rPr>
            </w:pPr>
          </w:p>
        </w:tc>
      </w:tr>
      <w:tr w:rsidRPr="00586102" w:rsidR="008657C2" w:rsidTr="002D7423" w14:paraId="7126A2B0" w14:textId="77777777">
        <w:trPr>
          <w:trHeight w:val="508"/>
        </w:trPr>
        <w:tc>
          <w:tcPr>
            <w:tcW w:w="1784" w:type="dxa"/>
            <w:vAlign w:val="center"/>
          </w:tcPr>
          <w:p w:rsidRPr="00586102" w:rsidR="002C57D7" w:rsidP="002D7423" w:rsidRDefault="002C57D7" w14:paraId="136B2939" w14:textId="77777777">
            <w:pPr>
              <w:pStyle w:val="Sinespaciado"/>
              <w:jc w:val="center"/>
              <w:rPr>
                <w:rFonts w:ascii="Calibri" w:hAnsi="Calibri" w:cs="Calibri"/>
                <w:lang w:val="es-PE"/>
              </w:rPr>
            </w:pPr>
          </w:p>
        </w:tc>
        <w:tc>
          <w:tcPr>
            <w:tcW w:w="1972" w:type="dxa"/>
            <w:vAlign w:val="center"/>
          </w:tcPr>
          <w:p w:rsidRPr="00586102" w:rsidR="002C57D7" w:rsidP="002D7423" w:rsidRDefault="002C57D7" w14:paraId="11191CF8" w14:textId="77777777">
            <w:pPr>
              <w:pStyle w:val="Sinespaciado"/>
              <w:jc w:val="center"/>
              <w:rPr>
                <w:rFonts w:ascii="Calibri" w:hAnsi="Calibri" w:cs="Calibri"/>
                <w:lang w:val="es-PE"/>
              </w:rPr>
            </w:pPr>
          </w:p>
        </w:tc>
        <w:tc>
          <w:tcPr>
            <w:tcW w:w="2135" w:type="dxa"/>
            <w:vAlign w:val="center"/>
          </w:tcPr>
          <w:p w:rsidRPr="00586102" w:rsidR="002C57D7" w:rsidP="002D7423" w:rsidRDefault="002C57D7" w14:paraId="0B78FE7C" w14:textId="77777777">
            <w:pPr>
              <w:pStyle w:val="Sinespaciado"/>
              <w:jc w:val="center"/>
              <w:rPr>
                <w:rFonts w:ascii="Calibri" w:hAnsi="Calibri" w:cs="Calibri"/>
                <w:lang w:val="es-PE"/>
              </w:rPr>
            </w:pPr>
          </w:p>
        </w:tc>
        <w:tc>
          <w:tcPr>
            <w:tcW w:w="3040" w:type="dxa"/>
            <w:vAlign w:val="center"/>
          </w:tcPr>
          <w:p w:rsidRPr="00586102" w:rsidR="002C57D7" w:rsidP="002D7423" w:rsidRDefault="002C57D7" w14:paraId="3BC78ADA" w14:textId="77777777">
            <w:pPr>
              <w:pStyle w:val="Sinespaciado"/>
              <w:jc w:val="center"/>
              <w:rPr>
                <w:rFonts w:ascii="Calibri" w:hAnsi="Calibri" w:cs="Calibri"/>
                <w:lang w:val="es-PE"/>
              </w:rPr>
            </w:pPr>
          </w:p>
        </w:tc>
      </w:tr>
    </w:tbl>
    <w:p w:rsidRPr="00586102" w:rsidR="002C57D7" w:rsidP="00840C5E" w:rsidRDefault="002C57D7" w14:paraId="723C1D71" w14:textId="77777777">
      <w:pPr>
        <w:pBdr>
          <w:top w:val="nil"/>
          <w:left w:val="nil"/>
          <w:bottom w:val="nil"/>
          <w:right w:val="nil"/>
          <w:between w:val="nil"/>
        </w:pBdr>
        <w:jc w:val="both"/>
        <w:rPr>
          <w:color w:val="000000"/>
        </w:rPr>
      </w:pPr>
    </w:p>
    <w:p w:rsidRPr="00586102" w:rsidR="002C57D7" w:rsidP="00840C5E" w:rsidRDefault="00C26DEC" w14:paraId="07425A49" w14:textId="77777777">
      <w:pPr>
        <w:pBdr>
          <w:top w:val="nil"/>
          <w:left w:val="nil"/>
          <w:bottom w:val="nil"/>
          <w:right w:val="nil"/>
          <w:between w:val="nil"/>
        </w:pBdr>
        <w:spacing w:before="1"/>
        <w:jc w:val="both"/>
        <w:rPr>
          <w:color w:val="000000"/>
        </w:rPr>
      </w:pPr>
      <w:r w:rsidRPr="00586102">
        <w:rPr>
          <w:color w:val="000000"/>
        </w:rPr>
        <w:t>PUBLICACIONES</w:t>
      </w:r>
    </w:p>
    <w:tbl>
      <w:tblPr>
        <w:tblW w:w="892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864"/>
        <w:gridCol w:w="2257"/>
        <w:gridCol w:w="1642"/>
        <w:gridCol w:w="4159"/>
      </w:tblGrid>
      <w:tr w:rsidRPr="00586102" w:rsidR="008657C2" w:rsidTr="00F30103" w14:paraId="3196A8A7" w14:textId="77777777">
        <w:trPr>
          <w:trHeight w:val="489"/>
        </w:trPr>
        <w:tc>
          <w:tcPr>
            <w:tcW w:w="864" w:type="dxa"/>
            <w:shd w:val="clear" w:color="auto" w:fill="CCFFCC"/>
            <w:vAlign w:val="center"/>
          </w:tcPr>
          <w:p w:rsidRPr="00586102" w:rsidR="002C57D7" w:rsidP="002D7423" w:rsidRDefault="00C26DEC" w14:paraId="4B496084" w14:textId="77777777">
            <w:pPr>
              <w:pStyle w:val="Sinespaciado"/>
              <w:jc w:val="center"/>
              <w:rPr>
                <w:rFonts w:ascii="Calibri" w:hAnsi="Calibri" w:cs="Calibri"/>
                <w:lang w:val="es-PE"/>
              </w:rPr>
            </w:pPr>
            <w:r w:rsidRPr="00586102">
              <w:rPr>
                <w:rFonts w:ascii="Calibri" w:hAnsi="Calibri" w:cs="Calibri"/>
                <w:lang w:val="es-PE"/>
              </w:rPr>
              <w:t>Año</w:t>
            </w:r>
          </w:p>
        </w:tc>
        <w:tc>
          <w:tcPr>
            <w:tcW w:w="2257" w:type="dxa"/>
            <w:shd w:val="clear" w:color="auto" w:fill="CCFFCC"/>
            <w:vAlign w:val="center"/>
          </w:tcPr>
          <w:p w:rsidRPr="00586102" w:rsidR="002C57D7" w:rsidP="002D7423" w:rsidRDefault="00C26DEC" w14:paraId="590875A7" w14:textId="77777777">
            <w:pPr>
              <w:pStyle w:val="Sinespaciado"/>
              <w:jc w:val="center"/>
              <w:rPr>
                <w:rFonts w:ascii="Calibri" w:hAnsi="Calibri" w:cs="Calibri"/>
                <w:lang w:val="es-PE"/>
              </w:rPr>
            </w:pPr>
            <w:r w:rsidRPr="00586102">
              <w:rPr>
                <w:rFonts w:ascii="Calibri" w:hAnsi="Calibri" w:cs="Calibri"/>
                <w:lang w:val="es-PE"/>
              </w:rPr>
              <w:t>Tipo de medio (libro,</w:t>
            </w:r>
          </w:p>
          <w:p w:rsidRPr="00586102" w:rsidR="002C57D7" w:rsidP="002D7423" w:rsidRDefault="00C26DEC" w14:paraId="34966F5F" w14:textId="77777777">
            <w:pPr>
              <w:pStyle w:val="Sinespaciado"/>
              <w:jc w:val="center"/>
              <w:rPr>
                <w:rFonts w:ascii="Calibri" w:hAnsi="Calibri" w:cs="Calibri"/>
                <w:lang w:val="es-PE"/>
              </w:rPr>
            </w:pPr>
            <w:r w:rsidRPr="00586102">
              <w:rPr>
                <w:rFonts w:ascii="Calibri" w:hAnsi="Calibri" w:cs="Calibri"/>
                <w:lang w:val="es-PE"/>
              </w:rPr>
              <w:t>Revista u otro)</w:t>
            </w:r>
          </w:p>
        </w:tc>
        <w:tc>
          <w:tcPr>
            <w:tcW w:w="1642" w:type="dxa"/>
            <w:shd w:val="clear" w:color="auto" w:fill="CCFFCC"/>
            <w:vAlign w:val="center"/>
          </w:tcPr>
          <w:p w:rsidRPr="00586102" w:rsidR="002C57D7" w:rsidP="002D7423" w:rsidRDefault="00C26DEC" w14:paraId="0A3B51FA" w14:textId="77777777">
            <w:pPr>
              <w:pStyle w:val="Sinespaciado"/>
              <w:jc w:val="center"/>
              <w:rPr>
                <w:rFonts w:ascii="Calibri" w:hAnsi="Calibri" w:cs="Calibri"/>
                <w:lang w:val="es-PE"/>
              </w:rPr>
            </w:pPr>
            <w:r w:rsidRPr="00586102">
              <w:rPr>
                <w:rFonts w:ascii="Calibri" w:hAnsi="Calibri" w:cs="Calibri"/>
                <w:lang w:val="es-PE"/>
              </w:rPr>
              <w:t>Nombre del medio</w:t>
            </w:r>
          </w:p>
        </w:tc>
        <w:tc>
          <w:tcPr>
            <w:tcW w:w="4159" w:type="dxa"/>
            <w:shd w:val="clear" w:color="auto" w:fill="CCFFCC"/>
            <w:vAlign w:val="center"/>
          </w:tcPr>
          <w:p w:rsidRPr="00586102" w:rsidR="002C57D7" w:rsidP="002D7423" w:rsidRDefault="00C26DEC" w14:paraId="20C49BB8" w14:textId="77777777">
            <w:pPr>
              <w:pStyle w:val="Sinespaciado"/>
              <w:jc w:val="center"/>
              <w:rPr>
                <w:rFonts w:ascii="Calibri" w:hAnsi="Calibri" w:cs="Calibri"/>
                <w:lang w:val="es-PE"/>
              </w:rPr>
            </w:pPr>
            <w:r w:rsidRPr="00586102">
              <w:rPr>
                <w:rFonts w:ascii="Calibri" w:hAnsi="Calibri" w:cs="Calibri"/>
                <w:lang w:val="es-PE"/>
              </w:rPr>
              <w:t>Título de la publicación</w:t>
            </w:r>
          </w:p>
        </w:tc>
      </w:tr>
      <w:tr w:rsidRPr="00586102" w:rsidR="008657C2" w:rsidTr="002D7423" w14:paraId="107E41AD" w14:textId="77777777">
        <w:trPr>
          <w:trHeight w:val="510"/>
        </w:trPr>
        <w:tc>
          <w:tcPr>
            <w:tcW w:w="864" w:type="dxa"/>
            <w:vAlign w:val="center"/>
          </w:tcPr>
          <w:p w:rsidRPr="00586102" w:rsidR="002C57D7" w:rsidP="002D7423" w:rsidRDefault="002C57D7" w14:paraId="7BD0DB17" w14:textId="77777777">
            <w:pPr>
              <w:pStyle w:val="Sinespaciado"/>
              <w:jc w:val="center"/>
              <w:rPr>
                <w:rFonts w:ascii="Calibri" w:hAnsi="Calibri" w:cs="Calibri"/>
                <w:lang w:val="es-PE"/>
              </w:rPr>
            </w:pPr>
          </w:p>
        </w:tc>
        <w:tc>
          <w:tcPr>
            <w:tcW w:w="2257" w:type="dxa"/>
            <w:vAlign w:val="center"/>
          </w:tcPr>
          <w:p w:rsidRPr="00586102" w:rsidR="002C57D7" w:rsidP="002D7423" w:rsidRDefault="002C57D7" w14:paraId="16720C0D" w14:textId="77777777">
            <w:pPr>
              <w:pStyle w:val="Sinespaciado"/>
              <w:jc w:val="center"/>
              <w:rPr>
                <w:rFonts w:ascii="Calibri" w:hAnsi="Calibri" w:cs="Calibri"/>
                <w:lang w:val="es-PE"/>
              </w:rPr>
            </w:pPr>
          </w:p>
        </w:tc>
        <w:tc>
          <w:tcPr>
            <w:tcW w:w="1642" w:type="dxa"/>
            <w:vAlign w:val="center"/>
          </w:tcPr>
          <w:p w:rsidRPr="00586102" w:rsidR="002C57D7" w:rsidP="002D7423" w:rsidRDefault="002C57D7" w14:paraId="30450A97" w14:textId="77777777">
            <w:pPr>
              <w:pStyle w:val="Sinespaciado"/>
              <w:jc w:val="center"/>
              <w:rPr>
                <w:rFonts w:ascii="Calibri" w:hAnsi="Calibri" w:cs="Calibri"/>
                <w:lang w:val="es-PE"/>
              </w:rPr>
            </w:pPr>
          </w:p>
        </w:tc>
        <w:tc>
          <w:tcPr>
            <w:tcW w:w="4159" w:type="dxa"/>
            <w:vAlign w:val="center"/>
          </w:tcPr>
          <w:p w:rsidRPr="00586102" w:rsidR="002C57D7" w:rsidP="002D7423" w:rsidRDefault="002C57D7" w14:paraId="63B421B6" w14:textId="77777777">
            <w:pPr>
              <w:pStyle w:val="Sinespaciado"/>
              <w:jc w:val="center"/>
              <w:rPr>
                <w:rFonts w:ascii="Calibri" w:hAnsi="Calibri" w:cs="Calibri"/>
                <w:lang w:val="es-PE"/>
              </w:rPr>
            </w:pPr>
          </w:p>
        </w:tc>
      </w:tr>
      <w:tr w:rsidRPr="00586102" w:rsidR="008657C2" w:rsidTr="002D7423" w14:paraId="36A2BFFA" w14:textId="77777777">
        <w:trPr>
          <w:trHeight w:val="508"/>
        </w:trPr>
        <w:tc>
          <w:tcPr>
            <w:tcW w:w="864" w:type="dxa"/>
            <w:vAlign w:val="center"/>
          </w:tcPr>
          <w:p w:rsidRPr="00586102" w:rsidR="002C57D7" w:rsidP="002D7423" w:rsidRDefault="002C57D7" w14:paraId="56AA354E" w14:textId="77777777">
            <w:pPr>
              <w:pStyle w:val="Sinespaciado"/>
              <w:jc w:val="center"/>
              <w:rPr>
                <w:rFonts w:ascii="Calibri" w:hAnsi="Calibri" w:cs="Calibri"/>
                <w:lang w:val="es-PE"/>
              </w:rPr>
            </w:pPr>
          </w:p>
        </w:tc>
        <w:tc>
          <w:tcPr>
            <w:tcW w:w="2257" w:type="dxa"/>
            <w:vAlign w:val="center"/>
          </w:tcPr>
          <w:p w:rsidRPr="00586102" w:rsidR="002C57D7" w:rsidP="002D7423" w:rsidRDefault="002C57D7" w14:paraId="5ACBD8A9" w14:textId="77777777">
            <w:pPr>
              <w:pStyle w:val="Sinespaciado"/>
              <w:jc w:val="center"/>
              <w:rPr>
                <w:rFonts w:ascii="Calibri" w:hAnsi="Calibri" w:cs="Calibri"/>
                <w:lang w:val="es-PE"/>
              </w:rPr>
            </w:pPr>
          </w:p>
        </w:tc>
        <w:tc>
          <w:tcPr>
            <w:tcW w:w="1642" w:type="dxa"/>
            <w:vAlign w:val="center"/>
          </w:tcPr>
          <w:p w:rsidRPr="00586102" w:rsidR="002C57D7" w:rsidP="002D7423" w:rsidRDefault="002C57D7" w14:paraId="5943B7BD" w14:textId="77777777">
            <w:pPr>
              <w:pStyle w:val="Sinespaciado"/>
              <w:jc w:val="center"/>
              <w:rPr>
                <w:rFonts w:ascii="Calibri" w:hAnsi="Calibri" w:cs="Calibri"/>
                <w:lang w:val="es-PE"/>
              </w:rPr>
            </w:pPr>
          </w:p>
        </w:tc>
        <w:tc>
          <w:tcPr>
            <w:tcW w:w="4159" w:type="dxa"/>
            <w:vAlign w:val="center"/>
          </w:tcPr>
          <w:p w:rsidRPr="00586102" w:rsidR="002C57D7" w:rsidP="002D7423" w:rsidRDefault="002C57D7" w14:paraId="15ECC087" w14:textId="77777777">
            <w:pPr>
              <w:pStyle w:val="Sinespaciado"/>
              <w:jc w:val="center"/>
              <w:rPr>
                <w:rFonts w:ascii="Calibri" w:hAnsi="Calibri" w:cs="Calibri"/>
                <w:lang w:val="es-PE"/>
              </w:rPr>
            </w:pPr>
          </w:p>
        </w:tc>
      </w:tr>
      <w:tr w:rsidRPr="00586102" w:rsidR="008657C2" w:rsidTr="002D7423" w14:paraId="329A2E57" w14:textId="77777777">
        <w:trPr>
          <w:trHeight w:val="508"/>
        </w:trPr>
        <w:tc>
          <w:tcPr>
            <w:tcW w:w="864" w:type="dxa"/>
            <w:vAlign w:val="center"/>
          </w:tcPr>
          <w:p w:rsidRPr="00586102" w:rsidR="002C57D7" w:rsidP="002D7423" w:rsidRDefault="002C57D7" w14:paraId="1CABB7DC" w14:textId="77777777">
            <w:pPr>
              <w:pStyle w:val="Sinespaciado"/>
              <w:jc w:val="center"/>
              <w:rPr>
                <w:rFonts w:ascii="Calibri" w:hAnsi="Calibri" w:cs="Calibri"/>
                <w:lang w:val="es-PE"/>
              </w:rPr>
            </w:pPr>
          </w:p>
        </w:tc>
        <w:tc>
          <w:tcPr>
            <w:tcW w:w="2257" w:type="dxa"/>
            <w:vAlign w:val="center"/>
          </w:tcPr>
          <w:p w:rsidRPr="00586102" w:rsidR="002C57D7" w:rsidP="002D7423" w:rsidRDefault="002C57D7" w14:paraId="02B924D4" w14:textId="77777777">
            <w:pPr>
              <w:pStyle w:val="Sinespaciado"/>
              <w:jc w:val="center"/>
              <w:rPr>
                <w:rFonts w:ascii="Calibri" w:hAnsi="Calibri" w:cs="Calibri"/>
                <w:lang w:val="es-PE"/>
              </w:rPr>
            </w:pPr>
          </w:p>
        </w:tc>
        <w:tc>
          <w:tcPr>
            <w:tcW w:w="1642" w:type="dxa"/>
            <w:vAlign w:val="center"/>
          </w:tcPr>
          <w:p w:rsidRPr="00586102" w:rsidR="002C57D7" w:rsidP="002D7423" w:rsidRDefault="002C57D7" w14:paraId="13C68B72" w14:textId="77777777">
            <w:pPr>
              <w:pStyle w:val="Sinespaciado"/>
              <w:jc w:val="center"/>
              <w:rPr>
                <w:rFonts w:ascii="Calibri" w:hAnsi="Calibri" w:cs="Calibri"/>
                <w:lang w:val="es-PE"/>
              </w:rPr>
            </w:pPr>
          </w:p>
        </w:tc>
        <w:tc>
          <w:tcPr>
            <w:tcW w:w="4159" w:type="dxa"/>
            <w:vAlign w:val="center"/>
          </w:tcPr>
          <w:p w:rsidRPr="00586102" w:rsidR="002C57D7" w:rsidP="002D7423" w:rsidRDefault="002C57D7" w14:paraId="42E05142" w14:textId="77777777">
            <w:pPr>
              <w:pStyle w:val="Sinespaciado"/>
              <w:jc w:val="center"/>
              <w:rPr>
                <w:rFonts w:ascii="Calibri" w:hAnsi="Calibri" w:cs="Calibri"/>
                <w:lang w:val="es-PE"/>
              </w:rPr>
            </w:pPr>
          </w:p>
        </w:tc>
      </w:tr>
    </w:tbl>
    <w:p w:rsidRPr="00586102" w:rsidR="002C57D7" w:rsidP="00840C5E" w:rsidRDefault="002C57D7" w14:paraId="5FF07F85" w14:textId="77777777">
      <w:pPr>
        <w:pBdr>
          <w:top w:val="nil"/>
          <w:left w:val="nil"/>
          <w:bottom w:val="nil"/>
          <w:right w:val="nil"/>
          <w:between w:val="nil"/>
        </w:pBdr>
        <w:jc w:val="both"/>
        <w:rPr>
          <w:color w:val="000000"/>
        </w:rPr>
      </w:pPr>
    </w:p>
    <w:p w:rsidRPr="00586102" w:rsidR="002C57D7" w:rsidP="00840C5E" w:rsidRDefault="00C26DEC" w14:paraId="2858E8D6" w14:textId="77777777">
      <w:pPr>
        <w:pBdr>
          <w:top w:val="nil"/>
          <w:left w:val="nil"/>
          <w:bottom w:val="nil"/>
          <w:right w:val="nil"/>
          <w:between w:val="nil"/>
        </w:pBdr>
        <w:jc w:val="both"/>
        <w:rPr>
          <w:color w:val="000000"/>
        </w:rPr>
      </w:pPr>
      <w:r w:rsidRPr="00586102">
        <w:rPr>
          <w:color w:val="000000"/>
        </w:rPr>
        <w:t>CONFERENCIAS / SEMINARIOS / CONGRESOS</w:t>
      </w:r>
      <w:r w:rsidRPr="00586102">
        <w:rPr>
          <w:color w:val="000000"/>
          <w:vertAlign w:val="superscript"/>
        </w:rPr>
        <w:footnoteReference w:id="5"/>
      </w:r>
    </w:p>
    <w:tbl>
      <w:tblPr>
        <w:tblW w:w="9097"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85"/>
        <w:gridCol w:w="4085"/>
        <w:gridCol w:w="3727"/>
      </w:tblGrid>
      <w:tr w:rsidRPr="00586102" w:rsidR="008657C2" w:rsidTr="00F30103" w14:paraId="19B9C2B8" w14:textId="77777777">
        <w:trPr>
          <w:trHeight w:val="300"/>
        </w:trPr>
        <w:tc>
          <w:tcPr>
            <w:tcW w:w="1285" w:type="dxa"/>
            <w:shd w:val="clear" w:color="auto" w:fill="CCFFCC"/>
            <w:vAlign w:val="center"/>
          </w:tcPr>
          <w:p w:rsidRPr="00586102" w:rsidR="002C57D7" w:rsidP="002D7423" w:rsidRDefault="00C26DEC" w14:paraId="0992E4AC" w14:textId="77777777">
            <w:pPr>
              <w:pStyle w:val="Sinespaciado"/>
              <w:jc w:val="center"/>
              <w:rPr>
                <w:rFonts w:ascii="Calibri" w:hAnsi="Calibri" w:cs="Calibri"/>
                <w:lang w:val="es-PE"/>
              </w:rPr>
            </w:pPr>
            <w:r w:rsidRPr="00586102">
              <w:rPr>
                <w:rFonts w:ascii="Calibri" w:hAnsi="Calibri" w:cs="Calibri"/>
                <w:lang w:val="es-PE"/>
              </w:rPr>
              <w:t>Mes/año</w:t>
            </w:r>
          </w:p>
        </w:tc>
        <w:tc>
          <w:tcPr>
            <w:tcW w:w="4085" w:type="dxa"/>
            <w:shd w:val="clear" w:color="auto" w:fill="CCFFCC"/>
            <w:vAlign w:val="center"/>
          </w:tcPr>
          <w:p w:rsidRPr="00586102" w:rsidR="002C57D7" w:rsidP="002D7423" w:rsidRDefault="00C26DEC" w14:paraId="635B5D3E" w14:textId="77777777">
            <w:pPr>
              <w:pStyle w:val="Sinespaciado"/>
              <w:jc w:val="center"/>
              <w:rPr>
                <w:rFonts w:ascii="Calibri" w:hAnsi="Calibri" w:cs="Calibri"/>
                <w:lang w:val="es-PE"/>
              </w:rPr>
            </w:pPr>
            <w:r w:rsidRPr="00586102">
              <w:rPr>
                <w:rFonts w:ascii="Calibri" w:hAnsi="Calibri" w:cs="Calibri"/>
                <w:lang w:val="es-PE"/>
              </w:rPr>
              <w:t>Título de conferencia / seminario / congreso</w:t>
            </w:r>
          </w:p>
        </w:tc>
        <w:tc>
          <w:tcPr>
            <w:tcW w:w="3727" w:type="dxa"/>
            <w:shd w:val="clear" w:color="auto" w:fill="CCFFCC"/>
            <w:vAlign w:val="center"/>
          </w:tcPr>
          <w:p w:rsidRPr="00586102" w:rsidR="002C57D7" w:rsidP="002D7423" w:rsidRDefault="00C26DEC" w14:paraId="43150DA8" w14:textId="77777777">
            <w:pPr>
              <w:pStyle w:val="Sinespaciado"/>
              <w:jc w:val="center"/>
              <w:rPr>
                <w:rFonts w:ascii="Calibri" w:hAnsi="Calibri" w:cs="Calibri"/>
                <w:lang w:val="es-PE"/>
              </w:rPr>
            </w:pPr>
            <w:r w:rsidRPr="00586102">
              <w:rPr>
                <w:rFonts w:ascii="Calibri" w:hAnsi="Calibri" w:cs="Calibri"/>
                <w:lang w:val="es-PE"/>
              </w:rPr>
              <w:t>Especificar (ponente / participante)</w:t>
            </w:r>
          </w:p>
        </w:tc>
      </w:tr>
      <w:tr w:rsidRPr="00586102" w:rsidR="008657C2" w:rsidTr="002D7423" w14:paraId="2C6CA4C8" w14:textId="77777777">
        <w:trPr>
          <w:trHeight w:val="508"/>
        </w:trPr>
        <w:tc>
          <w:tcPr>
            <w:tcW w:w="1285" w:type="dxa"/>
            <w:vAlign w:val="center"/>
          </w:tcPr>
          <w:p w:rsidRPr="00586102" w:rsidR="002C57D7" w:rsidP="002D7423" w:rsidRDefault="002C57D7" w14:paraId="066FDAC6" w14:textId="77777777">
            <w:pPr>
              <w:pStyle w:val="Sinespaciado"/>
              <w:jc w:val="center"/>
              <w:rPr>
                <w:rFonts w:ascii="Calibri" w:hAnsi="Calibri" w:cs="Calibri"/>
                <w:lang w:val="es-PE"/>
              </w:rPr>
            </w:pPr>
          </w:p>
        </w:tc>
        <w:tc>
          <w:tcPr>
            <w:tcW w:w="4085" w:type="dxa"/>
            <w:vAlign w:val="center"/>
          </w:tcPr>
          <w:p w:rsidRPr="00586102" w:rsidR="002C57D7" w:rsidP="002D7423" w:rsidRDefault="002C57D7" w14:paraId="0C288DD0" w14:textId="77777777">
            <w:pPr>
              <w:pStyle w:val="Sinespaciado"/>
              <w:jc w:val="center"/>
              <w:rPr>
                <w:rFonts w:ascii="Calibri" w:hAnsi="Calibri" w:cs="Calibri"/>
                <w:lang w:val="es-PE"/>
              </w:rPr>
            </w:pPr>
          </w:p>
        </w:tc>
        <w:tc>
          <w:tcPr>
            <w:tcW w:w="3727" w:type="dxa"/>
            <w:vAlign w:val="center"/>
          </w:tcPr>
          <w:p w:rsidRPr="00586102" w:rsidR="002C57D7" w:rsidP="002D7423" w:rsidRDefault="002C57D7" w14:paraId="0AD51AAA" w14:textId="77777777">
            <w:pPr>
              <w:pStyle w:val="Sinespaciado"/>
              <w:jc w:val="center"/>
              <w:rPr>
                <w:rFonts w:ascii="Calibri" w:hAnsi="Calibri" w:cs="Calibri"/>
                <w:lang w:val="es-PE"/>
              </w:rPr>
            </w:pPr>
          </w:p>
        </w:tc>
      </w:tr>
      <w:tr w:rsidRPr="00586102" w:rsidR="008657C2" w:rsidTr="002D7423" w14:paraId="2911B3FD" w14:textId="77777777">
        <w:trPr>
          <w:trHeight w:val="508"/>
        </w:trPr>
        <w:tc>
          <w:tcPr>
            <w:tcW w:w="1285" w:type="dxa"/>
            <w:vAlign w:val="center"/>
          </w:tcPr>
          <w:p w:rsidRPr="00586102" w:rsidR="002C57D7" w:rsidP="002D7423" w:rsidRDefault="002C57D7" w14:paraId="5EFA48E6" w14:textId="77777777">
            <w:pPr>
              <w:pStyle w:val="Sinespaciado"/>
              <w:jc w:val="center"/>
              <w:rPr>
                <w:rFonts w:ascii="Calibri" w:hAnsi="Calibri" w:cs="Calibri"/>
                <w:lang w:val="es-PE"/>
              </w:rPr>
            </w:pPr>
          </w:p>
        </w:tc>
        <w:tc>
          <w:tcPr>
            <w:tcW w:w="4085" w:type="dxa"/>
            <w:vAlign w:val="center"/>
          </w:tcPr>
          <w:p w:rsidRPr="00586102" w:rsidR="002C57D7" w:rsidP="002D7423" w:rsidRDefault="002C57D7" w14:paraId="42CB7AE4" w14:textId="77777777">
            <w:pPr>
              <w:pStyle w:val="Sinespaciado"/>
              <w:jc w:val="center"/>
              <w:rPr>
                <w:rFonts w:ascii="Calibri" w:hAnsi="Calibri" w:cs="Calibri"/>
                <w:lang w:val="es-PE"/>
              </w:rPr>
            </w:pPr>
          </w:p>
        </w:tc>
        <w:tc>
          <w:tcPr>
            <w:tcW w:w="3727" w:type="dxa"/>
            <w:vAlign w:val="center"/>
          </w:tcPr>
          <w:p w:rsidRPr="00586102" w:rsidR="002C57D7" w:rsidP="002D7423" w:rsidRDefault="002C57D7" w14:paraId="133666C8" w14:textId="77777777">
            <w:pPr>
              <w:pStyle w:val="Sinespaciado"/>
              <w:jc w:val="center"/>
              <w:rPr>
                <w:rFonts w:ascii="Calibri" w:hAnsi="Calibri" w:cs="Calibri"/>
                <w:lang w:val="es-PE"/>
              </w:rPr>
            </w:pPr>
          </w:p>
        </w:tc>
      </w:tr>
      <w:tr w:rsidRPr="00586102" w:rsidR="008657C2" w:rsidTr="002D7423" w14:paraId="2F6BF633" w14:textId="77777777">
        <w:trPr>
          <w:trHeight w:val="510"/>
        </w:trPr>
        <w:tc>
          <w:tcPr>
            <w:tcW w:w="1285" w:type="dxa"/>
            <w:vAlign w:val="center"/>
          </w:tcPr>
          <w:p w:rsidRPr="00586102" w:rsidR="002C57D7" w:rsidP="002D7423" w:rsidRDefault="002C57D7" w14:paraId="2732C6A1" w14:textId="77777777">
            <w:pPr>
              <w:pStyle w:val="Sinespaciado"/>
              <w:jc w:val="center"/>
              <w:rPr>
                <w:rFonts w:ascii="Calibri" w:hAnsi="Calibri" w:cs="Calibri"/>
                <w:lang w:val="es-PE"/>
              </w:rPr>
            </w:pPr>
          </w:p>
        </w:tc>
        <w:tc>
          <w:tcPr>
            <w:tcW w:w="4085" w:type="dxa"/>
            <w:vAlign w:val="center"/>
          </w:tcPr>
          <w:p w:rsidRPr="00586102" w:rsidR="002C57D7" w:rsidP="002D7423" w:rsidRDefault="002C57D7" w14:paraId="61FAE088" w14:textId="77777777">
            <w:pPr>
              <w:pStyle w:val="Sinespaciado"/>
              <w:jc w:val="center"/>
              <w:rPr>
                <w:rFonts w:ascii="Calibri" w:hAnsi="Calibri" w:cs="Calibri"/>
                <w:lang w:val="es-PE"/>
              </w:rPr>
            </w:pPr>
          </w:p>
        </w:tc>
        <w:tc>
          <w:tcPr>
            <w:tcW w:w="3727" w:type="dxa"/>
            <w:vAlign w:val="center"/>
          </w:tcPr>
          <w:p w:rsidRPr="00586102" w:rsidR="002C57D7" w:rsidP="002D7423" w:rsidRDefault="002C57D7" w14:paraId="7084BDA2" w14:textId="77777777">
            <w:pPr>
              <w:pStyle w:val="Sinespaciado"/>
              <w:jc w:val="center"/>
              <w:rPr>
                <w:rFonts w:ascii="Calibri" w:hAnsi="Calibri" w:cs="Calibri"/>
                <w:lang w:val="es-PE"/>
              </w:rPr>
            </w:pPr>
          </w:p>
        </w:tc>
      </w:tr>
    </w:tbl>
    <w:p w:rsidRPr="00586102" w:rsidR="002C57D7" w:rsidP="00840C5E" w:rsidRDefault="002C57D7" w14:paraId="5BD0D03A" w14:textId="77777777">
      <w:pPr>
        <w:pBdr>
          <w:top w:val="nil"/>
          <w:left w:val="nil"/>
          <w:bottom w:val="nil"/>
          <w:right w:val="nil"/>
          <w:between w:val="nil"/>
        </w:pBdr>
        <w:spacing w:before="5"/>
        <w:jc w:val="both"/>
        <w:rPr>
          <w:color w:val="000000"/>
        </w:rPr>
      </w:pPr>
    </w:p>
    <w:p w:rsidRPr="00586102" w:rsidR="002C57D7" w:rsidP="00840C5E" w:rsidRDefault="00C26DEC" w14:paraId="74D128C5" w14:textId="77777777">
      <w:pPr>
        <w:pBdr>
          <w:top w:val="nil"/>
          <w:left w:val="nil"/>
          <w:bottom w:val="nil"/>
          <w:right w:val="nil"/>
          <w:between w:val="nil"/>
        </w:pBdr>
        <w:jc w:val="both"/>
        <w:rPr>
          <w:color w:val="000000"/>
        </w:rPr>
      </w:pPr>
      <w:r w:rsidRPr="00586102">
        <w:rPr>
          <w:color w:val="000000"/>
        </w:rPr>
        <w:t>ASOCIACIONES A LAS QUE PERTENECE</w:t>
      </w:r>
    </w:p>
    <w:tbl>
      <w:tblPr>
        <w:tblW w:w="921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97"/>
        <w:gridCol w:w="4389"/>
        <w:gridCol w:w="3827"/>
      </w:tblGrid>
      <w:tr w:rsidRPr="00586102" w:rsidR="008657C2" w:rsidTr="002D7423" w14:paraId="5B45A4AE" w14:textId="77777777">
        <w:trPr>
          <w:trHeight w:val="508"/>
        </w:trPr>
        <w:tc>
          <w:tcPr>
            <w:tcW w:w="997" w:type="dxa"/>
            <w:vAlign w:val="center"/>
          </w:tcPr>
          <w:p w:rsidRPr="00586102" w:rsidR="002C57D7" w:rsidP="002D7423" w:rsidRDefault="002C57D7" w14:paraId="409A38AA" w14:textId="77777777">
            <w:pPr>
              <w:pBdr>
                <w:top w:val="nil"/>
                <w:left w:val="nil"/>
                <w:bottom w:val="nil"/>
                <w:right w:val="nil"/>
                <w:between w:val="nil"/>
              </w:pBdr>
              <w:jc w:val="center"/>
              <w:rPr>
                <w:color w:val="000000"/>
              </w:rPr>
            </w:pPr>
          </w:p>
        </w:tc>
        <w:tc>
          <w:tcPr>
            <w:tcW w:w="4389" w:type="dxa"/>
            <w:vAlign w:val="center"/>
          </w:tcPr>
          <w:p w:rsidRPr="00586102" w:rsidR="002C57D7" w:rsidP="002D7423" w:rsidRDefault="002C57D7" w14:paraId="777C9F88" w14:textId="77777777">
            <w:pPr>
              <w:pBdr>
                <w:top w:val="nil"/>
                <w:left w:val="nil"/>
                <w:bottom w:val="nil"/>
                <w:right w:val="nil"/>
                <w:between w:val="nil"/>
              </w:pBdr>
              <w:jc w:val="center"/>
              <w:rPr>
                <w:color w:val="000000"/>
              </w:rPr>
            </w:pPr>
          </w:p>
        </w:tc>
        <w:tc>
          <w:tcPr>
            <w:tcW w:w="3827" w:type="dxa"/>
            <w:vAlign w:val="center"/>
          </w:tcPr>
          <w:p w:rsidRPr="00586102" w:rsidR="002C57D7" w:rsidP="002D7423" w:rsidRDefault="002C57D7" w14:paraId="03011314" w14:textId="77777777">
            <w:pPr>
              <w:pBdr>
                <w:top w:val="nil"/>
                <w:left w:val="nil"/>
                <w:bottom w:val="nil"/>
                <w:right w:val="nil"/>
                <w:between w:val="nil"/>
              </w:pBdr>
              <w:jc w:val="center"/>
              <w:rPr>
                <w:color w:val="000000"/>
              </w:rPr>
            </w:pPr>
          </w:p>
        </w:tc>
      </w:tr>
      <w:tr w:rsidRPr="00586102" w:rsidR="008657C2" w:rsidTr="002D7423" w14:paraId="11EE1520" w14:textId="77777777">
        <w:trPr>
          <w:trHeight w:val="508"/>
        </w:trPr>
        <w:tc>
          <w:tcPr>
            <w:tcW w:w="997" w:type="dxa"/>
            <w:vAlign w:val="center"/>
          </w:tcPr>
          <w:p w:rsidRPr="00586102" w:rsidR="002C57D7" w:rsidP="002D7423" w:rsidRDefault="002C57D7" w14:paraId="19CB8CD2" w14:textId="77777777">
            <w:pPr>
              <w:pBdr>
                <w:top w:val="nil"/>
                <w:left w:val="nil"/>
                <w:bottom w:val="nil"/>
                <w:right w:val="nil"/>
                <w:between w:val="nil"/>
              </w:pBdr>
              <w:jc w:val="center"/>
              <w:rPr>
                <w:color w:val="000000"/>
              </w:rPr>
            </w:pPr>
          </w:p>
        </w:tc>
        <w:tc>
          <w:tcPr>
            <w:tcW w:w="4389" w:type="dxa"/>
            <w:vAlign w:val="center"/>
          </w:tcPr>
          <w:p w:rsidRPr="00586102" w:rsidR="002C57D7" w:rsidP="002D7423" w:rsidRDefault="002C57D7" w14:paraId="30E60418" w14:textId="77777777">
            <w:pPr>
              <w:pBdr>
                <w:top w:val="nil"/>
                <w:left w:val="nil"/>
                <w:bottom w:val="nil"/>
                <w:right w:val="nil"/>
                <w:between w:val="nil"/>
              </w:pBdr>
              <w:jc w:val="center"/>
              <w:rPr>
                <w:color w:val="000000"/>
              </w:rPr>
            </w:pPr>
          </w:p>
        </w:tc>
        <w:tc>
          <w:tcPr>
            <w:tcW w:w="3827" w:type="dxa"/>
            <w:vAlign w:val="center"/>
          </w:tcPr>
          <w:p w:rsidRPr="00586102" w:rsidR="002C57D7" w:rsidP="002D7423" w:rsidRDefault="002C57D7" w14:paraId="0337E237" w14:textId="77777777">
            <w:pPr>
              <w:pBdr>
                <w:top w:val="nil"/>
                <w:left w:val="nil"/>
                <w:bottom w:val="nil"/>
                <w:right w:val="nil"/>
                <w:between w:val="nil"/>
              </w:pBdr>
              <w:jc w:val="center"/>
              <w:rPr>
                <w:color w:val="000000"/>
              </w:rPr>
            </w:pPr>
          </w:p>
        </w:tc>
      </w:tr>
    </w:tbl>
    <w:p w:rsidRPr="00586102" w:rsidR="002C57D7" w:rsidP="00840C5E" w:rsidRDefault="002C57D7" w14:paraId="75AD287E" w14:textId="77777777">
      <w:pPr>
        <w:pBdr>
          <w:top w:val="nil"/>
          <w:left w:val="nil"/>
          <w:bottom w:val="nil"/>
          <w:right w:val="nil"/>
          <w:between w:val="nil"/>
        </w:pBdr>
        <w:jc w:val="both"/>
        <w:rPr>
          <w:color w:val="000000"/>
        </w:rPr>
      </w:pPr>
    </w:p>
    <w:p w:rsidRPr="00586102" w:rsidR="002C57D7" w:rsidP="00840C5E" w:rsidRDefault="002C57D7" w14:paraId="0EF75FA4" w14:textId="77777777">
      <w:pPr>
        <w:pBdr>
          <w:top w:val="nil"/>
          <w:left w:val="nil"/>
          <w:bottom w:val="nil"/>
          <w:right w:val="nil"/>
          <w:between w:val="nil"/>
        </w:pBdr>
        <w:spacing w:before="6"/>
        <w:jc w:val="both"/>
        <w:rPr>
          <w:color w:val="000000"/>
        </w:rPr>
      </w:pPr>
    </w:p>
    <w:p w:rsidRPr="00586102" w:rsidR="002C57D7" w:rsidP="00840C5E" w:rsidRDefault="00C26DEC" w14:paraId="431CBF6A" w14:textId="77777777">
      <w:pPr>
        <w:pBdr>
          <w:top w:val="nil"/>
          <w:left w:val="nil"/>
          <w:bottom w:val="nil"/>
          <w:right w:val="nil"/>
          <w:between w:val="nil"/>
        </w:pBdr>
        <w:ind w:right="488"/>
        <w:jc w:val="both"/>
        <w:rPr>
          <w:color w:val="000000"/>
        </w:rPr>
      </w:pPr>
      <w:r w:rsidRPr="00586102">
        <w:rPr>
          <w:color w:val="000000"/>
        </w:rPr>
        <w:t xml:space="preserve">Declaro bajo juramento que </w:t>
      </w:r>
      <w:proofErr w:type="spellStart"/>
      <w:r w:rsidRPr="00586102">
        <w:rPr>
          <w:color w:val="000000"/>
        </w:rPr>
        <w:t>ocupo</w:t>
      </w:r>
      <w:proofErr w:type="spellEnd"/>
      <w:r w:rsidRPr="00586102">
        <w:rPr>
          <w:color w:val="000000"/>
        </w:rPr>
        <w:t xml:space="preserve"> el cargo de -------------------------------- (indicar el cargo que ocupa actualmente) --------------------------------en la entidad -------------------------------- (indicar nombre de Entidad Solicitante o Recurso Humano Adicional) y me comprometo a participar en el desarrollo del proyecto “--------------------------------“(nombre del proyecto que figura en la solicitud de la Entidad Solicitante), presentado al Concurso ------------------------------(completar nombre de concurso, Ver Bases).</w:t>
      </w:r>
    </w:p>
    <w:p w:rsidRPr="00586102" w:rsidR="002C57D7" w:rsidP="00840C5E" w:rsidRDefault="002C57D7" w14:paraId="40E81F1F" w14:textId="77777777">
      <w:pPr>
        <w:pBdr>
          <w:top w:val="nil"/>
          <w:left w:val="nil"/>
          <w:bottom w:val="nil"/>
          <w:right w:val="nil"/>
          <w:between w:val="nil"/>
        </w:pBdr>
        <w:ind w:right="488"/>
        <w:jc w:val="both"/>
        <w:rPr>
          <w:color w:val="000000"/>
        </w:rPr>
      </w:pPr>
    </w:p>
    <w:p w:rsidRPr="00586102" w:rsidR="002C57D7" w:rsidP="00840C5E" w:rsidRDefault="00C26DEC" w14:paraId="23FECB65" w14:textId="77777777">
      <w:pPr>
        <w:pBdr>
          <w:top w:val="nil"/>
          <w:left w:val="nil"/>
          <w:bottom w:val="nil"/>
          <w:right w:val="nil"/>
          <w:between w:val="nil"/>
        </w:pBdr>
        <w:ind w:right="488"/>
        <w:jc w:val="both"/>
        <w:rPr>
          <w:color w:val="000000"/>
        </w:rPr>
      </w:pPr>
      <w:r w:rsidRPr="00586102">
        <w:rPr>
          <w:color w:val="000000"/>
        </w:rPr>
        <w:t>Finalmente, me comprometo a asumir las responsabilidades --------------------------- (Función que desempeñará en el proyecto) y a dedicar mi tiempo y experiencia profesional a desarrollar las actividades del proyecto durante todo el periodo de su ejecución.</w:t>
      </w:r>
    </w:p>
    <w:p w:rsidRPr="00586102" w:rsidR="002C57D7" w:rsidP="00840C5E" w:rsidRDefault="002C57D7" w14:paraId="00CDA116" w14:textId="77777777">
      <w:pPr>
        <w:pBdr>
          <w:top w:val="nil"/>
          <w:left w:val="nil"/>
          <w:bottom w:val="nil"/>
          <w:right w:val="nil"/>
          <w:between w:val="nil"/>
        </w:pBdr>
        <w:spacing w:after="240" w:line="269" w:lineRule="auto"/>
        <w:ind w:right="316"/>
        <w:jc w:val="both"/>
        <w:rPr>
          <w:b/>
          <w:color w:val="000000"/>
          <w:u w:val="single"/>
        </w:rPr>
      </w:pPr>
    </w:p>
    <w:p w:rsidRPr="00586102" w:rsidR="002C57D7" w:rsidP="00840C5E" w:rsidRDefault="00C26DEC" w14:paraId="6BA96FBA" w14:textId="77777777">
      <w:pPr>
        <w:pBdr>
          <w:top w:val="nil"/>
          <w:left w:val="nil"/>
          <w:bottom w:val="nil"/>
          <w:right w:val="nil"/>
          <w:between w:val="nil"/>
        </w:pBdr>
        <w:ind w:right="488"/>
        <w:jc w:val="both"/>
        <w:rPr>
          <w:b/>
          <w:color w:val="000000"/>
          <w:sz w:val="24"/>
          <w:szCs w:val="24"/>
          <w:u w:val="single"/>
        </w:rPr>
      </w:pPr>
      <w:r w:rsidRPr="00586102">
        <w:rPr>
          <w:b/>
          <w:color w:val="000000"/>
          <w:u w:val="single"/>
        </w:rPr>
        <w:t>Asimismo, me comprometo a acatar el resultado de la evaluación de mi proyecto, tomando conocimiento que los mismos son inapelables.</w:t>
      </w:r>
    </w:p>
    <w:p w:rsidRPr="00586102" w:rsidR="002C57D7" w:rsidP="00840C5E" w:rsidRDefault="002C57D7" w14:paraId="5E302F40" w14:textId="77777777">
      <w:pPr>
        <w:pBdr>
          <w:top w:val="nil"/>
          <w:left w:val="nil"/>
          <w:bottom w:val="nil"/>
          <w:right w:val="nil"/>
          <w:between w:val="nil"/>
        </w:pBdr>
        <w:spacing w:before="1"/>
        <w:ind w:right="485"/>
        <w:jc w:val="both"/>
        <w:rPr>
          <w:color w:val="000000"/>
        </w:rPr>
      </w:pPr>
    </w:p>
    <w:p w:rsidRPr="00586102" w:rsidR="002C57D7" w:rsidP="00840C5E" w:rsidRDefault="002C57D7" w14:paraId="79919937" w14:textId="77777777">
      <w:pPr>
        <w:pBdr>
          <w:top w:val="nil"/>
          <w:left w:val="nil"/>
          <w:bottom w:val="nil"/>
          <w:right w:val="nil"/>
          <w:between w:val="nil"/>
        </w:pBdr>
        <w:spacing w:before="1"/>
        <w:ind w:right="485"/>
        <w:jc w:val="both"/>
        <w:rPr>
          <w:color w:val="000000"/>
        </w:rPr>
      </w:pPr>
    </w:p>
    <w:p w:rsidRPr="00586102" w:rsidR="002C57D7" w:rsidP="00840C5E" w:rsidRDefault="002C57D7" w14:paraId="61AFD38E" w14:textId="77777777">
      <w:pPr>
        <w:pBdr>
          <w:top w:val="nil"/>
          <w:left w:val="nil"/>
          <w:bottom w:val="nil"/>
          <w:right w:val="nil"/>
          <w:between w:val="nil"/>
        </w:pBdr>
        <w:spacing w:before="1"/>
        <w:ind w:right="485"/>
        <w:jc w:val="both"/>
        <w:rPr>
          <w:color w:val="000000"/>
        </w:rPr>
      </w:pPr>
    </w:p>
    <w:p w:rsidRPr="00586102" w:rsidR="002C57D7" w:rsidP="00840C5E" w:rsidRDefault="00FA5CFC" w14:paraId="7A3C213A" w14:textId="3111B65F">
      <w:pPr>
        <w:pBdr>
          <w:top w:val="nil"/>
          <w:left w:val="nil"/>
          <w:bottom w:val="nil"/>
          <w:right w:val="nil"/>
          <w:between w:val="nil"/>
        </w:pBdr>
        <w:spacing w:before="1"/>
        <w:ind w:right="485"/>
        <w:jc w:val="both"/>
        <w:rPr>
          <w:color w:val="000000"/>
        </w:rPr>
      </w:pPr>
      <w:r>
        <w:rPr>
          <w:color w:val="000000"/>
        </w:rPr>
        <w:t>________________________</w:t>
      </w:r>
    </w:p>
    <w:p w:rsidRPr="00586102" w:rsidR="002C57D7" w:rsidP="004375F4" w:rsidRDefault="00C26DEC" w14:paraId="6FD3A488" w14:textId="11454C9C">
      <w:pPr>
        <w:contextualSpacing/>
        <w:jc w:val="both"/>
      </w:pPr>
      <w:r w:rsidRPr="00586102">
        <w:t>FIRMA</w:t>
      </w:r>
    </w:p>
    <w:p w:rsidRPr="00586102" w:rsidR="002C57D7" w:rsidP="00840C5E" w:rsidRDefault="00C26DEC" w14:paraId="255BD5FE" w14:textId="77777777">
      <w:pPr>
        <w:pBdr>
          <w:top w:val="nil"/>
          <w:left w:val="nil"/>
          <w:bottom w:val="nil"/>
          <w:right w:val="nil"/>
          <w:between w:val="nil"/>
        </w:pBdr>
        <w:ind w:right="485"/>
        <w:contextualSpacing/>
        <w:jc w:val="both"/>
        <w:rPr>
          <w:color w:val="000000"/>
        </w:rPr>
      </w:pPr>
      <w:r w:rsidRPr="00586102">
        <w:rPr>
          <w:color w:val="000000"/>
        </w:rPr>
        <w:t>NOMBRES Y APELLIDOS COMPLETOS:</w:t>
      </w:r>
    </w:p>
    <w:p w:rsidRPr="00586102" w:rsidR="002C57D7" w:rsidP="00840C5E" w:rsidRDefault="00C26DEC" w14:paraId="4F2D29FE" w14:textId="77777777">
      <w:pPr>
        <w:pBdr>
          <w:top w:val="nil"/>
          <w:left w:val="nil"/>
          <w:bottom w:val="nil"/>
          <w:right w:val="nil"/>
          <w:between w:val="nil"/>
        </w:pBdr>
        <w:ind w:right="485"/>
        <w:contextualSpacing/>
        <w:jc w:val="both"/>
        <w:rPr>
          <w:color w:val="000000"/>
        </w:rPr>
      </w:pPr>
      <w:r w:rsidRPr="00586102">
        <w:rPr>
          <w:color w:val="000000"/>
        </w:rPr>
        <w:t>DNI / CE:</w:t>
      </w:r>
    </w:p>
    <w:p w:rsidRPr="00586102" w:rsidR="002C57D7" w:rsidP="00840C5E" w:rsidRDefault="00C26DEC" w14:paraId="12B0E25F" w14:textId="77777777">
      <w:pPr>
        <w:pBdr>
          <w:top w:val="nil"/>
          <w:left w:val="nil"/>
          <w:bottom w:val="nil"/>
          <w:right w:val="nil"/>
          <w:between w:val="nil"/>
        </w:pBdr>
        <w:ind w:right="485"/>
        <w:contextualSpacing/>
        <w:jc w:val="both"/>
        <w:rPr>
          <w:color w:val="000000"/>
        </w:rPr>
      </w:pPr>
      <w:r w:rsidRPr="00586102">
        <w:rPr>
          <w:color w:val="000000"/>
        </w:rPr>
        <w:t>Fecha y lugar:</w:t>
      </w:r>
    </w:p>
    <w:p w:rsidRPr="00586102" w:rsidR="002C57D7" w:rsidP="00840C5E" w:rsidRDefault="00C26DEC" w14:paraId="26E91BF9" w14:textId="64CDF29F">
      <w:pPr>
        <w:pBdr>
          <w:top w:val="nil"/>
          <w:left w:val="nil"/>
          <w:bottom w:val="nil"/>
          <w:right w:val="nil"/>
          <w:between w:val="nil"/>
        </w:pBdr>
        <w:ind w:right="485"/>
        <w:contextualSpacing/>
        <w:jc w:val="both"/>
        <w:rPr>
          <w:color w:val="000000"/>
        </w:rPr>
      </w:pPr>
      <w:r w:rsidRPr="00586102">
        <w:rPr>
          <w:color w:val="000000"/>
        </w:rPr>
        <w:t xml:space="preserve">Colegiatura </w:t>
      </w:r>
      <w:proofErr w:type="spellStart"/>
      <w:r w:rsidRPr="00586102">
        <w:rPr>
          <w:color w:val="000000"/>
        </w:rPr>
        <w:t>N</w:t>
      </w:r>
      <w:r w:rsidRPr="00586102" w:rsidR="00F30103">
        <w:rPr>
          <w:color w:val="000000"/>
        </w:rPr>
        <w:t>°</w:t>
      </w:r>
      <w:proofErr w:type="spellEnd"/>
      <w:r w:rsidRPr="00586102">
        <w:rPr>
          <w:color w:val="000000"/>
        </w:rPr>
        <w:t xml:space="preserve"> (si corresponde): </w:t>
      </w:r>
    </w:p>
    <w:p w:rsidRPr="00586102" w:rsidR="00022D15" w:rsidP="00022D15" w:rsidRDefault="00C26DEC" w14:paraId="1F8F4B9A" w14:textId="77777777">
      <w:pPr>
        <w:pBdr>
          <w:top w:val="nil"/>
          <w:left w:val="nil"/>
          <w:bottom w:val="nil"/>
          <w:right w:val="nil"/>
          <w:between w:val="nil"/>
        </w:pBdr>
        <w:ind w:right="485"/>
        <w:contextualSpacing/>
        <w:jc w:val="both"/>
        <w:rPr>
          <w:color w:val="000000"/>
        </w:rPr>
      </w:pPr>
      <w:r w:rsidRPr="00586102">
        <w:rPr>
          <w:color w:val="000000"/>
        </w:rPr>
        <w:t>Vise cada hoja y firme</w:t>
      </w:r>
      <w:bookmarkEnd w:id="16"/>
    </w:p>
    <w:p w:rsidRPr="00586102" w:rsidR="00F30103" w:rsidP="00022D15" w:rsidRDefault="002D7423" w14:paraId="3DC2AB2E" w14:textId="4044842B">
      <w:pPr>
        <w:pBdr>
          <w:top w:val="nil"/>
          <w:left w:val="nil"/>
          <w:bottom w:val="nil"/>
          <w:right w:val="nil"/>
          <w:between w:val="nil"/>
        </w:pBdr>
        <w:ind w:right="485"/>
        <w:jc w:val="both"/>
      </w:pPr>
      <w:r w:rsidRPr="00586102">
        <w:br w:type="page"/>
      </w:r>
      <w:bookmarkStart w:name="_Toc225350337" w:id="17"/>
    </w:p>
    <w:p w:rsidRPr="00586102" w:rsidR="00F30103" w:rsidP="00F30103" w:rsidRDefault="00F30103" w14:paraId="44263EDB" w14:textId="6FE751B9">
      <w:pPr>
        <w:pStyle w:val="Ttulo1"/>
        <w:jc w:val="center"/>
        <w:rPr>
          <w:rFonts w:asciiTheme="majorHAnsi" w:hAnsiTheme="majorHAnsi" w:cstheme="majorHAnsi"/>
          <w:sz w:val="24"/>
          <w:szCs w:val="24"/>
        </w:rPr>
      </w:pPr>
      <w:r w:rsidRPr="00586102">
        <w:rPr>
          <w:rFonts w:asciiTheme="majorHAnsi" w:hAnsiTheme="majorHAnsi" w:cstheme="majorHAnsi"/>
          <w:sz w:val="24"/>
          <w:szCs w:val="24"/>
        </w:rPr>
        <w:t>FORMATO III: PERFIL TÉCNICO - PROFESIONAL</w:t>
      </w:r>
    </w:p>
    <w:bookmarkEnd w:id="17"/>
    <w:p w:rsidRPr="00586102" w:rsidR="00022D15" w:rsidP="00022D15" w:rsidRDefault="00022D15" w14:paraId="4EC080CF" w14:textId="77777777">
      <w:pPr>
        <w:pStyle w:val="Prrafodelista"/>
        <w:widowControl w:val="0"/>
        <w:autoSpaceDE w:val="0"/>
        <w:autoSpaceDN w:val="0"/>
        <w:spacing w:after="0" w:line="240" w:lineRule="auto"/>
        <w:ind w:left="284"/>
        <w:contextualSpacing w:val="0"/>
        <w:jc w:val="both"/>
        <w:rPr>
          <w:rFonts w:asciiTheme="majorHAnsi" w:hAnsiTheme="majorHAnsi" w:cstheme="majorHAnsi"/>
          <w:b/>
          <w:bCs/>
        </w:rPr>
      </w:pPr>
    </w:p>
    <w:p w:rsidRPr="00586102" w:rsidR="00F30103" w:rsidP="00F30103" w:rsidRDefault="00F30103" w14:paraId="4C1DC9E0" w14:textId="57540E96">
      <w:pPr>
        <w:pStyle w:val="Prrafodelista"/>
        <w:widowControl w:val="0"/>
        <w:numPr>
          <w:ilvl w:val="0"/>
          <w:numId w:val="14"/>
        </w:numPr>
        <w:autoSpaceDE w:val="0"/>
        <w:autoSpaceDN w:val="0"/>
        <w:spacing w:after="0" w:line="240" w:lineRule="auto"/>
        <w:ind w:left="284" w:hanging="284"/>
        <w:contextualSpacing w:val="0"/>
        <w:jc w:val="both"/>
        <w:rPr>
          <w:rFonts w:asciiTheme="majorHAnsi" w:hAnsiTheme="majorHAnsi" w:cstheme="majorHAnsi"/>
          <w:b/>
          <w:bCs/>
        </w:rPr>
      </w:pPr>
      <w:r w:rsidRPr="00586102">
        <w:rPr>
          <w:rFonts w:asciiTheme="majorHAnsi" w:hAnsiTheme="majorHAnsi" w:cstheme="majorHAnsi"/>
          <w:b/>
          <w:bCs/>
        </w:rPr>
        <w:t>PERFIL</w:t>
      </w:r>
      <w:r w:rsidRPr="00586102">
        <w:rPr>
          <w:rFonts w:asciiTheme="majorHAnsi" w:hAnsiTheme="majorHAnsi" w:cstheme="majorHAnsi"/>
          <w:b/>
          <w:bCs/>
          <w:spacing w:val="-4"/>
        </w:rPr>
        <w:t xml:space="preserve"> </w:t>
      </w:r>
      <w:r w:rsidRPr="00586102">
        <w:rPr>
          <w:rFonts w:asciiTheme="majorHAnsi" w:hAnsiTheme="majorHAnsi" w:cstheme="majorHAnsi"/>
          <w:b/>
          <w:bCs/>
        </w:rPr>
        <w:t>DEL</w:t>
      </w:r>
      <w:r w:rsidRPr="00586102">
        <w:rPr>
          <w:rFonts w:asciiTheme="majorHAnsi" w:hAnsiTheme="majorHAnsi" w:cstheme="majorHAnsi"/>
          <w:b/>
          <w:bCs/>
          <w:spacing w:val="-4"/>
        </w:rPr>
        <w:t xml:space="preserve"> </w:t>
      </w:r>
      <w:r w:rsidRPr="00586102">
        <w:rPr>
          <w:rFonts w:asciiTheme="majorHAnsi" w:hAnsiTheme="majorHAnsi" w:cstheme="majorHAnsi"/>
          <w:b/>
          <w:bCs/>
        </w:rPr>
        <w:t>PUESTO</w:t>
      </w:r>
    </w:p>
    <w:p w:rsidRPr="00586102" w:rsidR="00F30103" w:rsidP="00F30103" w:rsidRDefault="00F30103" w14:paraId="15CC1F15" w14:textId="77777777">
      <w:pPr>
        <w:pStyle w:val="Prrafodelista"/>
        <w:widowControl w:val="0"/>
        <w:autoSpaceDE w:val="0"/>
        <w:autoSpaceDN w:val="0"/>
        <w:spacing w:after="0" w:line="240" w:lineRule="auto"/>
        <w:ind w:left="284"/>
        <w:contextualSpacing w:val="0"/>
        <w:jc w:val="both"/>
        <w:rPr>
          <w:rFonts w:asciiTheme="majorHAnsi" w:hAnsiTheme="majorHAnsi" w:cstheme="majorHAnsi"/>
          <w:b/>
          <w:bCs/>
        </w:rPr>
      </w:pPr>
    </w:p>
    <w:tbl>
      <w:tblPr>
        <w:tblStyle w:val="Tablaconcuadrcula"/>
        <w:tblW w:w="0" w:type="auto"/>
        <w:jc w:val="center"/>
        <w:tblLayout w:type="fixed"/>
        <w:tblLook w:val="04A0" w:firstRow="1" w:lastRow="0" w:firstColumn="1" w:lastColumn="0" w:noHBand="0" w:noVBand="1"/>
      </w:tblPr>
      <w:tblGrid>
        <w:gridCol w:w="4535"/>
        <w:gridCol w:w="4535"/>
      </w:tblGrid>
      <w:tr w:rsidRPr="0020690C" w:rsidR="00EC48A8" w:rsidTr="009B5E99" w14:paraId="5B722301" w14:textId="77777777">
        <w:trPr>
          <w:cantSplit/>
          <w:tblHeader/>
          <w:jc w:val="center"/>
        </w:trPr>
        <w:tc>
          <w:tcPr>
            <w:tcW w:w="4535" w:type="dxa"/>
            <w:shd w:val="clear" w:color="auto" w:fill="D71920"/>
            <w:vAlign w:val="center"/>
          </w:tcPr>
          <w:p w:rsidRPr="0020690C" w:rsidR="00EC48A8" w:rsidP="009B5E99" w:rsidRDefault="00EC48A8" w14:paraId="06D82237" w14:textId="77777777">
            <w:pPr>
              <w:keepNext/>
              <w:spacing w:before="20" w:after="20" w:line="240" w:lineRule="auto"/>
              <w:jc w:val="center"/>
            </w:pPr>
            <w:bookmarkStart w:name="_gb2482" w:id="18"/>
            <w:r w:rsidRPr="0020690C">
              <w:rPr>
                <w:b/>
                <w:color w:val="FFFFFF"/>
                <w:sz w:val="20"/>
              </w:rPr>
              <w:t>REQUISITOS</w:t>
            </w:r>
          </w:p>
        </w:tc>
        <w:tc>
          <w:tcPr>
            <w:tcW w:w="4535" w:type="dxa"/>
            <w:shd w:val="clear" w:color="auto" w:fill="D71920"/>
            <w:vAlign w:val="center"/>
          </w:tcPr>
          <w:p w:rsidRPr="0020690C" w:rsidR="00EC48A8" w:rsidP="009B5E99" w:rsidRDefault="00EC48A8" w14:paraId="2CA545C3" w14:textId="77777777">
            <w:pPr>
              <w:keepNext/>
              <w:spacing w:before="20" w:after="20" w:line="240" w:lineRule="auto"/>
              <w:jc w:val="center"/>
            </w:pPr>
            <w:r w:rsidRPr="0020690C">
              <w:rPr>
                <w:b/>
                <w:color w:val="FFFFFF"/>
                <w:sz w:val="20"/>
              </w:rPr>
              <w:t>DETALLE</w:t>
            </w:r>
          </w:p>
        </w:tc>
      </w:tr>
      <w:tr w:rsidRPr="0020690C" w:rsidR="00EC48A8" w:rsidTr="009B5E99" w14:paraId="3E030C2D" w14:textId="77777777">
        <w:trPr>
          <w:cantSplit/>
          <w:jc w:val="center"/>
        </w:trPr>
        <w:tc>
          <w:tcPr>
            <w:tcW w:w="4535" w:type="dxa"/>
            <w:vAlign w:val="center"/>
          </w:tcPr>
          <w:p w:rsidRPr="0020690C" w:rsidR="00EC48A8" w:rsidP="009B5E99" w:rsidRDefault="00EC48A8" w14:paraId="44B5BD0C" w14:textId="77777777">
            <w:pPr>
              <w:keepNext/>
              <w:spacing w:before="20" w:after="20" w:line="240" w:lineRule="auto"/>
            </w:pPr>
            <w:r w:rsidRPr="0020690C">
              <w:rPr>
                <w:b/>
                <w:sz w:val="20"/>
              </w:rPr>
              <w:t>Formación académica, grado académico y/o nivel de estudios:</w:t>
            </w:r>
          </w:p>
        </w:tc>
        <w:tc>
          <w:tcPr>
            <w:tcW w:w="4535" w:type="dxa"/>
            <w:vAlign w:val="center"/>
          </w:tcPr>
          <w:p w:rsidR="00EC48A8" w:rsidP="009B5E99" w:rsidRDefault="00EC48A8" w14:paraId="5085847E" w14:textId="77777777">
            <w:pPr>
              <w:keepNext/>
              <w:spacing w:before="20" w:after="20" w:line="240" w:lineRule="auto"/>
            </w:pPr>
          </w:p>
          <w:p w:rsidR="00700566" w:rsidP="009B5E99" w:rsidRDefault="00700566" w14:paraId="7661E16A" w14:textId="77777777">
            <w:pPr>
              <w:keepNext/>
              <w:spacing w:before="20" w:after="20" w:line="240" w:lineRule="auto"/>
            </w:pPr>
          </w:p>
          <w:p w:rsidR="00700566" w:rsidP="009B5E99" w:rsidRDefault="00700566" w14:paraId="525CC3F8" w14:textId="77777777">
            <w:pPr>
              <w:keepNext/>
              <w:spacing w:before="20" w:after="20" w:line="240" w:lineRule="auto"/>
            </w:pPr>
          </w:p>
          <w:p w:rsidR="00700566" w:rsidP="009B5E99" w:rsidRDefault="00700566" w14:paraId="10234BC3" w14:textId="77777777">
            <w:pPr>
              <w:keepNext/>
              <w:spacing w:before="20" w:after="20" w:line="240" w:lineRule="auto"/>
            </w:pPr>
          </w:p>
          <w:p w:rsidRPr="0020690C" w:rsidR="00700566" w:rsidP="009B5E99" w:rsidRDefault="00700566" w14:paraId="0B224D7B" w14:textId="77777777">
            <w:pPr>
              <w:keepNext/>
              <w:spacing w:before="20" w:after="20" w:line="240" w:lineRule="auto"/>
            </w:pPr>
          </w:p>
        </w:tc>
      </w:tr>
      <w:tr w:rsidRPr="0020690C" w:rsidR="00EC48A8" w:rsidTr="009B5E99" w14:paraId="34A122D9" w14:textId="77777777">
        <w:trPr>
          <w:cantSplit/>
          <w:jc w:val="center"/>
        </w:trPr>
        <w:tc>
          <w:tcPr>
            <w:tcW w:w="4535" w:type="dxa"/>
            <w:vAlign w:val="center"/>
          </w:tcPr>
          <w:p w:rsidRPr="0020690C" w:rsidR="00EC48A8" w:rsidP="009B5E99" w:rsidRDefault="00EC48A8" w14:paraId="15F6DF6F" w14:textId="77777777">
            <w:pPr>
              <w:keepNext/>
              <w:spacing w:before="20" w:after="20" w:line="240" w:lineRule="auto"/>
            </w:pPr>
            <w:r w:rsidRPr="0020690C">
              <w:rPr>
                <w:b/>
                <w:sz w:val="20"/>
              </w:rPr>
              <w:t>Cursos y/o Programa de Especialización:</w:t>
            </w:r>
          </w:p>
        </w:tc>
        <w:tc>
          <w:tcPr>
            <w:tcW w:w="4535" w:type="dxa"/>
            <w:vAlign w:val="center"/>
          </w:tcPr>
          <w:p w:rsidR="00EC48A8" w:rsidP="009B5E99" w:rsidRDefault="00EC48A8" w14:paraId="624DEA23" w14:textId="77777777">
            <w:pPr>
              <w:keepNext/>
              <w:spacing w:before="20" w:after="20" w:line="240" w:lineRule="auto"/>
              <w:rPr>
                <w:sz w:val="20"/>
              </w:rPr>
            </w:pPr>
            <w:r w:rsidRPr="0020690C">
              <w:rPr>
                <w:sz w:val="20"/>
              </w:rPr>
              <w:t>-</w:t>
            </w:r>
          </w:p>
          <w:p w:rsidR="00700566" w:rsidP="009B5E99" w:rsidRDefault="00700566" w14:paraId="6F527BCB" w14:textId="77777777">
            <w:pPr>
              <w:keepNext/>
              <w:spacing w:before="20" w:after="20" w:line="240" w:lineRule="auto"/>
              <w:rPr>
                <w:sz w:val="20"/>
              </w:rPr>
            </w:pPr>
          </w:p>
          <w:p w:rsidR="00700566" w:rsidP="009B5E99" w:rsidRDefault="00700566" w14:paraId="7AE9AAC9" w14:textId="77777777">
            <w:pPr>
              <w:keepNext/>
              <w:spacing w:before="20" w:after="20" w:line="240" w:lineRule="auto"/>
              <w:rPr>
                <w:sz w:val="20"/>
              </w:rPr>
            </w:pPr>
          </w:p>
          <w:p w:rsidR="00700566" w:rsidP="009B5E99" w:rsidRDefault="00700566" w14:paraId="39FEBD48" w14:textId="77777777">
            <w:pPr>
              <w:keepNext/>
              <w:spacing w:before="20" w:after="20" w:line="240" w:lineRule="auto"/>
              <w:rPr>
                <w:sz w:val="20"/>
              </w:rPr>
            </w:pPr>
          </w:p>
          <w:p w:rsidR="00700566" w:rsidP="009B5E99" w:rsidRDefault="00700566" w14:paraId="0F78C77D" w14:textId="77777777">
            <w:pPr>
              <w:keepNext/>
              <w:spacing w:before="20" w:after="20" w:line="240" w:lineRule="auto"/>
              <w:rPr>
                <w:sz w:val="20"/>
              </w:rPr>
            </w:pPr>
          </w:p>
          <w:p w:rsidRPr="0020690C" w:rsidR="00700566" w:rsidP="009B5E99" w:rsidRDefault="00700566" w14:paraId="3AE66AEF" w14:textId="77777777">
            <w:pPr>
              <w:keepNext/>
              <w:spacing w:before="20" w:after="20" w:line="240" w:lineRule="auto"/>
            </w:pPr>
          </w:p>
        </w:tc>
      </w:tr>
      <w:tr w:rsidRPr="0020690C" w:rsidR="00EC48A8" w:rsidTr="009B5E99" w14:paraId="6048E05B" w14:textId="77777777">
        <w:trPr>
          <w:cantSplit/>
          <w:jc w:val="center"/>
        </w:trPr>
        <w:tc>
          <w:tcPr>
            <w:tcW w:w="4535" w:type="dxa"/>
            <w:vAlign w:val="center"/>
          </w:tcPr>
          <w:p w:rsidRPr="0020690C" w:rsidR="00EC48A8" w:rsidP="009B5E99" w:rsidRDefault="00EC48A8" w14:paraId="24C2B860" w14:textId="77777777">
            <w:pPr>
              <w:keepNext/>
              <w:spacing w:before="20" w:after="20" w:line="240" w:lineRule="auto"/>
            </w:pPr>
            <w:r w:rsidRPr="0020690C">
              <w:rPr>
                <w:b/>
                <w:sz w:val="20"/>
              </w:rPr>
              <w:t>Experiencia:</w:t>
            </w:r>
          </w:p>
        </w:tc>
        <w:tc>
          <w:tcPr>
            <w:tcW w:w="4535" w:type="dxa"/>
            <w:vAlign w:val="center"/>
          </w:tcPr>
          <w:p w:rsidR="00EC48A8" w:rsidP="009B5E99" w:rsidRDefault="00EC48A8" w14:paraId="6AE37D2B" w14:textId="77777777">
            <w:pPr>
              <w:keepNext/>
              <w:spacing w:before="20" w:after="20" w:line="240" w:lineRule="auto"/>
            </w:pPr>
          </w:p>
          <w:p w:rsidR="00700566" w:rsidP="009B5E99" w:rsidRDefault="00700566" w14:paraId="73620B01" w14:textId="77777777">
            <w:pPr>
              <w:keepNext/>
              <w:spacing w:before="20" w:after="20" w:line="240" w:lineRule="auto"/>
            </w:pPr>
          </w:p>
          <w:p w:rsidR="00700566" w:rsidP="009B5E99" w:rsidRDefault="00700566" w14:paraId="111463F2" w14:textId="77777777">
            <w:pPr>
              <w:keepNext/>
              <w:spacing w:before="20" w:after="20" w:line="240" w:lineRule="auto"/>
            </w:pPr>
          </w:p>
          <w:p w:rsidR="00700566" w:rsidP="009B5E99" w:rsidRDefault="00700566" w14:paraId="37E3FB8D" w14:textId="77777777">
            <w:pPr>
              <w:keepNext/>
              <w:spacing w:before="20" w:after="20" w:line="240" w:lineRule="auto"/>
            </w:pPr>
          </w:p>
          <w:p w:rsidRPr="0020690C" w:rsidR="00700566" w:rsidP="009B5E99" w:rsidRDefault="00700566" w14:paraId="5D27F0AC" w14:textId="77777777">
            <w:pPr>
              <w:keepNext/>
              <w:spacing w:before="20" w:after="20" w:line="240" w:lineRule="auto"/>
            </w:pPr>
          </w:p>
        </w:tc>
      </w:tr>
      <w:tr w:rsidRPr="0020690C" w:rsidR="00EC48A8" w:rsidTr="009B5E99" w14:paraId="748E309C" w14:textId="77777777">
        <w:trPr>
          <w:cantSplit/>
          <w:jc w:val="center"/>
        </w:trPr>
        <w:tc>
          <w:tcPr>
            <w:tcW w:w="4535" w:type="dxa"/>
            <w:vAlign w:val="center"/>
          </w:tcPr>
          <w:p w:rsidRPr="0020690C" w:rsidR="00EC48A8" w:rsidP="009B5E99" w:rsidRDefault="00EC48A8" w14:paraId="66D3F625" w14:textId="77777777">
            <w:pPr>
              <w:keepNext/>
              <w:spacing w:before="20" w:after="20" w:line="240" w:lineRule="auto"/>
            </w:pPr>
            <w:r w:rsidRPr="0020690C">
              <w:rPr>
                <w:b/>
                <w:sz w:val="20"/>
              </w:rPr>
              <w:t xml:space="preserve">Conocimientos técnicos: </w:t>
            </w:r>
          </w:p>
        </w:tc>
        <w:tc>
          <w:tcPr>
            <w:tcW w:w="4535" w:type="dxa"/>
            <w:vAlign w:val="center"/>
          </w:tcPr>
          <w:p w:rsidR="00EC48A8" w:rsidP="009B5E99" w:rsidRDefault="00EC48A8" w14:paraId="16574518" w14:textId="77777777">
            <w:pPr>
              <w:keepNext/>
              <w:spacing w:before="20" w:after="20" w:line="240" w:lineRule="auto"/>
            </w:pPr>
          </w:p>
          <w:p w:rsidR="00700566" w:rsidP="009B5E99" w:rsidRDefault="00700566" w14:paraId="508CE404" w14:textId="77777777">
            <w:pPr>
              <w:keepNext/>
              <w:spacing w:before="20" w:after="20" w:line="240" w:lineRule="auto"/>
            </w:pPr>
          </w:p>
          <w:p w:rsidR="00700566" w:rsidP="009B5E99" w:rsidRDefault="00700566" w14:paraId="4B3C8E39" w14:textId="77777777">
            <w:pPr>
              <w:keepNext/>
              <w:spacing w:before="20" w:after="20" w:line="240" w:lineRule="auto"/>
            </w:pPr>
          </w:p>
          <w:p w:rsidR="00700566" w:rsidP="009B5E99" w:rsidRDefault="00700566" w14:paraId="27E49506" w14:textId="77777777">
            <w:pPr>
              <w:keepNext/>
              <w:spacing w:before="20" w:after="20" w:line="240" w:lineRule="auto"/>
            </w:pPr>
          </w:p>
          <w:p w:rsidRPr="0020690C" w:rsidR="00700566" w:rsidP="009B5E99" w:rsidRDefault="00700566" w14:paraId="6C96E9A4" w14:textId="77777777">
            <w:pPr>
              <w:keepNext/>
              <w:spacing w:before="20" w:after="20" w:line="240" w:lineRule="auto"/>
            </w:pPr>
          </w:p>
        </w:tc>
      </w:tr>
      <w:tr w:rsidRPr="0020690C" w:rsidR="00EC48A8" w:rsidTr="009B5E99" w14:paraId="5B3A250E" w14:textId="77777777">
        <w:trPr>
          <w:cantSplit/>
          <w:jc w:val="center"/>
        </w:trPr>
        <w:tc>
          <w:tcPr>
            <w:tcW w:w="4535" w:type="dxa"/>
            <w:vAlign w:val="center"/>
          </w:tcPr>
          <w:p w:rsidRPr="0020690C" w:rsidR="00EC48A8" w:rsidP="009B5E99" w:rsidRDefault="00EC48A8" w14:paraId="0DEBD094" w14:textId="77777777">
            <w:pPr>
              <w:keepNext/>
              <w:spacing w:before="20" w:after="20" w:line="240" w:lineRule="auto"/>
            </w:pPr>
            <w:r w:rsidRPr="0020690C">
              <w:rPr>
                <w:b/>
                <w:sz w:val="20"/>
              </w:rPr>
              <w:t>Conocimientos para el puesto</w:t>
            </w:r>
          </w:p>
        </w:tc>
        <w:tc>
          <w:tcPr>
            <w:tcW w:w="4535" w:type="dxa"/>
            <w:vAlign w:val="center"/>
          </w:tcPr>
          <w:p w:rsidR="00EC48A8" w:rsidP="009B5E99" w:rsidRDefault="00EC48A8" w14:paraId="5749083B" w14:textId="77777777">
            <w:pPr>
              <w:keepNext/>
              <w:spacing w:before="20" w:after="20" w:line="240" w:lineRule="auto"/>
            </w:pPr>
          </w:p>
          <w:p w:rsidR="00700566" w:rsidP="009B5E99" w:rsidRDefault="00700566" w14:paraId="15C2E100" w14:textId="77777777">
            <w:pPr>
              <w:keepNext/>
              <w:spacing w:before="20" w:after="20" w:line="240" w:lineRule="auto"/>
            </w:pPr>
          </w:p>
          <w:p w:rsidR="00700566" w:rsidP="009B5E99" w:rsidRDefault="00700566" w14:paraId="28C96ED6" w14:textId="77777777">
            <w:pPr>
              <w:keepNext/>
              <w:spacing w:before="20" w:after="20" w:line="240" w:lineRule="auto"/>
            </w:pPr>
          </w:p>
          <w:p w:rsidR="00700566" w:rsidP="009B5E99" w:rsidRDefault="00700566" w14:paraId="706C8890" w14:textId="77777777">
            <w:pPr>
              <w:keepNext/>
              <w:spacing w:before="20" w:after="20" w:line="240" w:lineRule="auto"/>
            </w:pPr>
          </w:p>
          <w:p w:rsidRPr="0020690C" w:rsidR="00700566" w:rsidP="009B5E99" w:rsidRDefault="00700566" w14:paraId="2AAD73A4" w14:textId="77777777">
            <w:pPr>
              <w:keepNext/>
              <w:spacing w:before="20" w:after="20" w:line="240" w:lineRule="auto"/>
            </w:pPr>
          </w:p>
        </w:tc>
      </w:tr>
      <w:tr w:rsidRPr="0020690C" w:rsidR="00EC48A8" w:rsidTr="009B5E99" w14:paraId="2B58A020" w14:textId="77777777">
        <w:trPr>
          <w:cantSplit/>
          <w:jc w:val="center"/>
        </w:trPr>
        <w:tc>
          <w:tcPr>
            <w:tcW w:w="4535" w:type="dxa"/>
            <w:vAlign w:val="center"/>
          </w:tcPr>
          <w:p w:rsidRPr="0020690C" w:rsidR="00EC48A8" w:rsidP="009B5E99" w:rsidRDefault="00EC48A8" w14:paraId="60AC790E" w14:textId="77777777">
            <w:pPr>
              <w:spacing w:before="20" w:after="20" w:line="240" w:lineRule="auto"/>
            </w:pPr>
            <w:r w:rsidRPr="0020690C">
              <w:rPr>
                <w:b/>
                <w:sz w:val="20"/>
              </w:rPr>
              <w:t>Habilidades o Competencias</w:t>
            </w:r>
          </w:p>
        </w:tc>
        <w:bookmarkEnd w:id="18"/>
        <w:tc>
          <w:tcPr>
            <w:tcW w:w="4535" w:type="dxa"/>
            <w:vAlign w:val="center"/>
          </w:tcPr>
          <w:p w:rsidR="00EC48A8" w:rsidP="009B5E99" w:rsidRDefault="00EC48A8" w14:paraId="72929060" w14:textId="77777777">
            <w:pPr>
              <w:spacing w:before="20" w:after="20" w:line="240" w:lineRule="auto"/>
            </w:pPr>
          </w:p>
          <w:p w:rsidR="00700566" w:rsidP="009B5E99" w:rsidRDefault="00700566" w14:paraId="1BE75129" w14:textId="77777777">
            <w:pPr>
              <w:spacing w:before="20" w:after="20" w:line="240" w:lineRule="auto"/>
            </w:pPr>
          </w:p>
          <w:p w:rsidR="00700566" w:rsidP="009B5E99" w:rsidRDefault="00700566" w14:paraId="5B132352" w14:textId="77777777">
            <w:pPr>
              <w:spacing w:before="20" w:after="20" w:line="240" w:lineRule="auto"/>
            </w:pPr>
          </w:p>
          <w:p w:rsidR="00700566" w:rsidP="009B5E99" w:rsidRDefault="00700566" w14:paraId="70C8C7F7" w14:textId="77777777">
            <w:pPr>
              <w:spacing w:before="20" w:after="20" w:line="240" w:lineRule="auto"/>
            </w:pPr>
          </w:p>
          <w:p w:rsidRPr="0020690C" w:rsidR="00700566" w:rsidP="009B5E99" w:rsidRDefault="00700566" w14:paraId="53ACE84C" w14:textId="77777777">
            <w:pPr>
              <w:spacing w:before="20" w:after="20" w:line="240" w:lineRule="auto"/>
            </w:pPr>
          </w:p>
        </w:tc>
      </w:tr>
    </w:tbl>
    <w:p w:rsidRPr="00586102" w:rsidR="00F30103" w:rsidP="00F30103" w:rsidRDefault="00F30103" w14:paraId="21BBB2AF" w14:textId="77777777">
      <w:pPr>
        <w:widowControl w:val="0"/>
        <w:autoSpaceDE w:val="0"/>
        <w:autoSpaceDN w:val="0"/>
        <w:spacing w:after="0" w:line="240" w:lineRule="auto"/>
        <w:jc w:val="both"/>
        <w:rPr>
          <w:rFonts w:asciiTheme="majorHAnsi" w:hAnsiTheme="majorHAnsi" w:cstheme="majorHAnsi"/>
          <w:b/>
          <w:bCs/>
        </w:rPr>
      </w:pPr>
    </w:p>
    <w:p w:rsidRPr="00586102" w:rsidR="00F30103" w:rsidP="00F30103" w:rsidRDefault="00F30103" w14:paraId="4D9BECD8" w14:textId="77777777">
      <w:pPr>
        <w:widowControl w:val="0"/>
        <w:autoSpaceDE w:val="0"/>
        <w:autoSpaceDN w:val="0"/>
        <w:spacing w:after="0" w:line="240" w:lineRule="auto"/>
        <w:jc w:val="both"/>
        <w:rPr>
          <w:rFonts w:asciiTheme="majorHAnsi" w:hAnsiTheme="majorHAnsi" w:cstheme="majorHAnsi"/>
          <w:b/>
          <w:bCs/>
        </w:rPr>
      </w:pPr>
    </w:p>
    <w:p w:rsidRPr="00586102" w:rsidR="00F30103" w:rsidP="00022D15" w:rsidRDefault="00F30103" w14:paraId="0F886B46" w14:textId="09B5E26A">
      <w:pPr>
        <w:pStyle w:val="Prrafodelista"/>
        <w:widowControl w:val="0"/>
        <w:numPr>
          <w:ilvl w:val="0"/>
          <w:numId w:val="14"/>
        </w:numPr>
        <w:autoSpaceDE w:val="0"/>
        <w:autoSpaceDN w:val="0"/>
        <w:spacing w:after="0" w:line="240" w:lineRule="auto"/>
        <w:ind w:left="284" w:hanging="284"/>
        <w:contextualSpacing w:val="0"/>
        <w:jc w:val="both"/>
        <w:rPr>
          <w:rFonts w:asciiTheme="majorHAnsi" w:hAnsiTheme="majorHAnsi" w:cstheme="majorHAnsi"/>
          <w:b/>
          <w:bCs/>
        </w:rPr>
      </w:pPr>
      <w:r w:rsidRPr="00586102">
        <w:rPr>
          <w:rFonts w:asciiTheme="majorHAnsi" w:hAnsiTheme="majorHAnsi" w:cstheme="majorHAnsi"/>
          <w:b/>
          <w:bCs/>
        </w:rPr>
        <w:t>CARACTERÍSTICAS DEL PUESTO Y/O CARGO</w:t>
      </w:r>
    </w:p>
    <w:p w:rsidRPr="00586102" w:rsidR="00F30103" w:rsidP="00F30103" w:rsidRDefault="00F30103" w14:paraId="7F880A82" w14:textId="77777777">
      <w:pPr>
        <w:pStyle w:val="Textoindependiente"/>
        <w:spacing w:before="2"/>
        <w:rPr>
          <w:rFonts w:asciiTheme="majorHAnsi" w:hAnsiTheme="majorHAnsi" w:cstheme="majorHAnsi"/>
          <w:b/>
        </w:rPr>
      </w:pPr>
    </w:p>
    <w:p w:rsidRPr="0020690C" w:rsidR="00EC48A8" w:rsidP="00EC48A8" w:rsidRDefault="00EC48A8" w14:paraId="42FEF67E" w14:textId="77777777">
      <w:pPr>
        <w:ind w:left="284"/>
        <w:jc w:val="both"/>
      </w:pPr>
      <w:r w:rsidRPr="0020690C">
        <w:t>Principales funciones a desarrollar:</w:t>
      </w:r>
    </w:p>
    <w:p w:rsidRPr="0020690C" w:rsidR="00EC48A8" w:rsidP="00EC48A8" w:rsidRDefault="00EC48A8" w14:paraId="4A431890" w14:textId="77777777">
      <w:pPr>
        <w:ind w:left="284"/>
        <w:jc w:val="both"/>
      </w:pPr>
      <w:r w:rsidRPr="0020690C">
        <w:t>..............................................................................................................</w:t>
      </w:r>
    </w:p>
    <w:p w:rsidRPr="00F30103" w:rsidR="00F30103" w:rsidP="00700566" w:rsidRDefault="00EC48A8" w14:paraId="3FFCB985" w14:textId="663708E8">
      <w:pPr>
        <w:ind w:left="284"/>
        <w:jc w:val="both"/>
        <w:rPr>
          <w:rFonts w:asciiTheme="majorHAnsi" w:hAnsiTheme="majorHAnsi" w:cstheme="majorHAnsi"/>
        </w:rPr>
      </w:pPr>
      <w:r w:rsidRPr="0020690C">
        <w:t>..............................................................................................................</w:t>
      </w:r>
    </w:p>
    <w:p w:rsidRPr="00F30103" w:rsidR="00F30103" w:rsidP="00F30103" w:rsidRDefault="00F30103" w14:paraId="5D65F6C9" w14:textId="77777777">
      <w:pPr>
        <w:tabs>
          <w:tab w:val="left" w:pos="836"/>
          <w:tab w:val="left" w:pos="837"/>
        </w:tabs>
        <w:ind w:right="258"/>
        <w:rPr>
          <w:rFonts w:asciiTheme="majorHAnsi" w:hAnsiTheme="majorHAnsi" w:cstheme="majorHAnsi"/>
        </w:rPr>
      </w:pPr>
    </w:p>
    <w:p w:rsidRPr="00F30103" w:rsidR="006E4F94" w:rsidP="002D7423" w:rsidRDefault="006E4F94" w14:paraId="6BD84708" w14:textId="2BB96433">
      <w:pPr>
        <w:spacing w:after="200" w:line="276" w:lineRule="auto"/>
        <w:rPr>
          <w:rFonts w:asciiTheme="majorHAnsi" w:hAnsiTheme="majorHAnsi" w:cstheme="majorHAnsi"/>
        </w:rPr>
      </w:pPr>
    </w:p>
    <w:sectPr w:rsidRPr="00F30103" w:rsidR="006E4F94" w:rsidSect="0090135E">
      <w:headerReference w:type="default" r:id="rId12"/>
      <w:footerReference w:type="default" r:id="rId13"/>
      <w:pgSz w:w="11906" w:h="16838" w:orient="portrait"/>
      <w:pgMar w:top="1702" w:right="1417" w:bottom="1247" w:left="1417" w:header="45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F30103" w:rsidR="00C26DEC" w:rsidRDefault="00C26DEC" w14:paraId="0C3AC9A4" w14:textId="77777777">
      <w:pPr>
        <w:spacing w:after="0" w:line="240" w:lineRule="auto"/>
      </w:pPr>
      <w:r w:rsidRPr="00F30103">
        <w:separator/>
      </w:r>
    </w:p>
  </w:endnote>
  <w:endnote w:type="continuationSeparator" w:id="0">
    <w:p w:rsidRPr="00F30103" w:rsidR="00C26DEC" w:rsidRDefault="00C26DEC" w14:paraId="76859434" w14:textId="77777777">
      <w:pPr>
        <w:spacing w:after="0" w:line="240" w:lineRule="auto"/>
      </w:pPr>
      <w:r w:rsidRPr="00F301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30103" w:rsidR="006E4F94" w:rsidRDefault="00C26DEC" w14:paraId="4F0D052A" w14:textId="77777777">
    <w:pPr>
      <w:pStyle w:val="Piedepgina"/>
      <w:jc w:val="right"/>
    </w:pPr>
    <w:r w:rsidRPr="00F30103">
      <w:fldChar w:fldCharType="begin"/>
    </w:r>
    <w:r w:rsidRPr="00F30103">
      <w:instrText>PAGE</w:instrText>
    </w:r>
    <w:r w:rsidRPr="00F30103">
      <w:fldChar w:fldCharType="separate"/>
    </w:r>
    <w:r w:rsidRPr="00F30103" w:rsidR="00840C5E">
      <w:t>1</w:t>
    </w:r>
    <w:r w:rsidRPr="00F3010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F30103" w:rsidR="00C26DEC" w:rsidRDefault="00C26DEC" w14:paraId="497C7E48" w14:textId="77777777">
      <w:pPr>
        <w:spacing w:after="0" w:line="240" w:lineRule="auto"/>
      </w:pPr>
      <w:r w:rsidRPr="00F30103">
        <w:separator/>
      </w:r>
    </w:p>
  </w:footnote>
  <w:footnote w:type="continuationSeparator" w:id="0">
    <w:p w:rsidRPr="00F30103" w:rsidR="00C26DEC" w:rsidRDefault="00C26DEC" w14:paraId="12F9AABA" w14:textId="77777777">
      <w:pPr>
        <w:spacing w:after="0" w:line="240" w:lineRule="auto"/>
      </w:pPr>
      <w:r w:rsidRPr="00F30103">
        <w:continuationSeparator/>
      </w:r>
    </w:p>
  </w:footnote>
  <w:footnote w:id="1">
    <w:p w:rsidRPr="00F30103" w:rsidR="006E4F94" w:rsidRDefault="00C26DEC" w14:paraId="7C98E2A7" w14:textId="77777777">
      <w:pPr>
        <w:pStyle w:val="Textonotapie1"/>
      </w:pPr>
      <w:r w:rsidRPr="00F30103">
        <w:rPr>
          <w:rStyle w:val="Refdenotaalpie1"/>
        </w:rPr>
        <w:footnoteRef/>
      </w:r>
      <w:r w:rsidRPr="00F30103">
        <w:t xml:space="preserve"> Acorde a la información del Registro Único de Contribuyentes (RUC) de la SUNAT y otros medios de verificación.</w:t>
      </w:r>
    </w:p>
  </w:footnote>
  <w:footnote w:id="2">
    <w:p w:rsidRPr="00F30103" w:rsidR="002C57D7" w:rsidP="008657C2" w:rsidRDefault="00C26DEC" w14:paraId="6A30E5F0" w14:textId="77777777">
      <w:pPr>
        <w:pBdr>
          <w:top w:val="nil"/>
          <w:left w:val="nil"/>
          <w:bottom w:val="nil"/>
          <w:right w:val="nil"/>
          <w:between w:val="nil"/>
        </w:pBdr>
        <w:rPr>
          <w:color w:val="000000"/>
          <w:sz w:val="18"/>
          <w:szCs w:val="18"/>
        </w:rPr>
      </w:pPr>
      <w:r w:rsidRPr="00F30103">
        <w:rPr>
          <w:sz w:val="18"/>
          <w:szCs w:val="18"/>
          <w:vertAlign w:val="superscript"/>
        </w:rPr>
        <w:footnoteRef/>
      </w:r>
      <w:r w:rsidRPr="00F30103">
        <w:rPr>
          <w:color w:val="000000"/>
          <w:sz w:val="18"/>
          <w:szCs w:val="18"/>
        </w:rPr>
        <w:t xml:space="preserve"> Con énfasis en las especializaciones más relevantes para las actividades del proyecto.</w:t>
      </w:r>
    </w:p>
  </w:footnote>
  <w:footnote w:id="3">
    <w:p w:rsidRPr="00F30103" w:rsidR="002C57D7" w:rsidP="008657C2" w:rsidRDefault="00C26DEC" w14:paraId="70F20BD7" w14:textId="77777777">
      <w:pPr>
        <w:spacing w:before="68"/>
        <w:rPr>
          <w:sz w:val="18"/>
          <w:szCs w:val="18"/>
        </w:rPr>
      </w:pPr>
      <w:r w:rsidRPr="00F30103">
        <w:rPr>
          <w:vertAlign w:val="superscript"/>
        </w:rPr>
        <w:footnoteRef/>
      </w:r>
      <w:r w:rsidRPr="00F30103">
        <w:rPr>
          <w:sz w:val="20"/>
          <w:szCs w:val="20"/>
          <w:vertAlign w:val="superscript"/>
        </w:rPr>
        <w:t xml:space="preserve"> </w:t>
      </w:r>
      <w:r w:rsidRPr="00F30103">
        <w:rPr>
          <w:sz w:val="18"/>
          <w:szCs w:val="18"/>
        </w:rPr>
        <w:t>Con énfasis en la experiencia profesional más relevante para los objetivos y actividades del proyecto.</w:t>
      </w:r>
    </w:p>
  </w:footnote>
  <w:footnote w:id="4">
    <w:p w:rsidRPr="00F30103" w:rsidR="002C57D7" w:rsidP="00F30103" w:rsidRDefault="00C26DEC" w14:paraId="43987F1F" w14:textId="0232CF10">
      <w:pPr>
        <w:spacing w:before="68"/>
        <w:rPr>
          <w:color w:val="000000"/>
          <w:sz w:val="18"/>
          <w:szCs w:val="18"/>
        </w:rPr>
      </w:pPr>
      <w:r w:rsidRPr="00F30103">
        <w:rPr>
          <w:vertAlign w:val="superscript"/>
        </w:rPr>
        <w:footnoteRef/>
      </w:r>
      <w:r w:rsidRPr="00F30103">
        <w:rPr>
          <w:sz w:val="18"/>
          <w:szCs w:val="18"/>
        </w:rPr>
        <w:t>Con énfasis en los logros vinculados con la problemática del proyecto.</w:t>
      </w:r>
    </w:p>
  </w:footnote>
  <w:footnote w:id="5">
    <w:p w:rsidRPr="00840C5E" w:rsidR="002C57D7" w:rsidP="008657C2" w:rsidRDefault="00C26DEC" w14:paraId="4C51A82B" w14:textId="77777777">
      <w:pPr>
        <w:pBdr>
          <w:top w:val="nil"/>
          <w:left w:val="nil"/>
          <w:bottom w:val="nil"/>
          <w:right w:val="nil"/>
          <w:between w:val="nil"/>
        </w:pBdr>
        <w:rPr>
          <w:color w:val="000000"/>
          <w:sz w:val="20"/>
          <w:szCs w:val="20"/>
        </w:rPr>
      </w:pPr>
      <w:r w:rsidRPr="00F30103">
        <w:rPr>
          <w:vertAlign w:val="superscript"/>
        </w:rPr>
        <w:footnoteRef/>
      </w:r>
      <w:r w:rsidRPr="00F30103">
        <w:rPr>
          <w:color w:val="000000"/>
          <w:sz w:val="20"/>
          <w:szCs w:val="20"/>
        </w:rPr>
        <w:t xml:space="preserve"> </w:t>
      </w:r>
      <w:r w:rsidRPr="00F30103">
        <w:rPr>
          <w:color w:val="000000"/>
          <w:sz w:val="18"/>
          <w:szCs w:val="18"/>
        </w:rPr>
        <w:t>Vinculados con la especialidad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30103" w:rsidR="006E4F94" w:rsidRDefault="006E4F94" w14:paraId="19988345" w14:textId="0DFBA5A3">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hint="default" w:ascii="Symbol" w:hAnsi="Symbol"/>
      </w:rPr>
    </w:lvl>
  </w:abstractNum>
  <w:abstractNum w:abstractNumId="9" w15:restartNumberingAfterBreak="0">
    <w:nsid w:val="09FF281B"/>
    <w:multiLevelType w:val="hybridMultilevel"/>
    <w:tmpl w:val="C1AED1CA"/>
    <w:lvl w:ilvl="0" w:tplc="B2201A18">
      <w:numFmt w:val="bullet"/>
      <w:lvlText w:val="-"/>
      <w:lvlJc w:val="left"/>
      <w:pPr>
        <w:ind w:left="431" w:hanging="284"/>
      </w:pPr>
      <w:rPr>
        <w:rFonts w:hint="default" w:ascii="Arial MT" w:hAnsi="Arial MT" w:eastAsia="Arial MT" w:cs="Arial MT"/>
        <w:w w:val="99"/>
        <w:sz w:val="20"/>
        <w:szCs w:val="20"/>
        <w:lang w:val="es-ES" w:eastAsia="en-US" w:bidi="ar-SA"/>
      </w:rPr>
    </w:lvl>
    <w:lvl w:ilvl="1" w:tplc="68F4F452">
      <w:numFmt w:val="bullet"/>
      <w:lvlText w:val="•"/>
      <w:lvlJc w:val="left"/>
      <w:pPr>
        <w:ind w:left="947" w:hanging="284"/>
      </w:pPr>
      <w:rPr>
        <w:rFonts w:hint="default"/>
        <w:lang w:val="es-ES" w:eastAsia="en-US" w:bidi="ar-SA"/>
      </w:rPr>
    </w:lvl>
    <w:lvl w:ilvl="2" w:tplc="84ECB12E">
      <w:numFmt w:val="bullet"/>
      <w:lvlText w:val="•"/>
      <w:lvlJc w:val="left"/>
      <w:pPr>
        <w:ind w:left="1454" w:hanging="284"/>
      </w:pPr>
      <w:rPr>
        <w:rFonts w:hint="default"/>
        <w:lang w:val="es-ES" w:eastAsia="en-US" w:bidi="ar-SA"/>
      </w:rPr>
    </w:lvl>
    <w:lvl w:ilvl="3" w:tplc="B06CA2FC">
      <w:numFmt w:val="bullet"/>
      <w:lvlText w:val="•"/>
      <w:lvlJc w:val="left"/>
      <w:pPr>
        <w:ind w:left="1962" w:hanging="284"/>
      </w:pPr>
      <w:rPr>
        <w:rFonts w:hint="default"/>
        <w:lang w:val="es-ES" w:eastAsia="en-US" w:bidi="ar-SA"/>
      </w:rPr>
    </w:lvl>
    <w:lvl w:ilvl="4" w:tplc="27509C8E">
      <w:numFmt w:val="bullet"/>
      <w:lvlText w:val="•"/>
      <w:lvlJc w:val="left"/>
      <w:pPr>
        <w:ind w:left="2469" w:hanging="284"/>
      </w:pPr>
      <w:rPr>
        <w:rFonts w:hint="default"/>
        <w:lang w:val="es-ES" w:eastAsia="en-US" w:bidi="ar-SA"/>
      </w:rPr>
    </w:lvl>
    <w:lvl w:ilvl="5" w:tplc="6EC4C5A0">
      <w:numFmt w:val="bullet"/>
      <w:lvlText w:val="•"/>
      <w:lvlJc w:val="left"/>
      <w:pPr>
        <w:ind w:left="2977" w:hanging="284"/>
      </w:pPr>
      <w:rPr>
        <w:rFonts w:hint="default"/>
        <w:lang w:val="es-ES" w:eastAsia="en-US" w:bidi="ar-SA"/>
      </w:rPr>
    </w:lvl>
    <w:lvl w:ilvl="6" w:tplc="1B6416E0">
      <w:numFmt w:val="bullet"/>
      <w:lvlText w:val="•"/>
      <w:lvlJc w:val="left"/>
      <w:pPr>
        <w:ind w:left="3484" w:hanging="284"/>
      </w:pPr>
      <w:rPr>
        <w:rFonts w:hint="default"/>
        <w:lang w:val="es-ES" w:eastAsia="en-US" w:bidi="ar-SA"/>
      </w:rPr>
    </w:lvl>
    <w:lvl w:ilvl="7" w:tplc="DBFCE87C">
      <w:numFmt w:val="bullet"/>
      <w:lvlText w:val="•"/>
      <w:lvlJc w:val="left"/>
      <w:pPr>
        <w:ind w:left="3991" w:hanging="284"/>
      </w:pPr>
      <w:rPr>
        <w:rFonts w:hint="default"/>
        <w:lang w:val="es-ES" w:eastAsia="en-US" w:bidi="ar-SA"/>
      </w:rPr>
    </w:lvl>
    <w:lvl w:ilvl="8" w:tplc="85686A3C">
      <w:numFmt w:val="bullet"/>
      <w:lvlText w:val="•"/>
      <w:lvlJc w:val="left"/>
      <w:pPr>
        <w:ind w:left="4499" w:hanging="284"/>
      </w:pPr>
      <w:rPr>
        <w:rFonts w:hint="default"/>
        <w:lang w:val="es-ES" w:eastAsia="en-US" w:bidi="ar-SA"/>
      </w:rPr>
    </w:lvl>
  </w:abstractNum>
  <w:abstractNum w:abstractNumId="10" w15:restartNumberingAfterBreak="0">
    <w:nsid w:val="1733326B"/>
    <w:multiLevelType w:val="hybridMultilevel"/>
    <w:tmpl w:val="D77ADE3A"/>
    <w:lvl w:ilvl="0" w:tplc="DD2A1E9C">
      <w:start w:val="1"/>
      <w:numFmt w:val="lowerLetter"/>
      <w:lvlText w:val="%1)"/>
      <w:lvlJc w:val="left"/>
      <w:pPr>
        <w:ind w:left="836" w:hanging="360"/>
      </w:pPr>
      <w:rPr>
        <w:rFonts w:hint="default" w:ascii="Calibri" w:hAnsi="Calibri" w:eastAsia="Calibri" w:cs="Calibri"/>
        <w:w w:val="99"/>
        <w:sz w:val="20"/>
        <w:szCs w:val="20"/>
        <w:lang w:val="es-ES" w:eastAsia="en-US" w:bidi="ar-SA"/>
      </w:rPr>
    </w:lvl>
    <w:lvl w:ilvl="1" w:tplc="901648A2">
      <w:numFmt w:val="bullet"/>
      <w:lvlText w:val="•"/>
      <w:lvlJc w:val="left"/>
      <w:pPr>
        <w:ind w:left="1676" w:hanging="360"/>
      </w:pPr>
      <w:rPr>
        <w:rFonts w:hint="default"/>
        <w:lang w:val="es-ES" w:eastAsia="en-US" w:bidi="ar-SA"/>
      </w:rPr>
    </w:lvl>
    <w:lvl w:ilvl="2" w:tplc="BAE0B6E4">
      <w:numFmt w:val="bullet"/>
      <w:lvlText w:val="•"/>
      <w:lvlJc w:val="left"/>
      <w:pPr>
        <w:ind w:left="2513" w:hanging="360"/>
      </w:pPr>
      <w:rPr>
        <w:rFonts w:hint="default"/>
        <w:lang w:val="es-ES" w:eastAsia="en-US" w:bidi="ar-SA"/>
      </w:rPr>
    </w:lvl>
    <w:lvl w:ilvl="3" w:tplc="D4BCCC8C">
      <w:numFmt w:val="bullet"/>
      <w:lvlText w:val="•"/>
      <w:lvlJc w:val="left"/>
      <w:pPr>
        <w:ind w:left="3349" w:hanging="360"/>
      </w:pPr>
      <w:rPr>
        <w:rFonts w:hint="default"/>
        <w:lang w:val="es-ES" w:eastAsia="en-US" w:bidi="ar-SA"/>
      </w:rPr>
    </w:lvl>
    <w:lvl w:ilvl="4" w:tplc="A9A82916">
      <w:numFmt w:val="bullet"/>
      <w:lvlText w:val="•"/>
      <w:lvlJc w:val="left"/>
      <w:pPr>
        <w:ind w:left="4186" w:hanging="360"/>
      </w:pPr>
      <w:rPr>
        <w:rFonts w:hint="default"/>
        <w:lang w:val="es-ES" w:eastAsia="en-US" w:bidi="ar-SA"/>
      </w:rPr>
    </w:lvl>
    <w:lvl w:ilvl="5" w:tplc="A06CFFCA">
      <w:numFmt w:val="bullet"/>
      <w:lvlText w:val="•"/>
      <w:lvlJc w:val="left"/>
      <w:pPr>
        <w:ind w:left="5023" w:hanging="360"/>
      </w:pPr>
      <w:rPr>
        <w:rFonts w:hint="default"/>
        <w:lang w:val="es-ES" w:eastAsia="en-US" w:bidi="ar-SA"/>
      </w:rPr>
    </w:lvl>
    <w:lvl w:ilvl="6" w:tplc="91E6C55C">
      <w:numFmt w:val="bullet"/>
      <w:lvlText w:val="•"/>
      <w:lvlJc w:val="left"/>
      <w:pPr>
        <w:ind w:left="5859" w:hanging="360"/>
      </w:pPr>
      <w:rPr>
        <w:rFonts w:hint="default"/>
        <w:lang w:val="es-ES" w:eastAsia="en-US" w:bidi="ar-SA"/>
      </w:rPr>
    </w:lvl>
    <w:lvl w:ilvl="7" w:tplc="D07E3068">
      <w:numFmt w:val="bullet"/>
      <w:lvlText w:val="•"/>
      <w:lvlJc w:val="left"/>
      <w:pPr>
        <w:ind w:left="6696" w:hanging="360"/>
      </w:pPr>
      <w:rPr>
        <w:rFonts w:hint="default"/>
        <w:lang w:val="es-ES" w:eastAsia="en-US" w:bidi="ar-SA"/>
      </w:rPr>
    </w:lvl>
    <w:lvl w:ilvl="8" w:tplc="860C1FB8">
      <w:numFmt w:val="bullet"/>
      <w:lvlText w:val="•"/>
      <w:lvlJc w:val="left"/>
      <w:pPr>
        <w:ind w:left="7533" w:hanging="360"/>
      </w:pPr>
      <w:rPr>
        <w:rFonts w:hint="default"/>
        <w:lang w:val="es-ES" w:eastAsia="en-US" w:bidi="ar-SA"/>
      </w:rPr>
    </w:lvl>
  </w:abstractNum>
  <w:abstractNum w:abstractNumId="11" w15:restartNumberingAfterBreak="0">
    <w:nsid w:val="192E2ED4"/>
    <w:multiLevelType w:val="hybridMultilevel"/>
    <w:tmpl w:val="874AADF0"/>
    <w:lvl w:ilvl="0" w:tplc="543A84CC">
      <w:numFmt w:val="bullet"/>
      <w:lvlText w:val="-"/>
      <w:lvlJc w:val="left"/>
      <w:pPr>
        <w:ind w:left="289" w:hanging="142"/>
      </w:pPr>
      <w:rPr>
        <w:rFonts w:hint="default" w:ascii="Calibri" w:hAnsi="Calibri" w:eastAsia="Calibri" w:cs="Calibri"/>
        <w:w w:val="99"/>
        <w:sz w:val="20"/>
        <w:szCs w:val="20"/>
        <w:lang w:val="es-ES" w:eastAsia="en-US" w:bidi="ar-SA"/>
      </w:rPr>
    </w:lvl>
    <w:lvl w:ilvl="1" w:tplc="2FD42AAE">
      <w:numFmt w:val="bullet"/>
      <w:lvlText w:val="•"/>
      <w:lvlJc w:val="left"/>
      <w:pPr>
        <w:ind w:left="803" w:hanging="142"/>
      </w:pPr>
      <w:rPr>
        <w:rFonts w:hint="default"/>
        <w:lang w:val="es-ES" w:eastAsia="en-US" w:bidi="ar-SA"/>
      </w:rPr>
    </w:lvl>
    <w:lvl w:ilvl="2" w:tplc="C234EF24">
      <w:numFmt w:val="bullet"/>
      <w:lvlText w:val="•"/>
      <w:lvlJc w:val="left"/>
      <w:pPr>
        <w:ind w:left="1326" w:hanging="142"/>
      </w:pPr>
      <w:rPr>
        <w:rFonts w:hint="default"/>
        <w:lang w:val="es-ES" w:eastAsia="en-US" w:bidi="ar-SA"/>
      </w:rPr>
    </w:lvl>
    <w:lvl w:ilvl="3" w:tplc="ED488CCE">
      <w:numFmt w:val="bullet"/>
      <w:lvlText w:val="•"/>
      <w:lvlJc w:val="left"/>
      <w:pPr>
        <w:ind w:left="1850" w:hanging="142"/>
      </w:pPr>
      <w:rPr>
        <w:rFonts w:hint="default"/>
        <w:lang w:val="es-ES" w:eastAsia="en-US" w:bidi="ar-SA"/>
      </w:rPr>
    </w:lvl>
    <w:lvl w:ilvl="4" w:tplc="412E0B3A">
      <w:numFmt w:val="bullet"/>
      <w:lvlText w:val="•"/>
      <w:lvlJc w:val="left"/>
      <w:pPr>
        <w:ind w:left="2373" w:hanging="142"/>
      </w:pPr>
      <w:rPr>
        <w:rFonts w:hint="default"/>
        <w:lang w:val="es-ES" w:eastAsia="en-US" w:bidi="ar-SA"/>
      </w:rPr>
    </w:lvl>
    <w:lvl w:ilvl="5" w:tplc="FC4C9BB4">
      <w:numFmt w:val="bullet"/>
      <w:lvlText w:val="•"/>
      <w:lvlJc w:val="left"/>
      <w:pPr>
        <w:ind w:left="2897" w:hanging="142"/>
      </w:pPr>
      <w:rPr>
        <w:rFonts w:hint="default"/>
        <w:lang w:val="es-ES" w:eastAsia="en-US" w:bidi="ar-SA"/>
      </w:rPr>
    </w:lvl>
    <w:lvl w:ilvl="6" w:tplc="C696E45A">
      <w:numFmt w:val="bullet"/>
      <w:lvlText w:val="•"/>
      <w:lvlJc w:val="left"/>
      <w:pPr>
        <w:ind w:left="3420" w:hanging="142"/>
      </w:pPr>
      <w:rPr>
        <w:rFonts w:hint="default"/>
        <w:lang w:val="es-ES" w:eastAsia="en-US" w:bidi="ar-SA"/>
      </w:rPr>
    </w:lvl>
    <w:lvl w:ilvl="7" w:tplc="D804BA84">
      <w:numFmt w:val="bullet"/>
      <w:lvlText w:val="•"/>
      <w:lvlJc w:val="left"/>
      <w:pPr>
        <w:ind w:left="3943" w:hanging="142"/>
      </w:pPr>
      <w:rPr>
        <w:rFonts w:hint="default"/>
        <w:lang w:val="es-ES" w:eastAsia="en-US" w:bidi="ar-SA"/>
      </w:rPr>
    </w:lvl>
    <w:lvl w:ilvl="8" w:tplc="CFB4A850">
      <w:numFmt w:val="bullet"/>
      <w:lvlText w:val="•"/>
      <w:lvlJc w:val="left"/>
      <w:pPr>
        <w:ind w:left="4467" w:hanging="142"/>
      </w:pPr>
      <w:rPr>
        <w:rFonts w:hint="default"/>
        <w:lang w:val="es-ES" w:eastAsia="en-US" w:bidi="ar-SA"/>
      </w:rPr>
    </w:lvl>
  </w:abstractNum>
  <w:abstractNum w:abstractNumId="12" w15:restartNumberingAfterBreak="0">
    <w:nsid w:val="26E60D87"/>
    <w:multiLevelType w:val="hybridMultilevel"/>
    <w:tmpl w:val="6D2EDB4C"/>
    <w:lvl w:ilvl="0" w:tplc="7082BCCC">
      <w:numFmt w:val="bullet"/>
      <w:lvlText w:val="-"/>
      <w:lvlJc w:val="left"/>
      <w:pPr>
        <w:ind w:left="289" w:hanging="142"/>
      </w:pPr>
      <w:rPr>
        <w:rFonts w:hint="default" w:ascii="Calibri" w:hAnsi="Calibri" w:eastAsia="Calibri" w:cs="Calibri"/>
        <w:w w:val="99"/>
        <w:sz w:val="20"/>
        <w:szCs w:val="20"/>
        <w:lang w:val="es-ES" w:eastAsia="en-US" w:bidi="ar-SA"/>
      </w:rPr>
    </w:lvl>
    <w:lvl w:ilvl="1" w:tplc="6D164DC0">
      <w:numFmt w:val="bullet"/>
      <w:lvlText w:val="•"/>
      <w:lvlJc w:val="left"/>
      <w:pPr>
        <w:ind w:left="803" w:hanging="142"/>
      </w:pPr>
      <w:rPr>
        <w:rFonts w:hint="default"/>
        <w:lang w:val="es-ES" w:eastAsia="en-US" w:bidi="ar-SA"/>
      </w:rPr>
    </w:lvl>
    <w:lvl w:ilvl="2" w:tplc="4F08673A">
      <w:numFmt w:val="bullet"/>
      <w:lvlText w:val="•"/>
      <w:lvlJc w:val="left"/>
      <w:pPr>
        <w:ind w:left="1326" w:hanging="142"/>
      </w:pPr>
      <w:rPr>
        <w:rFonts w:hint="default"/>
        <w:lang w:val="es-ES" w:eastAsia="en-US" w:bidi="ar-SA"/>
      </w:rPr>
    </w:lvl>
    <w:lvl w:ilvl="3" w:tplc="A8FEB052">
      <w:numFmt w:val="bullet"/>
      <w:lvlText w:val="•"/>
      <w:lvlJc w:val="left"/>
      <w:pPr>
        <w:ind w:left="1850" w:hanging="142"/>
      </w:pPr>
      <w:rPr>
        <w:rFonts w:hint="default"/>
        <w:lang w:val="es-ES" w:eastAsia="en-US" w:bidi="ar-SA"/>
      </w:rPr>
    </w:lvl>
    <w:lvl w:ilvl="4" w:tplc="E6AE41BE">
      <w:numFmt w:val="bullet"/>
      <w:lvlText w:val="•"/>
      <w:lvlJc w:val="left"/>
      <w:pPr>
        <w:ind w:left="2373" w:hanging="142"/>
      </w:pPr>
      <w:rPr>
        <w:rFonts w:hint="default"/>
        <w:lang w:val="es-ES" w:eastAsia="en-US" w:bidi="ar-SA"/>
      </w:rPr>
    </w:lvl>
    <w:lvl w:ilvl="5" w:tplc="65D0501E">
      <w:numFmt w:val="bullet"/>
      <w:lvlText w:val="•"/>
      <w:lvlJc w:val="left"/>
      <w:pPr>
        <w:ind w:left="2897" w:hanging="142"/>
      </w:pPr>
      <w:rPr>
        <w:rFonts w:hint="default"/>
        <w:lang w:val="es-ES" w:eastAsia="en-US" w:bidi="ar-SA"/>
      </w:rPr>
    </w:lvl>
    <w:lvl w:ilvl="6" w:tplc="F774E6D0">
      <w:numFmt w:val="bullet"/>
      <w:lvlText w:val="•"/>
      <w:lvlJc w:val="left"/>
      <w:pPr>
        <w:ind w:left="3420" w:hanging="142"/>
      </w:pPr>
      <w:rPr>
        <w:rFonts w:hint="default"/>
        <w:lang w:val="es-ES" w:eastAsia="en-US" w:bidi="ar-SA"/>
      </w:rPr>
    </w:lvl>
    <w:lvl w:ilvl="7" w:tplc="416634FC">
      <w:numFmt w:val="bullet"/>
      <w:lvlText w:val="•"/>
      <w:lvlJc w:val="left"/>
      <w:pPr>
        <w:ind w:left="3943" w:hanging="142"/>
      </w:pPr>
      <w:rPr>
        <w:rFonts w:hint="default"/>
        <w:lang w:val="es-ES" w:eastAsia="en-US" w:bidi="ar-SA"/>
      </w:rPr>
    </w:lvl>
    <w:lvl w:ilvl="8" w:tplc="12B4EFAA">
      <w:numFmt w:val="bullet"/>
      <w:lvlText w:val="•"/>
      <w:lvlJc w:val="left"/>
      <w:pPr>
        <w:ind w:left="4467" w:hanging="142"/>
      </w:pPr>
      <w:rPr>
        <w:rFonts w:hint="default"/>
        <w:lang w:val="es-ES" w:eastAsia="en-US" w:bidi="ar-SA"/>
      </w:rPr>
    </w:lvl>
  </w:abstractNum>
  <w:abstractNum w:abstractNumId="13" w15:restartNumberingAfterBreak="0">
    <w:nsid w:val="3E324D4B"/>
    <w:multiLevelType w:val="hybridMultilevel"/>
    <w:tmpl w:val="3D44EAF8"/>
    <w:lvl w:ilvl="0" w:tplc="D76AB92C">
      <w:start w:val="1"/>
      <w:numFmt w:val="lowerRoman"/>
      <w:lvlText w:val="%1."/>
      <w:lvlJc w:val="left"/>
      <w:pPr>
        <w:ind w:left="692" w:hanging="720"/>
      </w:pPr>
      <w:rPr>
        <w:rFonts w:hint="default"/>
      </w:rPr>
    </w:lvl>
    <w:lvl w:ilvl="1" w:tplc="280A0019" w:tentative="1">
      <w:start w:val="1"/>
      <w:numFmt w:val="lowerLetter"/>
      <w:lvlText w:val="%2."/>
      <w:lvlJc w:val="left"/>
      <w:pPr>
        <w:ind w:left="1052" w:hanging="360"/>
      </w:pPr>
    </w:lvl>
    <w:lvl w:ilvl="2" w:tplc="280A001B" w:tentative="1">
      <w:start w:val="1"/>
      <w:numFmt w:val="lowerRoman"/>
      <w:lvlText w:val="%3."/>
      <w:lvlJc w:val="right"/>
      <w:pPr>
        <w:ind w:left="1772" w:hanging="180"/>
      </w:pPr>
    </w:lvl>
    <w:lvl w:ilvl="3" w:tplc="280A000F" w:tentative="1">
      <w:start w:val="1"/>
      <w:numFmt w:val="decimal"/>
      <w:lvlText w:val="%4."/>
      <w:lvlJc w:val="left"/>
      <w:pPr>
        <w:ind w:left="2492" w:hanging="360"/>
      </w:pPr>
    </w:lvl>
    <w:lvl w:ilvl="4" w:tplc="280A0019" w:tentative="1">
      <w:start w:val="1"/>
      <w:numFmt w:val="lowerLetter"/>
      <w:lvlText w:val="%5."/>
      <w:lvlJc w:val="left"/>
      <w:pPr>
        <w:ind w:left="3212" w:hanging="360"/>
      </w:pPr>
    </w:lvl>
    <w:lvl w:ilvl="5" w:tplc="280A001B" w:tentative="1">
      <w:start w:val="1"/>
      <w:numFmt w:val="lowerRoman"/>
      <w:lvlText w:val="%6."/>
      <w:lvlJc w:val="right"/>
      <w:pPr>
        <w:ind w:left="3932" w:hanging="180"/>
      </w:pPr>
    </w:lvl>
    <w:lvl w:ilvl="6" w:tplc="280A000F" w:tentative="1">
      <w:start w:val="1"/>
      <w:numFmt w:val="decimal"/>
      <w:lvlText w:val="%7."/>
      <w:lvlJc w:val="left"/>
      <w:pPr>
        <w:ind w:left="4652" w:hanging="360"/>
      </w:pPr>
    </w:lvl>
    <w:lvl w:ilvl="7" w:tplc="280A0019" w:tentative="1">
      <w:start w:val="1"/>
      <w:numFmt w:val="lowerLetter"/>
      <w:lvlText w:val="%8."/>
      <w:lvlJc w:val="left"/>
      <w:pPr>
        <w:ind w:left="5372" w:hanging="360"/>
      </w:pPr>
    </w:lvl>
    <w:lvl w:ilvl="8" w:tplc="280A001B" w:tentative="1">
      <w:start w:val="1"/>
      <w:numFmt w:val="lowerRoman"/>
      <w:lvlText w:val="%9."/>
      <w:lvlJc w:val="right"/>
      <w:pPr>
        <w:ind w:left="6092" w:hanging="180"/>
      </w:pPr>
    </w:lvl>
  </w:abstractNum>
  <w:abstractNum w:abstractNumId="14" w15:restartNumberingAfterBreak="0">
    <w:nsid w:val="42237885"/>
    <w:multiLevelType w:val="hybridMultilevel"/>
    <w:tmpl w:val="B2A4D4B2"/>
    <w:lvl w:ilvl="0" w:tplc="B44434CA">
      <w:start w:val="1"/>
      <w:numFmt w:val="upperRoman"/>
      <w:lvlText w:val="%1."/>
      <w:lvlJc w:val="left"/>
      <w:pPr>
        <w:ind w:left="1004" w:hanging="72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5" w15:restartNumberingAfterBreak="0">
    <w:nsid w:val="7C1A341F"/>
    <w:multiLevelType w:val="hybridMultilevel"/>
    <w:tmpl w:val="6A12CFD0"/>
    <w:lvl w:ilvl="0" w:tplc="5330AC4C">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num w:numId="1" w16cid:durableId="1460537291">
    <w:abstractNumId w:val="8"/>
  </w:num>
  <w:num w:numId="2" w16cid:durableId="293292713">
    <w:abstractNumId w:val="6"/>
  </w:num>
  <w:num w:numId="3" w16cid:durableId="1192106420">
    <w:abstractNumId w:val="5"/>
  </w:num>
  <w:num w:numId="4" w16cid:durableId="1850292954">
    <w:abstractNumId w:val="4"/>
  </w:num>
  <w:num w:numId="5" w16cid:durableId="673455845">
    <w:abstractNumId w:val="7"/>
  </w:num>
  <w:num w:numId="6" w16cid:durableId="840896283">
    <w:abstractNumId w:val="3"/>
  </w:num>
  <w:num w:numId="7" w16cid:durableId="68698098">
    <w:abstractNumId w:val="2"/>
  </w:num>
  <w:num w:numId="8" w16cid:durableId="1219853976">
    <w:abstractNumId w:val="1"/>
  </w:num>
  <w:num w:numId="9" w16cid:durableId="1752004616">
    <w:abstractNumId w:val="0"/>
  </w:num>
  <w:num w:numId="10" w16cid:durableId="1821117478">
    <w:abstractNumId w:val="9"/>
  </w:num>
  <w:num w:numId="11" w16cid:durableId="1252739447">
    <w:abstractNumId w:val="12"/>
  </w:num>
  <w:num w:numId="12" w16cid:durableId="1067999341">
    <w:abstractNumId w:val="11"/>
  </w:num>
  <w:num w:numId="13" w16cid:durableId="589236483">
    <w:abstractNumId w:val="10"/>
  </w:num>
  <w:num w:numId="14" w16cid:durableId="2068600750">
    <w:abstractNumId w:val="14"/>
  </w:num>
  <w:num w:numId="15" w16cid:durableId="1564868795">
    <w:abstractNumId w:val="15"/>
  </w:num>
  <w:num w:numId="16" w16cid:durableId="1280988871">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D15"/>
    <w:rsid w:val="00034616"/>
    <w:rsid w:val="0006063C"/>
    <w:rsid w:val="00066631"/>
    <w:rsid w:val="0015074B"/>
    <w:rsid w:val="00177D27"/>
    <w:rsid w:val="0029639D"/>
    <w:rsid w:val="002C57D7"/>
    <w:rsid w:val="002D7423"/>
    <w:rsid w:val="00326F90"/>
    <w:rsid w:val="00402FDA"/>
    <w:rsid w:val="004172A1"/>
    <w:rsid w:val="004375F4"/>
    <w:rsid w:val="00445A2B"/>
    <w:rsid w:val="00483075"/>
    <w:rsid w:val="00586102"/>
    <w:rsid w:val="00632497"/>
    <w:rsid w:val="006E4F94"/>
    <w:rsid w:val="00700566"/>
    <w:rsid w:val="008039D2"/>
    <w:rsid w:val="00840C5E"/>
    <w:rsid w:val="008C7D04"/>
    <w:rsid w:val="0090135E"/>
    <w:rsid w:val="00AA1D8D"/>
    <w:rsid w:val="00B47730"/>
    <w:rsid w:val="00C26DEC"/>
    <w:rsid w:val="00CB0664"/>
    <w:rsid w:val="00D41AB4"/>
    <w:rsid w:val="00DE60CC"/>
    <w:rsid w:val="00E70CD5"/>
    <w:rsid w:val="00EC48A8"/>
    <w:rsid w:val="00ED4862"/>
    <w:rsid w:val="00F30103"/>
    <w:rsid w:val="00F43812"/>
    <w:rsid w:val="00FA5CFC"/>
    <w:rsid w:val="00FC693F"/>
    <w:rsid w:val="00FD2378"/>
    <w:rsid w:val="11675F63"/>
    <w:rsid w:val="3279287A"/>
    <w:rsid w:val="45AB7FAB"/>
    <w:rsid w:val="4C19A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5C008F"/>
  <w14:defaultImageDpi w14:val="300"/>
  <w15:docId w15:val="{4DF39357-4D60-460E-B214-1125EAF642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20" w:line="259" w:lineRule="auto"/>
    </w:pPr>
    <w:rPr>
      <w:rFonts w:ascii="Calibri" w:hAnsi="Calibri" w:eastAsia="Calibri"/>
      <w:lang w:val="es-PE"/>
    </w:rPr>
  </w:style>
  <w:style w:type="paragraph" w:styleId="Ttulo1">
    <w:name w:val="heading 1"/>
    <w:basedOn w:val="Normal"/>
    <w:next w:val="Normal"/>
    <w:link w:val="Ttulo1Car"/>
    <w:uiPriority w:val="9"/>
    <w:qFormat/>
    <w:rsid w:val="00FC693F"/>
    <w:pPr>
      <w:keepNext/>
      <w:keepLines/>
      <w:shd w:val="clear" w:color="auto" w:fill="D9D9D9"/>
      <w:spacing w:before="240" w:after="160"/>
      <w:outlineLvl w:val="0"/>
    </w:pPr>
    <w:rPr>
      <w:b/>
      <w:bCs/>
      <w:color w:val="000000"/>
      <w:szCs w:val="28"/>
    </w:rPr>
  </w:style>
  <w:style w:type="paragraph" w:styleId="Ttulo2">
    <w:name w:val="heading 2"/>
    <w:basedOn w:val="Normal"/>
    <w:next w:val="Normal"/>
    <w:link w:val="Ttulo2Car"/>
    <w:uiPriority w:val="9"/>
    <w:unhideWhenUsed/>
    <w:qFormat/>
    <w:rsid w:val="00FC693F"/>
    <w:pPr>
      <w:keepNext/>
      <w:keepLines/>
      <w:shd w:val="clear" w:color="auto" w:fill="F2F2F2"/>
      <w:spacing w:before="200"/>
      <w:outlineLvl w:val="1"/>
    </w:pPr>
    <w:rPr>
      <w:b/>
      <w:bCs/>
      <w:color w:val="00000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styleId="EncabezadoCar" w:customStyle="1">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styleId="Ttulo1Car" w:customStyle="1">
    <w:name w:val="Título 1 Car"/>
    <w:basedOn w:val="Fuentedeprrafopredeter"/>
    <w:link w:val="Ttulo1"/>
    <w:uiPriority w:val="9"/>
    <w:rsid w:val="00FC693F"/>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C693F"/>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rsid w:val="00FC693F"/>
    <w:rPr>
      <w:rFonts w:asciiTheme="majorHAnsi" w:hAnsiTheme="majorHAnsi" w:eastAsiaTheme="majorEastAsia" w:cstheme="majorBidi"/>
      <w:b/>
      <w:bCs/>
      <w:color w:val="4F81BD" w:themeColor="accent1"/>
    </w:rPr>
  </w:style>
  <w:style w:type="paragraph" w:styleId="Ttulo">
    <w:name w:val="Title"/>
    <w:basedOn w:val="Normal"/>
    <w:next w:val="Normal"/>
    <w:link w:val="TtuloC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tuloCar" w:customStyle="1">
    <w:name w:val="Título Car"/>
    <w:basedOn w:val="Fuentedeprrafopredeter"/>
    <w:link w:val="Ttulo"/>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tuloCar" w:customStyle="1">
    <w:name w:val="Subtítulo Car"/>
    <w:basedOn w:val="Fuentedeprrafopredeter"/>
    <w:link w:val="Subttulo"/>
    <w:uiPriority w:val="11"/>
    <w:rsid w:val="00FC693F"/>
    <w:rPr>
      <w:rFonts w:asciiTheme="majorHAnsi" w:hAnsiTheme="majorHAnsi" w:eastAsiaTheme="majorEastAsia" w:cstheme="majorBidi"/>
      <w:i/>
      <w:iCs/>
      <w:color w:val="4F81BD" w:themeColor="accent1"/>
      <w:spacing w:val="15"/>
      <w:sz w:val="24"/>
      <w:szCs w:val="24"/>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styleId="TextoindependienteCar" w:customStyle="1">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styleId="Textoindependiente2Car" w:customStyle="1">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styleId="Textoindependiente3Car" w:customStyle="1">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macroCar" w:customStyle="1">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styleId="CitaCar" w:customStyle="1">
    <w:name w:val="Cita Car"/>
    <w:basedOn w:val="Fuentedeprrafopredeter"/>
    <w:link w:val="Cita"/>
    <w:uiPriority w:val="29"/>
    <w:rsid w:val="00FC693F"/>
    <w:rPr>
      <w:i/>
      <w:iCs/>
      <w:color w:val="000000" w:themeColor="text1"/>
    </w:rPr>
  </w:style>
  <w:style w:type="character" w:styleId="Ttulo4Car" w:customStyle="1">
    <w:name w:val="Título 4 Car"/>
    <w:basedOn w:val="Fuentedeprrafopredeter"/>
    <w:link w:val="Ttulo4"/>
    <w:uiPriority w:val="9"/>
    <w:semiHidden/>
    <w:rsid w:val="00FC693F"/>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C693F"/>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C693F"/>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C693F"/>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C693F"/>
    <w:rPr>
      <w:rFonts w:asciiTheme="majorHAnsi" w:hAnsiTheme="majorHAnsi" w:eastAsiaTheme="majorEastAsia" w:cstheme="majorBidi"/>
      <w:color w:val="4F81BD" w:themeColor="accent1"/>
      <w:sz w:val="20"/>
      <w:szCs w:val="20"/>
    </w:rPr>
  </w:style>
  <w:style w:type="character" w:styleId="Ttulo9Car" w:customStyle="1">
    <w:name w:val="Título 9 Car"/>
    <w:basedOn w:val="Fuentedeprrafopredeter"/>
    <w:link w:val="Ttulo9"/>
    <w:uiPriority w:val="9"/>
    <w:semiHidden/>
    <w:rsid w:val="00FC693F"/>
    <w:rPr>
      <w:rFonts w:asciiTheme="majorHAnsi" w:hAnsiTheme="majorHAnsi" w:eastAsiaTheme="majorEastAsia"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CitadestacadaCar" w:customStyle="1">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1" w:customStyle="1">
    <w:name w:val="Texto nota pie1"/>
    <w:basedOn w:val="Normal"/>
    <w:pPr>
      <w:spacing w:after="0" w:line="240" w:lineRule="auto"/>
      <w:jc w:val="both"/>
    </w:pPr>
    <w:rPr>
      <w:sz w:val="17"/>
    </w:rPr>
  </w:style>
  <w:style w:type="character" w:styleId="Refdenotaalpie1" w:customStyle="1">
    <w:name w:val="Ref. de nota al pie1"/>
    <w:rPr>
      <w:vertAlign w:val="superscript"/>
    </w:rPr>
  </w:style>
  <w:style w:type="character" w:styleId="PrrafodelistaCar" w:customStyle="1">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qFormat/>
    <w:rsid w:val="002D7423"/>
    <w:rPr>
      <w:rFonts w:ascii="Calibri" w:hAnsi="Calibri" w:eastAsia="Calibri"/>
    </w:rPr>
  </w:style>
  <w:style w:type="paragraph" w:styleId="TableParagraph" w:customStyle="1">
    <w:name w:val="Table Paragraph"/>
    <w:basedOn w:val="Normal"/>
    <w:uiPriority w:val="1"/>
    <w:qFormat/>
    <w:rsid w:val="002D7423"/>
    <w:pPr>
      <w:widowControl w:val="0"/>
      <w:autoSpaceDE w:val="0"/>
      <w:autoSpaceDN w:val="0"/>
      <w:spacing w:after="0" w:line="240" w:lineRule="auto"/>
    </w:pPr>
    <w:rPr>
      <w:rFonts w:cs="Calibri"/>
      <w:lang w:val="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2D7423"/>
    <w:pPr>
      <w:widowControl w:val="0"/>
      <w:autoSpaceDE w:val="0"/>
      <w:autoSpaceDN w:val="0"/>
      <w:spacing w:after="0" w:line="240" w:lineRule="auto"/>
    </w:pPr>
    <w:rPr>
      <w:rFonts w:ascii="Arial" w:hAnsi="Arial" w:eastAsia="Arial" w:cs="Arial"/>
      <w:sz w:val="20"/>
      <w:szCs w:val="20"/>
      <w:lang w:eastAsia="es-PE" w:bidi="es-PE"/>
    </w:rPr>
  </w:style>
  <w:style w:type="character" w:styleId="TextonotapieCar" w:customStyle="1">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2D7423"/>
    <w:rPr>
      <w:rFonts w:ascii="Arial" w:hAnsi="Arial" w:eastAsia="Arial" w:cs="Arial"/>
      <w:sz w:val="20"/>
      <w:szCs w:val="20"/>
      <w:lang w:val="es-PE"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2D7423"/>
    <w:rPr>
      <w:vertAlign w:val="superscript"/>
    </w:rPr>
  </w:style>
  <w:style w:type="table" w:styleId="TableNormal1" w:customStyle="1">
    <w:name w:val="Table Normal1"/>
    <w:uiPriority w:val="2"/>
    <w:semiHidden/>
    <w:unhideWhenUsed/>
    <w:qFormat/>
    <w:rsid w:val="00F30103"/>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0ee877-be8d-4309-8dfa-6ef3eefe2dbe" xsi:nil="true"/>
    <lcf76f155ced4ddcb4097134ff3c332f xmlns="f68cbc09-5db5-44b1-9a53-95f24404158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BEDA916B8D7A247A3B5683C7C70F806" ma:contentTypeVersion="15" ma:contentTypeDescription="Crear nuevo documento." ma:contentTypeScope="" ma:versionID="8212066bc67c6c552483c1ae857b2b2f">
  <xsd:schema xmlns:xsd="http://www.w3.org/2001/XMLSchema" xmlns:xs="http://www.w3.org/2001/XMLSchema" xmlns:p="http://schemas.microsoft.com/office/2006/metadata/properties" xmlns:ns2="6d0ee877-be8d-4309-8dfa-6ef3eefe2dbe" xmlns:ns3="f68cbc09-5db5-44b1-9a53-95f24404158b" targetNamespace="http://schemas.microsoft.com/office/2006/metadata/properties" ma:root="true" ma:fieldsID="9cc00a4df0bb95508a4e84d15da036df" ns2:_="" ns3:_="">
    <xsd:import namespace="6d0ee877-be8d-4309-8dfa-6ef3eefe2dbe"/>
    <xsd:import namespace="f68cbc09-5db5-44b1-9a53-95f2440415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ee877-be8d-4309-8dfa-6ef3eefe2dbe"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a161ff80-685b-41fc-a0cb-2dc0b19784cb}" ma:internalName="TaxCatchAll" ma:showField="CatchAllData" ma:web="6d0ee877-be8d-4309-8dfa-6ef3eefe2d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8cbc09-5db5-44b1-9a53-95f2440415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5b88aa1d-0d17-434a-b4d8-cfce75cff10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EAA40-9DF6-4765-9071-C298987DF31D}">
  <ds:schemaRefs>
    <ds:schemaRef ds:uri="http://schemas.microsoft.com/office/2006/metadata/properties"/>
    <ds:schemaRef ds:uri="http://schemas.microsoft.com/office/infopath/2007/PartnerControls"/>
    <ds:schemaRef ds:uri="6d0ee877-be8d-4309-8dfa-6ef3eefe2dbe"/>
    <ds:schemaRef ds:uri="f68cbc09-5db5-44b1-9a53-95f24404158b"/>
  </ds:schemaRefs>
</ds:datastoreItem>
</file>

<file path=customXml/itemProps2.xml><?xml version="1.0" encoding="utf-8"?>
<ds:datastoreItem xmlns:ds="http://schemas.openxmlformats.org/officeDocument/2006/customXml" ds:itemID="{66D3F714-4362-431C-B743-10A8E1CD4F72}">
  <ds:schemaRefs>
    <ds:schemaRef ds:uri="http://schemas.microsoft.com/sharepoint/v3/contenttype/forms"/>
  </ds:schemaRefs>
</ds:datastoreItem>
</file>

<file path=customXml/itemProps3.xml><?xml version="1.0" encoding="utf-8"?>
<ds:datastoreItem xmlns:ds="http://schemas.openxmlformats.org/officeDocument/2006/customXml" ds:itemID="{A915C505-ABA7-4FEF-822A-36B55EDBE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ee877-be8d-4309-8dfa-6ef3eefe2dbe"/>
    <ds:schemaRef ds:uri="f68cbc09-5db5-44b1-9a53-95f244041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Formatos Validación de la Innovación – Piura</dc:title>
  <dc:subject>GB|p=7|r=20|ronda=0|d=formatos</dc:subject>
  <dc:creator>Generador de Bases</dc:creator>
  <keywords/>
  <dc:description>generated by python-docx</dc:description>
  <lastModifiedBy>Andy Callirgos Chia</lastModifiedBy>
  <revision>14</revision>
  <dcterms:created xsi:type="dcterms:W3CDTF">2013-12-23T23:15:00.0000000Z</dcterms:created>
  <dcterms:modified xsi:type="dcterms:W3CDTF">2026-10-20T15:03:23.4767703Z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0x010100CBEDA916B8D7A247A3B5683C7C70F806</vt:lpwstr>
  </property>
  <property fmtid="{D5CDD505-2E9C-101B-9397-08002B2CF9AE}" pid="3" name="MediaServiceImageTags">
    <vt:lpwstr/>
  </property>
</Properties>
</file>