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6BB9E" w14:textId="77777777" w:rsidR="007E079B" w:rsidRPr="00355959" w:rsidRDefault="00F90A75">
      <w:pPr>
        <w:pStyle w:val="Ttulo1"/>
        <w:jc w:val="center"/>
        <w:rPr>
          <w:lang w:val="es-PE"/>
        </w:rPr>
      </w:pPr>
      <w:r w:rsidRPr="00355959">
        <w:rPr>
          <w:lang w:val="es-PE"/>
        </w:rPr>
        <w:t>FORMATO I: Declaración Jurada de Chequeo Legal y Compromiso (para postulación como equipo de personas naturales)</w:t>
      </w:r>
    </w:p>
    <w:tbl>
      <w:tblPr>
        <w:tblStyle w:val="Tablaconcuadrcula"/>
        <w:tblW w:w="9071" w:type="dxa"/>
        <w:jc w:val="center"/>
        <w:tblLayout w:type="fixed"/>
        <w:tblLook w:val="04A0" w:firstRow="1" w:lastRow="0" w:firstColumn="1" w:lastColumn="0" w:noHBand="0" w:noVBand="1"/>
      </w:tblPr>
      <w:tblGrid>
        <w:gridCol w:w="7937"/>
        <w:gridCol w:w="1134"/>
      </w:tblGrid>
      <w:tr w:rsidR="007E079B" w:rsidRPr="0047359B" w14:paraId="7EB75239" w14:textId="77777777" w:rsidTr="00C269F9">
        <w:trPr>
          <w:cantSplit/>
          <w:tblHeader/>
          <w:jc w:val="center"/>
        </w:trPr>
        <w:tc>
          <w:tcPr>
            <w:tcW w:w="7937" w:type="dxa"/>
            <w:shd w:val="clear" w:color="auto" w:fill="D71920"/>
            <w:vAlign w:val="center"/>
          </w:tcPr>
          <w:p w14:paraId="7108641A" w14:textId="77777777" w:rsidR="007E079B" w:rsidRDefault="00F90A75">
            <w:pPr>
              <w:spacing w:before="20" w:after="20" w:line="240" w:lineRule="auto"/>
              <w:jc w:val="center"/>
            </w:pPr>
            <w:bookmarkStart w:id="0" w:name="_gb533"/>
            <w:proofErr w:type="spellStart"/>
            <w:r>
              <w:rPr>
                <w:b/>
                <w:color w:val="FFFFFF"/>
                <w:sz w:val="20"/>
              </w:rPr>
              <w:t>Requisitos</w:t>
            </w:r>
            <w:proofErr w:type="spellEnd"/>
            <w:r>
              <w:rPr>
                <w:b/>
                <w:color w:val="FFFFFF"/>
                <w:sz w:val="20"/>
              </w:rPr>
              <w:t xml:space="preserve"> </w:t>
            </w:r>
            <w:proofErr w:type="spellStart"/>
            <w:r>
              <w:rPr>
                <w:b/>
                <w:color w:val="FFFFFF"/>
                <w:sz w:val="20"/>
              </w:rPr>
              <w:t>Legales</w:t>
            </w:r>
            <w:proofErr w:type="spellEnd"/>
          </w:p>
        </w:tc>
        <w:tc>
          <w:tcPr>
            <w:tcW w:w="1134" w:type="dxa"/>
            <w:shd w:val="clear" w:color="auto" w:fill="D71920"/>
            <w:vAlign w:val="center"/>
          </w:tcPr>
          <w:p w14:paraId="69F53320" w14:textId="77777777" w:rsidR="007E079B" w:rsidRPr="00355959" w:rsidRDefault="00F90A75">
            <w:pPr>
              <w:spacing w:before="20" w:after="20" w:line="240" w:lineRule="auto"/>
              <w:jc w:val="center"/>
              <w:rPr>
                <w:lang w:val="es-PE"/>
              </w:rPr>
            </w:pPr>
            <w:r w:rsidRPr="00355959">
              <w:rPr>
                <w:b/>
                <w:color w:val="FFFFFF"/>
                <w:sz w:val="20"/>
                <w:lang w:val="es-PE"/>
              </w:rPr>
              <w:t>Sí cumplo (Marcar con una X)</w:t>
            </w:r>
          </w:p>
        </w:tc>
      </w:tr>
      <w:tr w:rsidR="007E079B" w:rsidRPr="0047359B" w14:paraId="22D6B7DD" w14:textId="77777777" w:rsidTr="00C269F9">
        <w:trPr>
          <w:cantSplit/>
          <w:jc w:val="center"/>
        </w:trPr>
        <w:tc>
          <w:tcPr>
            <w:tcW w:w="7937" w:type="dxa"/>
            <w:vAlign w:val="center"/>
          </w:tcPr>
          <w:p w14:paraId="59DA61B9" w14:textId="77777777" w:rsidR="007E079B" w:rsidRPr="00355959" w:rsidRDefault="00F90A75">
            <w:pPr>
              <w:spacing w:before="20" w:after="20" w:line="240" w:lineRule="auto"/>
              <w:rPr>
                <w:lang w:val="es-PE"/>
              </w:rPr>
            </w:pPr>
            <w:r w:rsidRPr="00355959">
              <w:rPr>
                <w:b/>
                <w:sz w:val="20"/>
                <w:lang w:val="es-PE"/>
              </w:rPr>
              <w:t>Los miembros del equipo emprendedor, incluido el líder emprendedor, cumplen con los siguientes requisitos:</w:t>
            </w:r>
          </w:p>
        </w:tc>
        <w:tc>
          <w:tcPr>
            <w:tcW w:w="1134" w:type="dxa"/>
            <w:vAlign w:val="center"/>
          </w:tcPr>
          <w:p w14:paraId="29E3CA5A" w14:textId="77777777" w:rsidR="007E079B" w:rsidRPr="00355959" w:rsidRDefault="007E079B">
            <w:pPr>
              <w:spacing w:before="20" w:after="20" w:line="240" w:lineRule="auto"/>
              <w:rPr>
                <w:lang w:val="es-PE"/>
              </w:rPr>
            </w:pPr>
          </w:p>
        </w:tc>
      </w:tr>
      <w:tr w:rsidR="007E079B" w:rsidRPr="0047359B" w14:paraId="2BC60C74" w14:textId="77777777" w:rsidTr="00C269F9">
        <w:trPr>
          <w:cantSplit/>
          <w:jc w:val="center"/>
        </w:trPr>
        <w:tc>
          <w:tcPr>
            <w:tcW w:w="7937" w:type="dxa"/>
            <w:vAlign w:val="center"/>
          </w:tcPr>
          <w:p w14:paraId="2258529C" w14:textId="77777777" w:rsidR="007E079B" w:rsidRPr="00355959" w:rsidRDefault="00F90A75">
            <w:pPr>
              <w:tabs>
                <w:tab w:val="left" w:pos="369"/>
              </w:tabs>
              <w:spacing w:before="20" w:after="20" w:line="240" w:lineRule="auto"/>
              <w:ind w:left="369" w:hanging="369"/>
              <w:rPr>
                <w:lang w:val="es-PE"/>
              </w:rPr>
            </w:pPr>
            <w:r w:rsidRPr="00355959">
              <w:rPr>
                <w:sz w:val="20"/>
                <w:lang w:val="es-PE"/>
              </w:rPr>
              <w:t>a)</w:t>
            </w:r>
            <w:r w:rsidRPr="00355959">
              <w:rPr>
                <w:sz w:val="20"/>
                <w:lang w:val="es-PE"/>
              </w:rPr>
              <w:tab/>
              <w:t>Ser mayor de edad.</w:t>
            </w:r>
          </w:p>
        </w:tc>
        <w:tc>
          <w:tcPr>
            <w:tcW w:w="1134" w:type="dxa"/>
            <w:vAlign w:val="center"/>
          </w:tcPr>
          <w:p w14:paraId="3165DC6D" w14:textId="77777777" w:rsidR="007E079B" w:rsidRPr="00355959" w:rsidRDefault="007E079B">
            <w:pPr>
              <w:spacing w:before="20" w:after="20" w:line="240" w:lineRule="auto"/>
              <w:rPr>
                <w:lang w:val="es-PE"/>
              </w:rPr>
            </w:pPr>
          </w:p>
        </w:tc>
      </w:tr>
      <w:tr w:rsidR="007E079B" w:rsidRPr="0047359B" w14:paraId="402C9C3C" w14:textId="77777777" w:rsidTr="00C269F9">
        <w:trPr>
          <w:cantSplit/>
          <w:jc w:val="center"/>
        </w:trPr>
        <w:tc>
          <w:tcPr>
            <w:tcW w:w="7937" w:type="dxa"/>
            <w:vAlign w:val="center"/>
          </w:tcPr>
          <w:p w14:paraId="67D88339" w14:textId="77777777" w:rsidR="007E079B" w:rsidRPr="00355959" w:rsidRDefault="00F90A75">
            <w:pPr>
              <w:tabs>
                <w:tab w:val="left" w:pos="369"/>
              </w:tabs>
              <w:spacing w:before="20" w:after="20" w:line="240" w:lineRule="auto"/>
              <w:ind w:left="369" w:hanging="369"/>
              <w:rPr>
                <w:lang w:val="es-PE"/>
              </w:rPr>
            </w:pPr>
            <w:r w:rsidRPr="00355959">
              <w:rPr>
                <w:sz w:val="20"/>
                <w:lang w:val="es-PE"/>
              </w:rPr>
              <w:t>b)</w:t>
            </w:r>
            <w:r w:rsidRPr="00355959">
              <w:rPr>
                <w:sz w:val="20"/>
                <w:lang w:val="es-PE"/>
              </w:rPr>
              <w:tab/>
              <w:t>El Líder Emprendedor deberá tener domicilio en la región Piura, según su Documento Nacional de Identidad (DNI).</w:t>
            </w:r>
          </w:p>
        </w:tc>
        <w:tc>
          <w:tcPr>
            <w:tcW w:w="1134" w:type="dxa"/>
            <w:vAlign w:val="center"/>
          </w:tcPr>
          <w:p w14:paraId="782F0DAD" w14:textId="77777777" w:rsidR="007E079B" w:rsidRPr="00355959" w:rsidRDefault="007E079B">
            <w:pPr>
              <w:spacing w:before="20" w:after="20" w:line="240" w:lineRule="auto"/>
              <w:rPr>
                <w:lang w:val="es-PE"/>
              </w:rPr>
            </w:pPr>
          </w:p>
        </w:tc>
      </w:tr>
      <w:tr w:rsidR="007E079B" w:rsidRPr="0047359B" w14:paraId="4170974B" w14:textId="77777777" w:rsidTr="00C269F9">
        <w:trPr>
          <w:cantSplit/>
          <w:jc w:val="center"/>
        </w:trPr>
        <w:tc>
          <w:tcPr>
            <w:tcW w:w="7937" w:type="dxa"/>
            <w:vAlign w:val="center"/>
          </w:tcPr>
          <w:p w14:paraId="0A728357" w14:textId="77777777" w:rsidR="007E079B" w:rsidRPr="00355959" w:rsidRDefault="00F90A75">
            <w:pPr>
              <w:tabs>
                <w:tab w:val="left" w:pos="369"/>
              </w:tabs>
              <w:spacing w:before="20" w:after="20" w:line="240" w:lineRule="auto"/>
              <w:ind w:left="369" w:hanging="369"/>
              <w:rPr>
                <w:lang w:val="es-PE"/>
              </w:rPr>
            </w:pPr>
            <w:r w:rsidRPr="00355959">
              <w:rPr>
                <w:sz w:val="20"/>
                <w:lang w:val="es-PE"/>
              </w:rPr>
              <w:t>c)</w:t>
            </w:r>
            <w:r w:rsidRPr="00355959">
              <w:rPr>
                <w:sz w:val="20"/>
                <w:lang w:val="es-PE"/>
              </w:rPr>
              <w:tab/>
              <w:t>La mayoría</w:t>
            </w:r>
            <w:r>
              <w:rPr>
                <w:rStyle w:val="Refdenotaalpie1"/>
              </w:rPr>
              <w:footnoteReference w:id="1"/>
            </w:r>
            <w:r w:rsidRPr="00355959">
              <w:rPr>
                <w:sz w:val="20"/>
                <w:lang w:val="es-PE"/>
              </w:rPr>
              <w:t xml:space="preserve"> de los integrantes del equipo emprendedor deberá tener domicilio en la región Piura. Según su Documento Nacional de Identidad (DNI) o Carnet de Extranjería (CE).</w:t>
            </w:r>
          </w:p>
        </w:tc>
        <w:tc>
          <w:tcPr>
            <w:tcW w:w="1134" w:type="dxa"/>
            <w:vAlign w:val="center"/>
          </w:tcPr>
          <w:p w14:paraId="66255667" w14:textId="77777777" w:rsidR="007E079B" w:rsidRPr="00355959" w:rsidRDefault="007E079B">
            <w:pPr>
              <w:spacing w:before="20" w:after="20" w:line="240" w:lineRule="auto"/>
              <w:rPr>
                <w:lang w:val="es-PE"/>
              </w:rPr>
            </w:pPr>
          </w:p>
        </w:tc>
      </w:tr>
      <w:tr w:rsidR="007E079B" w:rsidRPr="0047359B" w14:paraId="5C3C7B48" w14:textId="77777777" w:rsidTr="00C269F9">
        <w:trPr>
          <w:cantSplit/>
          <w:jc w:val="center"/>
        </w:trPr>
        <w:tc>
          <w:tcPr>
            <w:tcW w:w="7937" w:type="dxa"/>
            <w:vAlign w:val="center"/>
          </w:tcPr>
          <w:p w14:paraId="1768E4FA" w14:textId="77777777" w:rsidR="007E079B" w:rsidRPr="00355959" w:rsidRDefault="00F90A75">
            <w:pPr>
              <w:tabs>
                <w:tab w:val="left" w:pos="369"/>
              </w:tabs>
              <w:spacing w:before="20" w:after="20" w:line="240" w:lineRule="auto"/>
              <w:ind w:left="369" w:hanging="369"/>
              <w:rPr>
                <w:lang w:val="es-PE"/>
              </w:rPr>
            </w:pPr>
            <w:r w:rsidRPr="00355959">
              <w:rPr>
                <w:sz w:val="20"/>
                <w:lang w:val="es-PE"/>
              </w:rPr>
              <w:t>d)</w:t>
            </w:r>
            <w:r w:rsidRPr="00355959">
              <w:rPr>
                <w:sz w:val="20"/>
                <w:lang w:val="es-PE"/>
              </w:rPr>
              <w:tab/>
              <w:t>Contar con DNI o carnet de extranjería vigente, en caso ser extranjero, con pasaporte vigente.</w:t>
            </w:r>
          </w:p>
        </w:tc>
        <w:tc>
          <w:tcPr>
            <w:tcW w:w="1134" w:type="dxa"/>
            <w:vAlign w:val="center"/>
          </w:tcPr>
          <w:p w14:paraId="2E24FE4C" w14:textId="77777777" w:rsidR="007E079B" w:rsidRPr="00355959" w:rsidRDefault="007E079B">
            <w:pPr>
              <w:spacing w:before="20" w:after="20" w:line="240" w:lineRule="auto"/>
              <w:rPr>
                <w:lang w:val="es-PE"/>
              </w:rPr>
            </w:pPr>
          </w:p>
        </w:tc>
      </w:tr>
      <w:tr w:rsidR="007E079B" w:rsidRPr="0047359B" w14:paraId="3E587EBF" w14:textId="77777777" w:rsidTr="00C269F9">
        <w:trPr>
          <w:cantSplit/>
          <w:jc w:val="center"/>
        </w:trPr>
        <w:tc>
          <w:tcPr>
            <w:tcW w:w="7937" w:type="dxa"/>
            <w:vAlign w:val="center"/>
          </w:tcPr>
          <w:p w14:paraId="1752528C" w14:textId="2140DC96" w:rsidR="007E079B" w:rsidRPr="00355959" w:rsidRDefault="00F90A75">
            <w:pPr>
              <w:tabs>
                <w:tab w:val="left" w:pos="369"/>
              </w:tabs>
              <w:spacing w:before="20" w:after="20" w:line="240" w:lineRule="auto"/>
              <w:ind w:left="369" w:hanging="369"/>
              <w:rPr>
                <w:lang w:val="es-PE"/>
              </w:rPr>
            </w:pPr>
            <w:r w:rsidRPr="00355959">
              <w:rPr>
                <w:sz w:val="20"/>
                <w:lang w:val="es-PE"/>
              </w:rPr>
              <w:t>e)</w:t>
            </w:r>
            <w:r w:rsidRPr="00355959">
              <w:rPr>
                <w:sz w:val="20"/>
                <w:lang w:val="es-PE"/>
              </w:rPr>
              <w:tab/>
              <w:t>En caso de encontrarse clasificados en la central de riesgos de la Superintendencia de Banca, Seguros y Administradoras Privadas de Fondos de Pensiones (SBS), no podrá tener una categoría menor a “Cliente con Problemas Potenciales”</w:t>
            </w:r>
            <w:r w:rsidR="00355959">
              <w:rPr>
                <w:sz w:val="20"/>
                <w:lang w:val="es-PE"/>
              </w:rPr>
              <w:t xml:space="preserve"> </w:t>
            </w:r>
            <w:r w:rsidRPr="00355959">
              <w:rPr>
                <w:sz w:val="20"/>
                <w:lang w:val="es-PE"/>
              </w:rPr>
              <w:t>(CPP) al momento de la postulación.</w:t>
            </w:r>
          </w:p>
        </w:tc>
        <w:tc>
          <w:tcPr>
            <w:tcW w:w="1134" w:type="dxa"/>
            <w:vAlign w:val="center"/>
          </w:tcPr>
          <w:p w14:paraId="4C359316" w14:textId="77777777" w:rsidR="007E079B" w:rsidRPr="00355959" w:rsidRDefault="007E079B">
            <w:pPr>
              <w:spacing w:before="20" w:after="20" w:line="240" w:lineRule="auto"/>
              <w:rPr>
                <w:lang w:val="es-PE"/>
              </w:rPr>
            </w:pPr>
          </w:p>
        </w:tc>
      </w:tr>
      <w:tr w:rsidR="007E079B" w:rsidRPr="0047359B" w14:paraId="5F727DA3" w14:textId="77777777" w:rsidTr="00C269F9">
        <w:trPr>
          <w:cantSplit/>
          <w:jc w:val="center"/>
        </w:trPr>
        <w:tc>
          <w:tcPr>
            <w:tcW w:w="7937" w:type="dxa"/>
            <w:vAlign w:val="center"/>
          </w:tcPr>
          <w:p w14:paraId="6403315D" w14:textId="77777777" w:rsidR="007E079B" w:rsidRPr="00355959" w:rsidRDefault="00F90A75">
            <w:pPr>
              <w:tabs>
                <w:tab w:val="left" w:pos="369"/>
              </w:tabs>
              <w:spacing w:before="20" w:after="20" w:line="240" w:lineRule="auto"/>
              <w:ind w:left="369" w:hanging="369"/>
              <w:rPr>
                <w:lang w:val="es-PE"/>
              </w:rPr>
            </w:pPr>
            <w:r w:rsidRPr="00355959">
              <w:rPr>
                <w:sz w:val="20"/>
                <w:lang w:val="es-PE"/>
              </w:rPr>
              <w:t>f)</w:t>
            </w:r>
            <w:r w:rsidRPr="00355959">
              <w:rPr>
                <w:sz w:val="20"/>
                <w:lang w:val="es-PE"/>
              </w:rPr>
              <w:tab/>
              <w:t>No contar con antecedentes penales ni policiales</w:t>
            </w:r>
          </w:p>
        </w:tc>
        <w:tc>
          <w:tcPr>
            <w:tcW w:w="1134" w:type="dxa"/>
            <w:vAlign w:val="center"/>
          </w:tcPr>
          <w:p w14:paraId="69899DAA" w14:textId="77777777" w:rsidR="007E079B" w:rsidRPr="00355959" w:rsidRDefault="007E079B">
            <w:pPr>
              <w:spacing w:before="20" w:after="20" w:line="240" w:lineRule="auto"/>
              <w:rPr>
                <w:lang w:val="es-PE"/>
              </w:rPr>
            </w:pPr>
          </w:p>
        </w:tc>
      </w:tr>
      <w:tr w:rsidR="007E079B" w:rsidRPr="0047359B" w14:paraId="3851BC02" w14:textId="77777777" w:rsidTr="00C269F9">
        <w:trPr>
          <w:cantSplit/>
          <w:jc w:val="center"/>
        </w:trPr>
        <w:tc>
          <w:tcPr>
            <w:tcW w:w="7937" w:type="dxa"/>
            <w:vAlign w:val="center"/>
          </w:tcPr>
          <w:p w14:paraId="464AD239" w14:textId="77777777" w:rsidR="007E079B" w:rsidRPr="00355959" w:rsidRDefault="00F90A75">
            <w:pPr>
              <w:tabs>
                <w:tab w:val="left" w:pos="369"/>
              </w:tabs>
              <w:spacing w:before="20" w:after="20" w:line="240" w:lineRule="auto"/>
              <w:ind w:left="369" w:hanging="369"/>
              <w:rPr>
                <w:lang w:val="es-PE"/>
              </w:rPr>
            </w:pPr>
            <w:r w:rsidRPr="00355959">
              <w:rPr>
                <w:sz w:val="20"/>
                <w:lang w:val="es-PE"/>
              </w:rPr>
              <w:t>g)</w:t>
            </w:r>
            <w:r w:rsidRPr="00355959">
              <w:rPr>
                <w:sz w:val="20"/>
                <w:lang w:val="es-PE"/>
              </w:rPr>
              <w:tab/>
              <w:t>No tener deudas coactivas con la SUNAT, según consulta RUC, SUNAT</w:t>
            </w:r>
            <w:r>
              <w:rPr>
                <w:rStyle w:val="Refdenotaalpie1"/>
              </w:rPr>
              <w:footnoteReference w:id="2"/>
            </w:r>
            <w:r w:rsidRPr="00355959">
              <w:rPr>
                <w:sz w:val="20"/>
                <w:lang w:val="es-PE"/>
              </w:rPr>
              <w:t>, en caso sean peruanos o residentes.</w:t>
            </w:r>
          </w:p>
        </w:tc>
        <w:tc>
          <w:tcPr>
            <w:tcW w:w="1134" w:type="dxa"/>
            <w:vAlign w:val="center"/>
          </w:tcPr>
          <w:p w14:paraId="3F6F9FC9" w14:textId="77777777" w:rsidR="007E079B" w:rsidRPr="00355959" w:rsidRDefault="007E079B">
            <w:pPr>
              <w:spacing w:before="20" w:after="20" w:line="240" w:lineRule="auto"/>
              <w:rPr>
                <w:lang w:val="es-PE"/>
              </w:rPr>
            </w:pPr>
          </w:p>
        </w:tc>
      </w:tr>
      <w:tr w:rsidR="007E079B" w:rsidRPr="0047359B" w14:paraId="7776674D" w14:textId="77777777" w:rsidTr="00C269F9">
        <w:trPr>
          <w:cantSplit/>
          <w:jc w:val="center"/>
        </w:trPr>
        <w:tc>
          <w:tcPr>
            <w:tcW w:w="7937" w:type="dxa"/>
            <w:vAlign w:val="center"/>
          </w:tcPr>
          <w:p w14:paraId="32A67856" w14:textId="77777777" w:rsidR="007E079B" w:rsidRPr="00355959" w:rsidRDefault="00F90A75">
            <w:pPr>
              <w:tabs>
                <w:tab w:val="left" w:pos="369"/>
              </w:tabs>
              <w:spacing w:before="20" w:after="20" w:line="240" w:lineRule="auto"/>
              <w:ind w:left="369" w:hanging="369"/>
              <w:rPr>
                <w:lang w:val="es-PE"/>
              </w:rPr>
            </w:pPr>
            <w:r w:rsidRPr="00355959">
              <w:rPr>
                <w:sz w:val="20"/>
                <w:lang w:val="es-PE"/>
              </w:rPr>
              <w:t>h)</w:t>
            </w:r>
            <w:r w:rsidRPr="00355959">
              <w:rPr>
                <w:sz w:val="20"/>
                <w:lang w:val="es-PE"/>
              </w:rPr>
              <w:tab/>
              <w:t>No estar sancionado con inhabilitación temporal o definitiva para contratar con el Estado peruano, mientras dure tal sanción.</w:t>
            </w:r>
          </w:p>
        </w:tc>
        <w:tc>
          <w:tcPr>
            <w:tcW w:w="1134" w:type="dxa"/>
            <w:vAlign w:val="center"/>
          </w:tcPr>
          <w:p w14:paraId="37634C64" w14:textId="77777777" w:rsidR="007E079B" w:rsidRPr="00355959" w:rsidRDefault="007E079B">
            <w:pPr>
              <w:spacing w:before="20" w:after="20" w:line="240" w:lineRule="auto"/>
              <w:rPr>
                <w:lang w:val="es-PE"/>
              </w:rPr>
            </w:pPr>
          </w:p>
        </w:tc>
      </w:tr>
      <w:tr w:rsidR="007E079B" w:rsidRPr="0047359B" w14:paraId="73E980E8" w14:textId="77777777" w:rsidTr="00C269F9">
        <w:trPr>
          <w:cantSplit/>
          <w:jc w:val="center"/>
        </w:trPr>
        <w:tc>
          <w:tcPr>
            <w:tcW w:w="7937" w:type="dxa"/>
            <w:vAlign w:val="center"/>
          </w:tcPr>
          <w:p w14:paraId="1465E00C" w14:textId="77777777" w:rsidR="007E079B" w:rsidRPr="00355959" w:rsidRDefault="00F90A75">
            <w:pPr>
              <w:tabs>
                <w:tab w:val="left" w:pos="369"/>
              </w:tabs>
              <w:spacing w:before="20" w:after="20" w:line="240" w:lineRule="auto"/>
              <w:ind w:left="369" w:hanging="369"/>
              <w:rPr>
                <w:lang w:val="es-PE"/>
              </w:rPr>
            </w:pPr>
            <w:r w:rsidRPr="00355959">
              <w:rPr>
                <w:sz w:val="20"/>
                <w:lang w:val="es-PE"/>
              </w:rPr>
              <w:t>i)</w:t>
            </w:r>
            <w:r w:rsidRPr="00355959">
              <w:rPr>
                <w:sz w:val="20"/>
                <w:lang w:val="es-PE"/>
              </w:rPr>
              <w:tab/>
              <w:t>No tener sentencia consentida y/o ejecutoriada por delitos contra la administración pública en agravio del Estado.</w:t>
            </w:r>
          </w:p>
        </w:tc>
        <w:tc>
          <w:tcPr>
            <w:tcW w:w="1134" w:type="dxa"/>
            <w:vAlign w:val="center"/>
          </w:tcPr>
          <w:p w14:paraId="2350F591" w14:textId="77777777" w:rsidR="007E079B" w:rsidRPr="00355959" w:rsidRDefault="007E079B">
            <w:pPr>
              <w:spacing w:before="20" w:after="20" w:line="240" w:lineRule="auto"/>
              <w:rPr>
                <w:lang w:val="es-PE"/>
              </w:rPr>
            </w:pPr>
          </w:p>
        </w:tc>
      </w:tr>
      <w:tr w:rsidR="007E079B" w:rsidRPr="0047359B" w14:paraId="7760FF49" w14:textId="77777777" w:rsidTr="00C269F9">
        <w:trPr>
          <w:cantSplit/>
          <w:jc w:val="center"/>
        </w:trPr>
        <w:tc>
          <w:tcPr>
            <w:tcW w:w="7937" w:type="dxa"/>
            <w:vAlign w:val="center"/>
          </w:tcPr>
          <w:p w14:paraId="60033E30" w14:textId="77777777" w:rsidR="007E079B" w:rsidRPr="00355959" w:rsidRDefault="00F90A75">
            <w:pPr>
              <w:tabs>
                <w:tab w:val="left" w:pos="369"/>
              </w:tabs>
              <w:spacing w:before="20" w:after="20" w:line="240" w:lineRule="auto"/>
              <w:ind w:left="369" w:hanging="369"/>
              <w:rPr>
                <w:lang w:val="es-PE"/>
              </w:rPr>
            </w:pPr>
            <w:r w:rsidRPr="00355959">
              <w:rPr>
                <w:sz w:val="20"/>
                <w:lang w:val="es-PE"/>
              </w:rPr>
              <w:t>j)</w:t>
            </w:r>
            <w:r w:rsidRPr="00355959">
              <w:rPr>
                <w:sz w:val="20"/>
                <w:lang w:val="es-PE"/>
              </w:rPr>
              <w:tab/>
              <w:t>No ejercer una función pública en las Entidades del Estado peruano al momento de la suscripción del contrato</w:t>
            </w:r>
            <w:r>
              <w:rPr>
                <w:rStyle w:val="Refdenotaalpie1"/>
              </w:rPr>
              <w:footnoteReference w:id="3"/>
            </w:r>
            <w:r w:rsidRPr="00355959">
              <w:rPr>
                <w:sz w:val="20"/>
                <w:lang w:val="es-PE"/>
              </w:rPr>
              <w:t>.</w:t>
            </w:r>
          </w:p>
        </w:tc>
        <w:tc>
          <w:tcPr>
            <w:tcW w:w="1134" w:type="dxa"/>
            <w:vAlign w:val="center"/>
          </w:tcPr>
          <w:p w14:paraId="7775A5A7" w14:textId="77777777" w:rsidR="007E079B" w:rsidRPr="00355959" w:rsidRDefault="007E079B">
            <w:pPr>
              <w:spacing w:before="20" w:after="20" w:line="240" w:lineRule="auto"/>
              <w:rPr>
                <w:lang w:val="es-PE"/>
              </w:rPr>
            </w:pPr>
          </w:p>
        </w:tc>
      </w:tr>
      <w:tr w:rsidR="007E079B" w:rsidRPr="0047359B" w14:paraId="509802AE" w14:textId="77777777" w:rsidTr="00C269F9">
        <w:trPr>
          <w:cantSplit/>
          <w:jc w:val="center"/>
        </w:trPr>
        <w:tc>
          <w:tcPr>
            <w:tcW w:w="7937" w:type="dxa"/>
            <w:vAlign w:val="center"/>
          </w:tcPr>
          <w:p w14:paraId="5F2E8B07" w14:textId="77777777" w:rsidR="007E079B" w:rsidRPr="00355959" w:rsidRDefault="00F90A75">
            <w:pPr>
              <w:tabs>
                <w:tab w:val="left" w:pos="369"/>
              </w:tabs>
              <w:spacing w:before="20" w:after="20" w:line="240" w:lineRule="auto"/>
              <w:ind w:left="369" w:hanging="369"/>
              <w:rPr>
                <w:lang w:val="es-PE"/>
              </w:rPr>
            </w:pPr>
            <w:r w:rsidRPr="00355959">
              <w:rPr>
                <w:sz w:val="20"/>
                <w:lang w:val="es-PE"/>
              </w:rPr>
              <w:t>k)</w:t>
            </w:r>
            <w:r w:rsidRPr="00355959">
              <w:rPr>
                <w:sz w:val="20"/>
                <w:lang w:val="es-PE"/>
              </w:rPr>
              <w:tab/>
              <w:t>No tener proyectos en estado interrumpido o judicializado en PROINNÓVATE (esto dado a incumplimiento contractuales).</w:t>
            </w:r>
          </w:p>
        </w:tc>
        <w:tc>
          <w:tcPr>
            <w:tcW w:w="1134" w:type="dxa"/>
            <w:vAlign w:val="center"/>
          </w:tcPr>
          <w:p w14:paraId="179880F5" w14:textId="77777777" w:rsidR="007E079B" w:rsidRPr="00355959" w:rsidRDefault="007E079B">
            <w:pPr>
              <w:spacing w:before="20" w:after="20" w:line="240" w:lineRule="auto"/>
              <w:rPr>
                <w:lang w:val="es-PE"/>
              </w:rPr>
            </w:pPr>
          </w:p>
        </w:tc>
      </w:tr>
      <w:tr w:rsidR="007E079B" w:rsidRPr="0047359B" w14:paraId="48FF197F" w14:textId="77777777" w:rsidTr="00C269F9">
        <w:trPr>
          <w:cantSplit/>
          <w:jc w:val="center"/>
        </w:trPr>
        <w:tc>
          <w:tcPr>
            <w:tcW w:w="7937" w:type="dxa"/>
            <w:vAlign w:val="center"/>
          </w:tcPr>
          <w:p w14:paraId="72ABB895" w14:textId="77777777" w:rsidR="007E079B" w:rsidRPr="00355959" w:rsidRDefault="00F90A75">
            <w:pPr>
              <w:tabs>
                <w:tab w:val="left" w:pos="369"/>
              </w:tabs>
              <w:spacing w:before="20" w:after="20" w:line="240" w:lineRule="auto"/>
              <w:ind w:left="369" w:hanging="369"/>
              <w:rPr>
                <w:lang w:val="es-PE"/>
              </w:rPr>
            </w:pPr>
            <w:r w:rsidRPr="00355959">
              <w:rPr>
                <w:sz w:val="20"/>
                <w:lang w:val="es-PE"/>
              </w:rPr>
              <w:t>l)</w:t>
            </w:r>
            <w:r w:rsidRPr="00355959">
              <w:rPr>
                <w:sz w:val="20"/>
                <w:lang w:val="es-PE"/>
              </w:rPr>
              <w:tab/>
              <w:t>No formar parte del equipo emprendedor de una startup que haya sido beneficiaria de los concursos “Emprendimientos Innovadores” y/o “Emprendimientos Dinámicos” de PROINNÓVATE y que, a la fecha de cierre de la presente convocatoria, no hayan transcurrido al menos doce (12) meses desde la presentación de la solicitud de cierre del proyecto por parte del Ejecutivo de Proyectos de PROINNÓVATE.</w:t>
            </w:r>
          </w:p>
        </w:tc>
        <w:tc>
          <w:tcPr>
            <w:tcW w:w="1134" w:type="dxa"/>
            <w:vAlign w:val="center"/>
          </w:tcPr>
          <w:p w14:paraId="40D51122" w14:textId="77777777" w:rsidR="007E079B" w:rsidRPr="00355959" w:rsidRDefault="007E079B">
            <w:pPr>
              <w:spacing w:before="20" w:after="20" w:line="240" w:lineRule="auto"/>
              <w:rPr>
                <w:lang w:val="es-PE"/>
              </w:rPr>
            </w:pPr>
          </w:p>
        </w:tc>
      </w:tr>
      <w:tr w:rsidR="007E079B" w:rsidRPr="0047359B" w14:paraId="1A425039" w14:textId="77777777" w:rsidTr="00C269F9">
        <w:trPr>
          <w:cantSplit/>
          <w:jc w:val="center"/>
        </w:trPr>
        <w:tc>
          <w:tcPr>
            <w:tcW w:w="7937" w:type="dxa"/>
            <w:vAlign w:val="center"/>
          </w:tcPr>
          <w:p w14:paraId="7D81F64C" w14:textId="77777777" w:rsidR="007E079B" w:rsidRPr="00355959" w:rsidRDefault="00F90A75">
            <w:pPr>
              <w:tabs>
                <w:tab w:val="left" w:pos="369"/>
              </w:tabs>
              <w:spacing w:before="20" w:after="20" w:line="240" w:lineRule="auto"/>
              <w:ind w:left="369" w:hanging="369"/>
              <w:rPr>
                <w:lang w:val="es-PE"/>
              </w:rPr>
            </w:pPr>
            <w:r w:rsidRPr="00355959">
              <w:rPr>
                <w:sz w:val="20"/>
                <w:lang w:val="es-PE"/>
              </w:rPr>
              <w:t>m)</w:t>
            </w:r>
            <w:r w:rsidRPr="00355959">
              <w:rPr>
                <w:sz w:val="20"/>
                <w:lang w:val="es-PE"/>
              </w:rPr>
              <w:tab/>
              <w:t>No estar registrado(s) en una postulación diferente como parte de otro equipo emprendedor, en cualquiera de los concursos de emprendimiento en convocatoria, de los concursos regionales desarrollados en el marco del DER 3.0.</w:t>
            </w:r>
          </w:p>
        </w:tc>
        <w:tc>
          <w:tcPr>
            <w:tcW w:w="1134" w:type="dxa"/>
            <w:vAlign w:val="center"/>
          </w:tcPr>
          <w:p w14:paraId="7DD2C7A7" w14:textId="77777777" w:rsidR="007E079B" w:rsidRPr="00355959" w:rsidRDefault="007E079B">
            <w:pPr>
              <w:spacing w:before="20" w:after="20" w:line="240" w:lineRule="auto"/>
              <w:rPr>
                <w:lang w:val="es-PE"/>
              </w:rPr>
            </w:pPr>
          </w:p>
        </w:tc>
      </w:tr>
      <w:tr w:rsidR="007E079B" w:rsidRPr="0047359B" w14:paraId="3DF39263" w14:textId="77777777" w:rsidTr="00C269F9">
        <w:trPr>
          <w:cantSplit/>
          <w:jc w:val="center"/>
        </w:trPr>
        <w:tc>
          <w:tcPr>
            <w:tcW w:w="7937" w:type="dxa"/>
            <w:vAlign w:val="center"/>
          </w:tcPr>
          <w:p w14:paraId="7D0C6C9A" w14:textId="77777777" w:rsidR="007E079B" w:rsidRPr="00355959" w:rsidRDefault="00F90A75">
            <w:pPr>
              <w:tabs>
                <w:tab w:val="left" w:pos="369"/>
              </w:tabs>
              <w:spacing w:before="20" w:after="20" w:line="240" w:lineRule="auto"/>
              <w:ind w:left="369" w:hanging="369"/>
              <w:rPr>
                <w:lang w:val="es-PE"/>
              </w:rPr>
            </w:pPr>
            <w:r w:rsidRPr="00355959">
              <w:rPr>
                <w:sz w:val="20"/>
                <w:lang w:val="es-PE"/>
              </w:rPr>
              <w:t>n)</w:t>
            </w:r>
            <w:r w:rsidRPr="00355959">
              <w:rPr>
                <w:sz w:val="20"/>
                <w:lang w:val="es-PE"/>
              </w:rPr>
              <w:tab/>
              <w:t>No estar participando como evaluador externo y/o miembro del comité evaluador.</w:t>
            </w:r>
          </w:p>
        </w:tc>
        <w:tc>
          <w:tcPr>
            <w:tcW w:w="1134" w:type="dxa"/>
            <w:vAlign w:val="center"/>
          </w:tcPr>
          <w:p w14:paraId="60AF3E3D" w14:textId="77777777" w:rsidR="007E079B" w:rsidRPr="00355959" w:rsidRDefault="007E079B">
            <w:pPr>
              <w:spacing w:before="20" w:after="20" w:line="240" w:lineRule="auto"/>
              <w:rPr>
                <w:lang w:val="es-PE"/>
              </w:rPr>
            </w:pPr>
          </w:p>
        </w:tc>
      </w:tr>
      <w:tr w:rsidR="007E079B" w:rsidRPr="0047359B" w14:paraId="104AF689" w14:textId="77777777" w:rsidTr="00C269F9">
        <w:trPr>
          <w:cantSplit/>
          <w:jc w:val="center"/>
        </w:trPr>
        <w:tc>
          <w:tcPr>
            <w:tcW w:w="7937" w:type="dxa"/>
            <w:vAlign w:val="center"/>
          </w:tcPr>
          <w:p w14:paraId="4443ACD7" w14:textId="77777777" w:rsidR="007E079B" w:rsidRPr="00355959" w:rsidRDefault="00F90A75">
            <w:pPr>
              <w:tabs>
                <w:tab w:val="left" w:pos="369"/>
              </w:tabs>
              <w:spacing w:before="20" w:after="20" w:line="240" w:lineRule="auto"/>
              <w:ind w:left="369" w:hanging="369"/>
              <w:rPr>
                <w:lang w:val="es-PE"/>
              </w:rPr>
            </w:pPr>
            <w:r w:rsidRPr="00355959">
              <w:rPr>
                <w:sz w:val="20"/>
                <w:lang w:val="es-PE"/>
              </w:rPr>
              <w:t>o)</w:t>
            </w:r>
            <w:r w:rsidRPr="00355959">
              <w:rPr>
                <w:sz w:val="20"/>
                <w:lang w:val="es-PE"/>
              </w:rPr>
              <w:tab/>
              <w:t>No estar participando como equipo técnico de un proyecto de Fortalecimiento de Entidades de Soporte en ejecución</w:t>
            </w:r>
            <w:r>
              <w:rPr>
                <w:rStyle w:val="Refdenotaalpie1"/>
              </w:rPr>
              <w:footnoteReference w:id="4"/>
            </w:r>
            <w:r w:rsidRPr="00355959">
              <w:rPr>
                <w:sz w:val="20"/>
                <w:lang w:val="es-PE"/>
              </w:rPr>
              <w:t>.</w:t>
            </w:r>
          </w:p>
        </w:tc>
        <w:tc>
          <w:tcPr>
            <w:tcW w:w="1134" w:type="dxa"/>
            <w:vAlign w:val="center"/>
          </w:tcPr>
          <w:p w14:paraId="734A9BE1" w14:textId="77777777" w:rsidR="007E079B" w:rsidRPr="00355959" w:rsidRDefault="007E079B">
            <w:pPr>
              <w:spacing w:before="20" w:after="20" w:line="240" w:lineRule="auto"/>
              <w:rPr>
                <w:lang w:val="es-PE"/>
              </w:rPr>
            </w:pPr>
          </w:p>
        </w:tc>
      </w:tr>
      <w:tr w:rsidR="007E079B" w:rsidRPr="0047359B" w14:paraId="776B09E6" w14:textId="77777777" w:rsidTr="00C269F9">
        <w:trPr>
          <w:cantSplit/>
          <w:jc w:val="center"/>
        </w:trPr>
        <w:tc>
          <w:tcPr>
            <w:tcW w:w="7937" w:type="dxa"/>
            <w:vAlign w:val="center"/>
          </w:tcPr>
          <w:p w14:paraId="26E0998C" w14:textId="77777777" w:rsidR="007E079B" w:rsidRPr="00355959" w:rsidRDefault="00F90A75">
            <w:pPr>
              <w:tabs>
                <w:tab w:val="left" w:pos="369"/>
              </w:tabs>
              <w:spacing w:before="20" w:after="20" w:line="240" w:lineRule="auto"/>
              <w:ind w:left="369" w:hanging="369"/>
              <w:rPr>
                <w:lang w:val="es-PE"/>
              </w:rPr>
            </w:pPr>
            <w:r w:rsidRPr="00355959">
              <w:rPr>
                <w:sz w:val="20"/>
                <w:lang w:val="es-PE"/>
              </w:rPr>
              <w:lastRenderedPageBreak/>
              <w:t>p)</w:t>
            </w:r>
            <w:r w:rsidRPr="00355959">
              <w:rPr>
                <w:sz w:val="20"/>
                <w:lang w:val="es-PE"/>
              </w:rPr>
              <w:tab/>
              <w:t>No estar involucrado directamente en la ejecución del proyecto DER 3.0 de PROINNÓVATE, en caso tenga relación contractual con la Cámara de Comercio y Producción de Piura.</w:t>
            </w:r>
          </w:p>
        </w:tc>
        <w:tc>
          <w:tcPr>
            <w:tcW w:w="1134" w:type="dxa"/>
            <w:vAlign w:val="center"/>
          </w:tcPr>
          <w:p w14:paraId="116F570B" w14:textId="77777777" w:rsidR="007E079B" w:rsidRPr="00355959" w:rsidRDefault="007E079B">
            <w:pPr>
              <w:spacing w:before="20" w:after="20" w:line="240" w:lineRule="auto"/>
              <w:rPr>
                <w:lang w:val="es-PE"/>
              </w:rPr>
            </w:pPr>
          </w:p>
        </w:tc>
      </w:tr>
      <w:tr w:rsidR="007E079B" w:rsidRPr="0047359B" w14:paraId="153F23F5" w14:textId="77777777" w:rsidTr="00C269F9">
        <w:trPr>
          <w:cantSplit/>
          <w:jc w:val="center"/>
        </w:trPr>
        <w:tc>
          <w:tcPr>
            <w:tcW w:w="7937" w:type="dxa"/>
            <w:vAlign w:val="center"/>
          </w:tcPr>
          <w:p w14:paraId="6067B2A4" w14:textId="77777777" w:rsidR="007E079B" w:rsidRPr="00355959" w:rsidRDefault="00F90A75">
            <w:pPr>
              <w:tabs>
                <w:tab w:val="left" w:pos="369"/>
              </w:tabs>
              <w:spacing w:before="20" w:after="20" w:line="240" w:lineRule="auto"/>
              <w:ind w:left="369" w:hanging="369"/>
              <w:rPr>
                <w:lang w:val="es-PE"/>
              </w:rPr>
            </w:pPr>
            <w:r w:rsidRPr="00355959">
              <w:rPr>
                <w:sz w:val="20"/>
                <w:lang w:val="es-PE"/>
              </w:rPr>
              <w:t>q)</w:t>
            </w:r>
            <w:r w:rsidRPr="00355959">
              <w:rPr>
                <w:sz w:val="20"/>
                <w:lang w:val="es-PE"/>
              </w:rPr>
              <w:tab/>
              <w:t>No estar participando en otro proyecto en ejecución con PROINNÓVATE y de los concursos regionales en el marco de los proyectos DER a la fecha máxima para el envío del proyecto.</w:t>
            </w:r>
          </w:p>
        </w:tc>
        <w:tc>
          <w:tcPr>
            <w:tcW w:w="1134" w:type="dxa"/>
            <w:vAlign w:val="center"/>
          </w:tcPr>
          <w:p w14:paraId="053D219C" w14:textId="77777777" w:rsidR="007E079B" w:rsidRPr="00355959" w:rsidRDefault="007E079B">
            <w:pPr>
              <w:spacing w:before="20" w:after="20" w:line="240" w:lineRule="auto"/>
              <w:rPr>
                <w:lang w:val="es-PE"/>
              </w:rPr>
            </w:pPr>
          </w:p>
        </w:tc>
      </w:tr>
      <w:tr w:rsidR="007E079B" w:rsidRPr="0047359B" w14:paraId="2BF2E43D" w14:textId="77777777" w:rsidTr="00C269F9">
        <w:trPr>
          <w:cantSplit/>
          <w:jc w:val="center"/>
        </w:trPr>
        <w:tc>
          <w:tcPr>
            <w:tcW w:w="7937" w:type="dxa"/>
            <w:vAlign w:val="center"/>
          </w:tcPr>
          <w:p w14:paraId="32533004" w14:textId="77777777" w:rsidR="007E079B" w:rsidRPr="00355959" w:rsidRDefault="00F90A75">
            <w:pPr>
              <w:spacing w:before="20" w:after="20" w:line="240" w:lineRule="auto"/>
              <w:rPr>
                <w:lang w:val="es-PE"/>
              </w:rPr>
            </w:pPr>
            <w:r w:rsidRPr="00355959">
              <w:rPr>
                <w:b/>
                <w:sz w:val="20"/>
                <w:lang w:val="es-PE"/>
              </w:rPr>
              <w:t>El proyecto presentado al concurso cumple con los siguientes requisitos:</w:t>
            </w:r>
          </w:p>
        </w:tc>
        <w:tc>
          <w:tcPr>
            <w:tcW w:w="1134" w:type="dxa"/>
            <w:vAlign w:val="center"/>
          </w:tcPr>
          <w:p w14:paraId="3C65E444" w14:textId="77777777" w:rsidR="007E079B" w:rsidRPr="00355959" w:rsidRDefault="007E079B">
            <w:pPr>
              <w:spacing w:before="20" w:after="20" w:line="240" w:lineRule="auto"/>
              <w:rPr>
                <w:lang w:val="es-PE"/>
              </w:rPr>
            </w:pPr>
          </w:p>
        </w:tc>
      </w:tr>
      <w:tr w:rsidR="007E079B" w:rsidRPr="0047359B" w14:paraId="5B00FBB9" w14:textId="77777777" w:rsidTr="00C269F9">
        <w:trPr>
          <w:cantSplit/>
          <w:jc w:val="center"/>
        </w:trPr>
        <w:tc>
          <w:tcPr>
            <w:tcW w:w="7937" w:type="dxa"/>
            <w:vAlign w:val="center"/>
          </w:tcPr>
          <w:p w14:paraId="202AC257" w14:textId="77777777" w:rsidR="007E079B" w:rsidRPr="00355959" w:rsidRDefault="00F90A75">
            <w:pPr>
              <w:tabs>
                <w:tab w:val="left" w:pos="369"/>
              </w:tabs>
              <w:spacing w:before="20" w:after="20" w:line="240" w:lineRule="auto"/>
              <w:ind w:left="369" w:hanging="369"/>
              <w:rPr>
                <w:lang w:val="es-PE"/>
              </w:rPr>
            </w:pPr>
            <w:r w:rsidRPr="00355959">
              <w:rPr>
                <w:sz w:val="20"/>
                <w:lang w:val="es-PE"/>
              </w:rPr>
              <w:t>a)</w:t>
            </w:r>
            <w:r w:rsidRPr="00355959">
              <w:rPr>
                <w:sz w:val="20"/>
                <w:lang w:val="es-PE"/>
              </w:rPr>
              <w:tab/>
              <w:t>Que el proyecto que se postula no presente un producto (bien o servicio) cuya Propiedad Intelectual esencial (Patente, Diseño Industrial, o registro de Derecho de Autor sobre el código fuente/obra principal) sea titularidad de un tercero, sin contar con la debida documentación legal (licencia o cesión) que acredite la titularidad o el derecho de uso exclusivo por parte de la Entidad Beneficiaria. Asimismo, no vulnera los derechos de propiedad intelectual de terceros registrados ante INDECOPI u otra entidad competente, y/o no muestra indicios de plagio o copia textual, total o parcial, de otros proyectos evaluados, en evaluación, culminados o en ejecución, financiados por cualquier fuente cuya información sea accesible.</w:t>
            </w:r>
          </w:p>
        </w:tc>
        <w:tc>
          <w:tcPr>
            <w:tcW w:w="1134" w:type="dxa"/>
            <w:vAlign w:val="center"/>
          </w:tcPr>
          <w:p w14:paraId="236E56B4" w14:textId="77777777" w:rsidR="007E079B" w:rsidRPr="00355959" w:rsidRDefault="007E079B">
            <w:pPr>
              <w:spacing w:before="20" w:after="20" w:line="240" w:lineRule="auto"/>
              <w:rPr>
                <w:lang w:val="es-PE"/>
              </w:rPr>
            </w:pPr>
          </w:p>
        </w:tc>
      </w:tr>
      <w:tr w:rsidR="007E079B" w:rsidRPr="0047359B" w14:paraId="37BBBF8F" w14:textId="77777777" w:rsidTr="00C269F9">
        <w:trPr>
          <w:cantSplit/>
          <w:jc w:val="center"/>
        </w:trPr>
        <w:tc>
          <w:tcPr>
            <w:tcW w:w="7937" w:type="dxa"/>
            <w:vAlign w:val="center"/>
          </w:tcPr>
          <w:p w14:paraId="4FC5DB39" w14:textId="77777777" w:rsidR="007E079B" w:rsidRPr="00355959" w:rsidRDefault="00F90A75">
            <w:pPr>
              <w:tabs>
                <w:tab w:val="left" w:pos="369"/>
              </w:tabs>
              <w:spacing w:before="20" w:after="20" w:line="240" w:lineRule="auto"/>
              <w:ind w:left="369" w:hanging="369"/>
              <w:rPr>
                <w:lang w:val="es-PE"/>
              </w:rPr>
            </w:pPr>
            <w:r w:rsidRPr="00355959">
              <w:rPr>
                <w:sz w:val="20"/>
                <w:lang w:val="es-PE"/>
              </w:rPr>
              <w:t>b)</w:t>
            </w:r>
            <w:r w:rsidRPr="00355959">
              <w:rPr>
                <w:sz w:val="20"/>
                <w:lang w:val="es-PE"/>
              </w:rPr>
              <w:tab/>
              <w:t>Que la información consignada en el proyecto presentado a PROINNÓVATE es veraz.</w:t>
            </w:r>
          </w:p>
        </w:tc>
        <w:tc>
          <w:tcPr>
            <w:tcW w:w="1134" w:type="dxa"/>
            <w:vAlign w:val="center"/>
          </w:tcPr>
          <w:p w14:paraId="7477EC93" w14:textId="77777777" w:rsidR="007E079B" w:rsidRPr="00355959" w:rsidRDefault="007E079B">
            <w:pPr>
              <w:spacing w:before="20" w:after="20" w:line="240" w:lineRule="auto"/>
              <w:rPr>
                <w:lang w:val="es-PE"/>
              </w:rPr>
            </w:pPr>
          </w:p>
        </w:tc>
      </w:tr>
      <w:tr w:rsidR="007E079B" w:rsidRPr="0047359B" w14:paraId="5697A491" w14:textId="77777777" w:rsidTr="00C269F9">
        <w:trPr>
          <w:cantSplit/>
          <w:jc w:val="center"/>
        </w:trPr>
        <w:tc>
          <w:tcPr>
            <w:tcW w:w="7937" w:type="dxa"/>
            <w:vAlign w:val="center"/>
          </w:tcPr>
          <w:p w14:paraId="38B0AA0A" w14:textId="77777777" w:rsidR="007E079B" w:rsidRPr="00355959" w:rsidRDefault="00F90A75">
            <w:pPr>
              <w:tabs>
                <w:tab w:val="left" w:pos="369"/>
              </w:tabs>
              <w:spacing w:before="20" w:after="20" w:line="240" w:lineRule="auto"/>
              <w:ind w:left="369" w:hanging="369"/>
              <w:rPr>
                <w:lang w:val="es-PE"/>
              </w:rPr>
            </w:pPr>
            <w:r w:rsidRPr="00355959">
              <w:rPr>
                <w:sz w:val="20"/>
                <w:lang w:val="es-PE"/>
              </w:rPr>
              <w:t>c)</w:t>
            </w:r>
            <w:r w:rsidRPr="00355959">
              <w:rPr>
                <w:sz w:val="20"/>
                <w:lang w:val="es-PE"/>
              </w:rPr>
              <w:tab/>
              <w:t>Que el proyecto que se postula no es cofinanciado por recursos provenientes de otros fondos del estado.</w:t>
            </w:r>
          </w:p>
        </w:tc>
        <w:tc>
          <w:tcPr>
            <w:tcW w:w="1134" w:type="dxa"/>
            <w:vAlign w:val="center"/>
          </w:tcPr>
          <w:p w14:paraId="6C781A58" w14:textId="77777777" w:rsidR="007E079B" w:rsidRPr="00355959" w:rsidRDefault="007E079B">
            <w:pPr>
              <w:spacing w:before="20" w:after="20" w:line="240" w:lineRule="auto"/>
              <w:rPr>
                <w:lang w:val="es-PE"/>
              </w:rPr>
            </w:pPr>
          </w:p>
        </w:tc>
      </w:tr>
      <w:tr w:rsidR="00C269F9" w:rsidRPr="0047359B" w14:paraId="1B0EA2A3" w14:textId="77777777" w:rsidTr="00C269F9">
        <w:trPr>
          <w:cantSplit/>
          <w:jc w:val="center"/>
        </w:trPr>
        <w:tc>
          <w:tcPr>
            <w:tcW w:w="7937" w:type="dxa"/>
            <w:vAlign w:val="center"/>
          </w:tcPr>
          <w:p w14:paraId="21A75DF1" w14:textId="6639D438" w:rsidR="00C269F9" w:rsidRPr="00355959" w:rsidRDefault="00C269F9">
            <w:pPr>
              <w:tabs>
                <w:tab w:val="left" w:pos="369"/>
              </w:tabs>
              <w:spacing w:before="20" w:after="20" w:line="240" w:lineRule="auto"/>
              <w:ind w:left="369" w:hanging="369"/>
              <w:rPr>
                <w:sz w:val="20"/>
                <w:lang w:val="es-PE"/>
              </w:rPr>
            </w:pPr>
            <w:r w:rsidRPr="005F2851">
              <w:rPr>
                <w:sz w:val="20"/>
                <w:lang w:val="es-PE"/>
              </w:rPr>
              <w:t>d)</w:t>
            </w:r>
            <w:r w:rsidRPr="005F2851">
              <w:rPr>
                <w:sz w:val="20"/>
                <w:lang w:val="es-PE"/>
              </w:rPr>
              <w:tab/>
            </w:r>
            <w:r w:rsidRPr="005364B9">
              <w:rPr>
                <w:sz w:val="20"/>
                <w:lang w:val="es-PE"/>
              </w:rPr>
              <w:t xml:space="preserve">Que el proyecto que se postula en la presente convocatoria no es presentado en ninguno de los otros concursos regionales vigentes (convocados por la región </w:t>
            </w:r>
            <w:r>
              <w:rPr>
                <w:sz w:val="20"/>
                <w:lang w:val="es-PE"/>
              </w:rPr>
              <w:t>Piura</w:t>
            </w:r>
            <w:r w:rsidRPr="005364B9">
              <w:rPr>
                <w:sz w:val="20"/>
                <w:lang w:val="es-PE"/>
              </w:rPr>
              <w:t xml:space="preserve"> y/o las otras regiones)</w:t>
            </w:r>
          </w:p>
        </w:tc>
        <w:tc>
          <w:tcPr>
            <w:tcW w:w="1134" w:type="dxa"/>
            <w:vAlign w:val="center"/>
          </w:tcPr>
          <w:p w14:paraId="2CCBA1E5" w14:textId="77777777" w:rsidR="00C269F9" w:rsidRPr="00355959" w:rsidRDefault="00C269F9">
            <w:pPr>
              <w:spacing w:before="20" w:after="20" w:line="240" w:lineRule="auto"/>
              <w:rPr>
                <w:lang w:val="es-PE"/>
              </w:rPr>
            </w:pPr>
          </w:p>
        </w:tc>
      </w:tr>
      <w:tr w:rsidR="007E079B" w:rsidRPr="0047359B" w14:paraId="0FEA36D8" w14:textId="77777777" w:rsidTr="00C269F9">
        <w:trPr>
          <w:cantSplit/>
          <w:jc w:val="center"/>
        </w:trPr>
        <w:tc>
          <w:tcPr>
            <w:tcW w:w="7937" w:type="dxa"/>
            <w:vAlign w:val="center"/>
          </w:tcPr>
          <w:p w14:paraId="12913F99" w14:textId="3A2FD3A5" w:rsidR="007E079B" w:rsidRPr="00355959" w:rsidRDefault="00C269F9">
            <w:pPr>
              <w:tabs>
                <w:tab w:val="left" w:pos="369"/>
              </w:tabs>
              <w:spacing w:before="20" w:after="20" w:line="240" w:lineRule="auto"/>
              <w:ind w:left="369" w:hanging="369"/>
              <w:rPr>
                <w:lang w:val="es-PE"/>
              </w:rPr>
            </w:pPr>
            <w:r>
              <w:rPr>
                <w:sz w:val="20"/>
                <w:lang w:val="es-PE"/>
              </w:rPr>
              <w:t>e</w:t>
            </w:r>
            <w:r w:rsidR="00F90A75" w:rsidRPr="00355959">
              <w:rPr>
                <w:sz w:val="20"/>
                <w:lang w:val="es-PE"/>
              </w:rPr>
              <w:t>)</w:t>
            </w:r>
            <w:r w:rsidR="00F90A75" w:rsidRPr="00355959">
              <w:rPr>
                <w:sz w:val="20"/>
                <w:lang w:val="es-PE"/>
              </w:rPr>
              <w:tab/>
              <w:t>Que el proyecto no está relacionado con armas, juegos de azar, actividades ilegales, prohibidas o innecesarias para el logro de los resultados del proyecto.</w:t>
            </w:r>
          </w:p>
        </w:tc>
        <w:tc>
          <w:tcPr>
            <w:tcW w:w="1134" w:type="dxa"/>
            <w:vAlign w:val="center"/>
          </w:tcPr>
          <w:p w14:paraId="694179CA" w14:textId="77777777" w:rsidR="007E079B" w:rsidRPr="00355959" w:rsidRDefault="007E079B">
            <w:pPr>
              <w:spacing w:before="20" w:after="20" w:line="240" w:lineRule="auto"/>
              <w:rPr>
                <w:lang w:val="es-PE"/>
              </w:rPr>
            </w:pPr>
          </w:p>
        </w:tc>
      </w:tr>
      <w:tr w:rsidR="007E079B" w:rsidRPr="0047359B" w14:paraId="503FE664" w14:textId="77777777" w:rsidTr="00C269F9">
        <w:trPr>
          <w:cantSplit/>
          <w:jc w:val="center"/>
        </w:trPr>
        <w:tc>
          <w:tcPr>
            <w:tcW w:w="7937" w:type="dxa"/>
            <w:vAlign w:val="center"/>
          </w:tcPr>
          <w:p w14:paraId="2746A4A2" w14:textId="7392C362" w:rsidR="007E079B" w:rsidRPr="00355959" w:rsidRDefault="00C269F9">
            <w:pPr>
              <w:tabs>
                <w:tab w:val="left" w:pos="369"/>
              </w:tabs>
              <w:spacing w:before="20" w:after="20" w:line="240" w:lineRule="auto"/>
              <w:ind w:left="369" w:hanging="369"/>
              <w:rPr>
                <w:lang w:val="es-PE"/>
              </w:rPr>
            </w:pPr>
            <w:r>
              <w:rPr>
                <w:sz w:val="20"/>
                <w:lang w:val="es-PE"/>
              </w:rPr>
              <w:t>f</w:t>
            </w:r>
            <w:r w:rsidR="00F90A75" w:rsidRPr="00355959">
              <w:rPr>
                <w:sz w:val="20"/>
                <w:lang w:val="es-PE"/>
              </w:rPr>
              <w:t>)</w:t>
            </w:r>
            <w:r w:rsidR="00F90A75" w:rsidRPr="00355959">
              <w:rPr>
                <w:sz w:val="20"/>
                <w:lang w:val="es-PE"/>
              </w:rPr>
              <w:tab/>
              <w:t>Que el proyecto cumpla con la normativa ambiental vigente, en lo que le corresponda</w:t>
            </w:r>
            <w:r w:rsidR="00F90A75">
              <w:rPr>
                <w:rStyle w:val="Refdenotaalpie1"/>
              </w:rPr>
              <w:footnoteReference w:id="5"/>
            </w:r>
            <w:r w:rsidR="00F90A75" w:rsidRPr="00355959">
              <w:rPr>
                <w:sz w:val="20"/>
                <w:lang w:val="es-PE"/>
              </w:rPr>
              <w:t>.</w:t>
            </w:r>
          </w:p>
        </w:tc>
        <w:tc>
          <w:tcPr>
            <w:tcW w:w="1134" w:type="dxa"/>
            <w:vAlign w:val="center"/>
          </w:tcPr>
          <w:p w14:paraId="5C269C1D" w14:textId="77777777" w:rsidR="007E079B" w:rsidRPr="00355959" w:rsidRDefault="007E079B">
            <w:pPr>
              <w:spacing w:before="20" w:after="20" w:line="240" w:lineRule="auto"/>
              <w:rPr>
                <w:lang w:val="es-PE"/>
              </w:rPr>
            </w:pPr>
          </w:p>
        </w:tc>
      </w:tr>
      <w:tr w:rsidR="007E079B" w:rsidRPr="0047359B" w14:paraId="772D192B" w14:textId="77777777" w:rsidTr="00C269F9">
        <w:trPr>
          <w:cantSplit/>
          <w:jc w:val="center"/>
        </w:trPr>
        <w:tc>
          <w:tcPr>
            <w:tcW w:w="7937" w:type="dxa"/>
            <w:vAlign w:val="center"/>
          </w:tcPr>
          <w:p w14:paraId="3E766CB6" w14:textId="221F0459" w:rsidR="007E079B" w:rsidRPr="00355959" w:rsidRDefault="00C269F9">
            <w:pPr>
              <w:tabs>
                <w:tab w:val="left" w:pos="369"/>
              </w:tabs>
              <w:spacing w:before="20" w:after="20" w:line="240" w:lineRule="auto"/>
              <w:ind w:left="369" w:hanging="369"/>
              <w:rPr>
                <w:lang w:val="es-PE"/>
              </w:rPr>
            </w:pPr>
            <w:r>
              <w:rPr>
                <w:sz w:val="20"/>
                <w:lang w:val="es-PE"/>
              </w:rPr>
              <w:t>g</w:t>
            </w:r>
            <w:r w:rsidR="00F90A75" w:rsidRPr="00355959">
              <w:rPr>
                <w:sz w:val="20"/>
                <w:lang w:val="es-PE"/>
              </w:rPr>
              <w:t>)</w:t>
            </w:r>
            <w:r w:rsidR="00F90A75" w:rsidRPr="00355959">
              <w:rPr>
                <w:sz w:val="20"/>
                <w:lang w:val="es-PE"/>
              </w:rPr>
              <w:tab/>
              <w:t>Que el proyecto este orientado a las áreas de especialización priorizadas por la región</w:t>
            </w:r>
            <w:r w:rsidR="00F90A75">
              <w:rPr>
                <w:rStyle w:val="Refdenotaalpie1"/>
              </w:rPr>
              <w:footnoteReference w:id="6"/>
            </w:r>
            <w:r w:rsidR="00F90A75" w:rsidRPr="00355959">
              <w:rPr>
                <w:sz w:val="20"/>
                <w:lang w:val="es-PE"/>
              </w:rPr>
              <w:t xml:space="preserve">: i) Industria Agropecuaria e Hidrobiológica de Alto Valor Agregado, </w:t>
            </w:r>
            <w:proofErr w:type="spellStart"/>
            <w:r w:rsidR="00F90A75" w:rsidRPr="00355959">
              <w:rPr>
                <w:sz w:val="20"/>
                <w:lang w:val="es-PE"/>
              </w:rPr>
              <w:t>ii</w:t>
            </w:r>
            <w:proofErr w:type="spellEnd"/>
            <w:r w:rsidR="00F90A75" w:rsidRPr="00355959">
              <w:rPr>
                <w:sz w:val="20"/>
                <w:lang w:val="es-PE"/>
              </w:rPr>
              <w:t>) Piura Región Creativa, Cultural y</w:t>
            </w:r>
            <w:r w:rsidR="00F90A75" w:rsidRPr="00355959">
              <w:rPr>
                <w:lang w:val="es-PE"/>
              </w:rPr>
              <w:br/>
            </w:r>
            <w:r w:rsidR="00F90A75" w:rsidRPr="00355959">
              <w:rPr>
                <w:sz w:val="20"/>
                <w:lang w:val="es-PE"/>
              </w:rPr>
              <w:t xml:space="preserve">Turística, </w:t>
            </w:r>
            <w:proofErr w:type="spellStart"/>
            <w:r w:rsidR="00F90A75" w:rsidRPr="00355959">
              <w:rPr>
                <w:sz w:val="20"/>
                <w:lang w:val="es-PE"/>
              </w:rPr>
              <w:t>iii</w:t>
            </w:r>
            <w:proofErr w:type="spellEnd"/>
            <w:r w:rsidR="00F90A75" w:rsidRPr="00355959">
              <w:rPr>
                <w:sz w:val="20"/>
                <w:lang w:val="es-PE"/>
              </w:rPr>
              <w:t xml:space="preserve">) Hub Logístico y Transfronterizo y </w:t>
            </w:r>
            <w:proofErr w:type="spellStart"/>
            <w:r w:rsidR="00F90A75" w:rsidRPr="00355959">
              <w:rPr>
                <w:sz w:val="20"/>
                <w:lang w:val="es-PE"/>
              </w:rPr>
              <w:t>iv</w:t>
            </w:r>
            <w:proofErr w:type="spellEnd"/>
            <w:r w:rsidR="00F90A75" w:rsidRPr="00355959">
              <w:rPr>
                <w:sz w:val="20"/>
                <w:lang w:val="es-PE"/>
              </w:rPr>
              <w:t>) Piura Territorio Sustentable. Adicionalmente, se podrá incorporar una de las áreas transversales priorizadas por la región</w:t>
            </w:r>
            <w:r w:rsidR="00F90A75">
              <w:rPr>
                <w:rStyle w:val="Refdenotaalpie1"/>
              </w:rPr>
              <w:footnoteReference w:id="7"/>
            </w:r>
            <w:r w:rsidR="00F90A75" w:rsidRPr="00355959">
              <w:rPr>
                <w:sz w:val="20"/>
                <w:lang w:val="es-PE"/>
              </w:rPr>
              <w:t>: i) Piura Región Emprendedora y del Saber, contribuyendo a mejorar su productividad, competitividad o sostenibilidad.</w:t>
            </w:r>
          </w:p>
        </w:tc>
        <w:tc>
          <w:tcPr>
            <w:tcW w:w="1134" w:type="dxa"/>
            <w:vAlign w:val="center"/>
          </w:tcPr>
          <w:p w14:paraId="6035488C" w14:textId="77777777" w:rsidR="007E079B" w:rsidRPr="00355959" w:rsidRDefault="007E079B">
            <w:pPr>
              <w:spacing w:before="20" w:after="20" w:line="240" w:lineRule="auto"/>
              <w:rPr>
                <w:lang w:val="es-PE"/>
              </w:rPr>
            </w:pPr>
          </w:p>
        </w:tc>
      </w:tr>
      <w:tr w:rsidR="007E079B" w:rsidRPr="0047359B" w14:paraId="604FCFE3" w14:textId="77777777" w:rsidTr="00C269F9">
        <w:trPr>
          <w:cantSplit/>
          <w:jc w:val="center"/>
        </w:trPr>
        <w:tc>
          <w:tcPr>
            <w:tcW w:w="7937" w:type="dxa"/>
            <w:vAlign w:val="center"/>
          </w:tcPr>
          <w:p w14:paraId="182B7F8F" w14:textId="005BBC50" w:rsidR="007E079B" w:rsidRPr="00355959" w:rsidRDefault="00C269F9">
            <w:pPr>
              <w:tabs>
                <w:tab w:val="left" w:pos="369"/>
              </w:tabs>
              <w:spacing w:before="20" w:after="20" w:line="240" w:lineRule="auto"/>
              <w:ind w:left="369" w:hanging="369"/>
              <w:rPr>
                <w:lang w:val="es-PE"/>
              </w:rPr>
            </w:pPr>
            <w:r>
              <w:rPr>
                <w:sz w:val="20"/>
                <w:lang w:val="es-PE"/>
              </w:rPr>
              <w:t>h</w:t>
            </w:r>
            <w:r w:rsidR="00F90A75" w:rsidRPr="00355959">
              <w:rPr>
                <w:sz w:val="20"/>
                <w:lang w:val="es-PE"/>
              </w:rPr>
              <w:t>)</w:t>
            </w:r>
            <w:r w:rsidR="00F90A75" w:rsidRPr="00355959">
              <w:rPr>
                <w:sz w:val="20"/>
                <w:lang w:val="es-PE"/>
              </w:rPr>
              <w:tab/>
              <w:t>Los miembros del Equipo emprendedor y las empresas en las que estos sean accionistas, gerente general o representante legal, no podrán ser proveedores de bienes, servicios, ni consultorías para las actividades del proyecto. Esto se extiende a los parientes del miembro del Equipo emprendedor hasta el tercer grado de consanguinidad y/o segundo de afinidad por razones de matrimonio, unión de hecho o convivencia.</w:t>
            </w:r>
          </w:p>
        </w:tc>
        <w:tc>
          <w:tcPr>
            <w:tcW w:w="1134" w:type="dxa"/>
            <w:vAlign w:val="center"/>
          </w:tcPr>
          <w:p w14:paraId="57C94B04" w14:textId="77777777" w:rsidR="007E079B" w:rsidRPr="00355959" w:rsidRDefault="007E079B">
            <w:pPr>
              <w:spacing w:before="20" w:after="20" w:line="240" w:lineRule="auto"/>
              <w:rPr>
                <w:lang w:val="es-PE"/>
              </w:rPr>
            </w:pPr>
          </w:p>
        </w:tc>
      </w:tr>
      <w:tr w:rsidR="007E079B" w:rsidRPr="0047359B" w14:paraId="09970F29" w14:textId="77777777" w:rsidTr="00C269F9">
        <w:trPr>
          <w:cantSplit/>
          <w:jc w:val="center"/>
        </w:trPr>
        <w:tc>
          <w:tcPr>
            <w:tcW w:w="7937" w:type="dxa"/>
            <w:vAlign w:val="center"/>
          </w:tcPr>
          <w:p w14:paraId="70E725D5" w14:textId="5FDE9067" w:rsidR="007E079B" w:rsidRPr="00355959" w:rsidRDefault="00C269F9">
            <w:pPr>
              <w:tabs>
                <w:tab w:val="left" w:pos="369"/>
              </w:tabs>
              <w:spacing w:before="20" w:after="20" w:line="240" w:lineRule="auto"/>
              <w:ind w:left="369" w:hanging="369"/>
              <w:rPr>
                <w:lang w:val="es-PE"/>
              </w:rPr>
            </w:pPr>
            <w:r>
              <w:rPr>
                <w:sz w:val="20"/>
                <w:lang w:val="es-PE"/>
              </w:rPr>
              <w:t>i</w:t>
            </w:r>
            <w:r w:rsidR="00F90A75" w:rsidRPr="00355959">
              <w:rPr>
                <w:sz w:val="20"/>
                <w:lang w:val="es-PE"/>
              </w:rPr>
              <w:t>)</w:t>
            </w:r>
            <w:r w:rsidR="00F90A75" w:rsidRPr="00355959">
              <w:rPr>
                <w:sz w:val="20"/>
                <w:lang w:val="es-PE"/>
              </w:rPr>
              <w:tab/>
              <w:t>Los miembros del Equipo emprendedor; así como los socios, apoderados y representantes legales de la empresa joven, no deben tener relación contractual, consanguinidad y/o afinidad con las personas con vínculo laboral y/o contractual de PROINNÓVATE o de Cámara de Comercio y Producción de Piura hasta el cuarto grado de consanguinidad y/o afinidad por razones de matrimonio, unión de hecho o convivencia.</w:t>
            </w:r>
          </w:p>
        </w:tc>
        <w:tc>
          <w:tcPr>
            <w:tcW w:w="1134" w:type="dxa"/>
            <w:vAlign w:val="center"/>
          </w:tcPr>
          <w:p w14:paraId="6EA34B92" w14:textId="77777777" w:rsidR="007E079B" w:rsidRPr="00355959" w:rsidRDefault="007E079B">
            <w:pPr>
              <w:spacing w:before="20" w:after="20" w:line="240" w:lineRule="auto"/>
              <w:rPr>
                <w:lang w:val="es-PE"/>
              </w:rPr>
            </w:pPr>
          </w:p>
        </w:tc>
      </w:tr>
      <w:tr w:rsidR="007E079B" w:rsidRPr="0047359B" w14:paraId="10BA487A" w14:textId="77777777" w:rsidTr="00C269F9">
        <w:trPr>
          <w:cantSplit/>
          <w:jc w:val="center"/>
        </w:trPr>
        <w:tc>
          <w:tcPr>
            <w:tcW w:w="7937" w:type="dxa"/>
            <w:vAlign w:val="center"/>
          </w:tcPr>
          <w:p w14:paraId="032D59C3" w14:textId="77777777" w:rsidR="007E079B" w:rsidRPr="00355959" w:rsidRDefault="00F90A75">
            <w:pPr>
              <w:spacing w:before="20" w:after="20" w:line="240" w:lineRule="auto"/>
              <w:rPr>
                <w:lang w:val="es-PE"/>
              </w:rPr>
            </w:pPr>
            <w:r w:rsidRPr="00355959">
              <w:rPr>
                <w:b/>
                <w:sz w:val="20"/>
                <w:lang w:val="es-PE"/>
              </w:rPr>
              <w:t>El Equipo Emprendedor asume los siguientes compromisos:</w:t>
            </w:r>
          </w:p>
        </w:tc>
        <w:tc>
          <w:tcPr>
            <w:tcW w:w="1134" w:type="dxa"/>
            <w:vAlign w:val="center"/>
          </w:tcPr>
          <w:p w14:paraId="7DD93459" w14:textId="77777777" w:rsidR="007E079B" w:rsidRPr="00355959" w:rsidRDefault="007E079B">
            <w:pPr>
              <w:spacing w:before="20" w:after="20" w:line="240" w:lineRule="auto"/>
              <w:rPr>
                <w:lang w:val="es-PE"/>
              </w:rPr>
            </w:pPr>
          </w:p>
        </w:tc>
      </w:tr>
      <w:tr w:rsidR="007E079B" w:rsidRPr="0047359B" w14:paraId="7659AA6C" w14:textId="77777777" w:rsidTr="00C269F9">
        <w:trPr>
          <w:cantSplit/>
          <w:jc w:val="center"/>
        </w:trPr>
        <w:tc>
          <w:tcPr>
            <w:tcW w:w="7937" w:type="dxa"/>
            <w:vAlign w:val="center"/>
          </w:tcPr>
          <w:p w14:paraId="557B2A64" w14:textId="77777777" w:rsidR="007E079B" w:rsidRPr="00355959" w:rsidRDefault="00F90A75">
            <w:pPr>
              <w:tabs>
                <w:tab w:val="left" w:pos="369"/>
              </w:tabs>
              <w:spacing w:before="20" w:after="20" w:line="240" w:lineRule="auto"/>
              <w:ind w:left="369" w:hanging="369"/>
              <w:rPr>
                <w:lang w:val="es-PE"/>
              </w:rPr>
            </w:pPr>
            <w:r w:rsidRPr="00355959">
              <w:rPr>
                <w:sz w:val="20"/>
                <w:lang w:val="es-PE"/>
              </w:rPr>
              <w:t>a)</w:t>
            </w:r>
            <w:r w:rsidRPr="00355959">
              <w:rPr>
                <w:sz w:val="20"/>
                <w:lang w:val="es-PE"/>
              </w:rPr>
              <w:tab/>
              <w:t>Por lo menos 1 miembro del equipo emprendedor se dedicará al 100% al proyecto (40 horas a la semana). Los demás miembros deben tener una disponibilidad de al menos 20%.</w:t>
            </w:r>
          </w:p>
        </w:tc>
        <w:tc>
          <w:tcPr>
            <w:tcW w:w="1134" w:type="dxa"/>
            <w:vAlign w:val="center"/>
          </w:tcPr>
          <w:p w14:paraId="71160F66" w14:textId="77777777" w:rsidR="007E079B" w:rsidRPr="00355959" w:rsidRDefault="007E079B">
            <w:pPr>
              <w:spacing w:before="20" w:after="20" w:line="240" w:lineRule="auto"/>
              <w:rPr>
                <w:lang w:val="es-PE"/>
              </w:rPr>
            </w:pPr>
          </w:p>
        </w:tc>
      </w:tr>
      <w:tr w:rsidR="007E079B" w:rsidRPr="0047359B" w14:paraId="60BE3264" w14:textId="77777777" w:rsidTr="00C269F9">
        <w:trPr>
          <w:cantSplit/>
          <w:jc w:val="center"/>
        </w:trPr>
        <w:tc>
          <w:tcPr>
            <w:tcW w:w="7937" w:type="dxa"/>
            <w:vAlign w:val="center"/>
          </w:tcPr>
          <w:p w14:paraId="68EBE080" w14:textId="77777777" w:rsidR="007E079B" w:rsidRPr="00355959" w:rsidRDefault="00F90A75">
            <w:pPr>
              <w:tabs>
                <w:tab w:val="left" w:pos="369"/>
              </w:tabs>
              <w:spacing w:before="20" w:after="20" w:line="240" w:lineRule="auto"/>
              <w:ind w:left="369" w:hanging="369"/>
              <w:rPr>
                <w:lang w:val="es-PE"/>
              </w:rPr>
            </w:pPr>
            <w:r w:rsidRPr="00355959">
              <w:rPr>
                <w:sz w:val="20"/>
                <w:lang w:val="es-PE"/>
              </w:rPr>
              <w:lastRenderedPageBreak/>
              <w:t>b)</w:t>
            </w:r>
            <w:r w:rsidRPr="00355959">
              <w:rPr>
                <w:sz w:val="20"/>
                <w:lang w:val="es-PE"/>
              </w:rPr>
              <w:tab/>
              <w:t>El Líder emprendedor deberá comprometerse a constituir una nueva empresa (persona jurídica), como socio fundador, domiciliada en la región de Piura. Esta nueva empresa deberá constituirse únicamente después de la fecha máxima para el envío del proyecto o durante la ejecución del hito 1 del proyecto</w:t>
            </w:r>
          </w:p>
        </w:tc>
        <w:tc>
          <w:tcPr>
            <w:tcW w:w="1134" w:type="dxa"/>
            <w:vAlign w:val="center"/>
          </w:tcPr>
          <w:p w14:paraId="3C1084AA" w14:textId="77777777" w:rsidR="007E079B" w:rsidRPr="00355959" w:rsidRDefault="007E079B">
            <w:pPr>
              <w:spacing w:before="20" w:after="20" w:line="240" w:lineRule="auto"/>
              <w:rPr>
                <w:lang w:val="es-PE"/>
              </w:rPr>
            </w:pPr>
          </w:p>
        </w:tc>
      </w:tr>
      <w:tr w:rsidR="007E079B" w:rsidRPr="0047359B" w14:paraId="6B92805A" w14:textId="77777777" w:rsidTr="00C269F9">
        <w:trPr>
          <w:cantSplit/>
          <w:jc w:val="center"/>
        </w:trPr>
        <w:tc>
          <w:tcPr>
            <w:tcW w:w="7937" w:type="dxa"/>
            <w:vAlign w:val="center"/>
          </w:tcPr>
          <w:p w14:paraId="7BA00EDA" w14:textId="77777777" w:rsidR="007E079B" w:rsidRPr="00355959" w:rsidRDefault="00F90A75">
            <w:pPr>
              <w:tabs>
                <w:tab w:val="left" w:pos="369"/>
              </w:tabs>
              <w:spacing w:before="20" w:after="20" w:line="240" w:lineRule="auto"/>
              <w:ind w:left="369" w:hanging="369"/>
              <w:rPr>
                <w:lang w:val="es-PE"/>
              </w:rPr>
            </w:pPr>
            <w:r w:rsidRPr="00355959">
              <w:rPr>
                <w:sz w:val="20"/>
                <w:lang w:val="es-PE"/>
              </w:rPr>
              <w:t>c)</w:t>
            </w:r>
            <w:r w:rsidRPr="00355959">
              <w:rPr>
                <w:sz w:val="20"/>
                <w:lang w:val="es-PE"/>
              </w:rPr>
              <w:tab/>
              <w:t>Los demás miembros del equipo emprendedor se comprometen a ser socios fundadores o colaboradores de la nueva empresa que se va a constituir.</w:t>
            </w:r>
          </w:p>
        </w:tc>
        <w:tc>
          <w:tcPr>
            <w:tcW w:w="1134" w:type="dxa"/>
            <w:vAlign w:val="center"/>
          </w:tcPr>
          <w:p w14:paraId="4666A9F2" w14:textId="77777777" w:rsidR="007E079B" w:rsidRPr="00355959" w:rsidRDefault="007E079B">
            <w:pPr>
              <w:spacing w:before="20" w:after="20" w:line="240" w:lineRule="auto"/>
              <w:rPr>
                <w:lang w:val="es-PE"/>
              </w:rPr>
            </w:pPr>
          </w:p>
        </w:tc>
      </w:tr>
      <w:tr w:rsidR="007E079B" w:rsidRPr="0047359B" w14:paraId="4DBF4AB2" w14:textId="77777777" w:rsidTr="00C269F9">
        <w:trPr>
          <w:cantSplit/>
          <w:jc w:val="center"/>
        </w:trPr>
        <w:tc>
          <w:tcPr>
            <w:tcW w:w="7937" w:type="dxa"/>
            <w:vAlign w:val="center"/>
          </w:tcPr>
          <w:p w14:paraId="6E52FBEC" w14:textId="77777777" w:rsidR="007E079B" w:rsidRPr="00355959" w:rsidRDefault="00F90A75">
            <w:pPr>
              <w:tabs>
                <w:tab w:val="left" w:pos="369"/>
              </w:tabs>
              <w:spacing w:before="20" w:after="20" w:line="240" w:lineRule="auto"/>
              <w:ind w:left="369" w:hanging="369"/>
              <w:rPr>
                <w:lang w:val="es-PE"/>
              </w:rPr>
            </w:pPr>
            <w:r w:rsidRPr="00355959">
              <w:rPr>
                <w:sz w:val="20"/>
                <w:lang w:val="es-PE"/>
              </w:rPr>
              <w:t>d)</w:t>
            </w:r>
            <w:r w:rsidRPr="00355959">
              <w:rPr>
                <w:sz w:val="20"/>
                <w:lang w:val="es-PE"/>
              </w:rPr>
              <w:tab/>
              <w:t>Cumpliremos con prácticas empresariales responsables y éticas para el desarrollo de la propuesta.</w:t>
            </w:r>
          </w:p>
        </w:tc>
        <w:tc>
          <w:tcPr>
            <w:tcW w:w="1134" w:type="dxa"/>
            <w:vAlign w:val="center"/>
          </w:tcPr>
          <w:p w14:paraId="00977710" w14:textId="77777777" w:rsidR="007E079B" w:rsidRPr="00355959" w:rsidRDefault="007E079B">
            <w:pPr>
              <w:spacing w:before="20" w:after="20" w:line="240" w:lineRule="auto"/>
              <w:rPr>
                <w:lang w:val="es-PE"/>
              </w:rPr>
            </w:pPr>
          </w:p>
        </w:tc>
      </w:tr>
      <w:tr w:rsidR="007E079B" w:rsidRPr="0047359B" w14:paraId="2151634F" w14:textId="77777777" w:rsidTr="00C269F9">
        <w:trPr>
          <w:cantSplit/>
          <w:jc w:val="center"/>
        </w:trPr>
        <w:tc>
          <w:tcPr>
            <w:tcW w:w="7937" w:type="dxa"/>
            <w:vAlign w:val="center"/>
          </w:tcPr>
          <w:p w14:paraId="3EA17D1C" w14:textId="77777777" w:rsidR="007E079B" w:rsidRPr="00355959" w:rsidRDefault="00F90A75">
            <w:pPr>
              <w:tabs>
                <w:tab w:val="left" w:pos="369"/>
              </w:tabs>
              <w:spacing w:before="20" w:after="20" w:line="240" w:lineRule="auto"/>
              <w:ind w:left="369" w:hanging="369"/>
              <w:rPr>
                <w:lang w:val="es-PE"/>
              </w:rPr>
            </w:pPr>
            <w:r w:rsidRPr="00355959">
              <w:rPr>
                <w:sz w:val="20"/>
                <w:lang w:val="es-PE"/>
              </w:rPr>
              <w:t>e)</w:t>
            </w:r>
            <w:r w:rsidRPr="00355959">
              <w:rPr>
                <w:sz w:val="20"/>
                <w:lang w:val="es-PE"/>
              </w:rPr>
              <w:tab/>
              <w:t>Proporcionaremos la información necesaria para fines de difusión y medición del proyecto.</w:t>
            </w:r>
          </w:p>
        </w:tc>
        <w:tc>
          <w:tcPr>
            <w:tcW w:w="1134" w:type="dxa"/>
            <w:vAlign w:val="center"/>
          </w:tcPr>
          <w:p w14:paraId="5449766F" w14:textId="77777777" w:rsidR="007E079B" w:rsidRPr="00355959" w:rsidRDefault="007E079B">
            <w:pPr>
              <w:spacing w:before="20" w:after="20" w:line="240" w:lineRule="auto"/>
              <w:rPr>
                <w:lang w:val="es-PE"/>
              </w:rPr>
            </w:pPr>
          </w:p>
        </w:tc>
      </w:tr>
      <w:tr w:rsidR="007E079B" w:rsidRPr="0047359B" w14:paraId="66310728" w14:textId="77777777" w:rsidTr="00C269F9">
        <w:trPr>
          <w:cantSplit/>
          <w:jc w:val="center"/>
        </w:trPr>
        <w:tc>
          <w:tcPr>
            <w:tcW w:w="7937" w:type="dxa"/>
            <w:vAlign w:val="center"/>
          </w:tcPr>
          <w:p w14:paraId="4A5B7F27" w14:textId="77777777" w:rsidR="007E079B" w:rsidRPr="00355959" w:rsidRDefault="00F90A75">
            <w:pPr>
              <w:tabs>
                <w:tab w:val="left" w:pos="369"/>
              </w:tabs>
              <w:spacing w:before="20" w:after="20" w:line="240" w:lineRule="auto"/>
              <w:ind w:left="369" w:hanging="369"/>
              <w:rPr>
                <w:lang w:val="es-PE"/>
              </w:rPr>
            </w:pPr>
            <w:r w:rsidRPr="00355959">
              <w:rPr>
                <w:sz w:val="20"/>
                <w:lang w:val="es-PE"/>
              </w:rPr>
              <w:t>f)</w:t>
            </w:r>
            <w:r w:rsidRPr="00355959">
              <w:rPr>
                <w:sz w:val="20"/>
                <w:lang w:val="es-PE"/>
              </w:rPr>
              <w:tab/>
              <w:t>Participaremos activamente en las actividades que sean convocadas como parte de Startup Perú de PROINNÓVATE.</w:t>
            </w:r>
          </w:p>
        </w:tc>
        <w:tc>
          <w:tcPr>
            <w:tcW w:w="1134" w:type="dxa"/>
            <w:vAlign w:val="center"/>
          </w:tcPr>
          <w:p w14:paraId="3329D083" w14:textId="77777777" w:rsidR="007E079B" w:rsidRPr="00355959" w:rsidRDefault="007E079B">
            <w:pPr>
              <w:spacing w:before="20" w:after="20" w:line="240" w:lineRule="auto"/>
              <w:rPr>
                <w:lang w:val="es-PE"/>
              </w:rPr>
            </w:pPr>
          </w:p>
        </w:tc>
      </w:tr>
      <w:tr w:rsidR="007E079B" w:rsidRPr="0047359B" w14:paraId="7DBC8931" w14:textId="77777777" w:rsidTr="00C269F9">
        <w:trPr>
          <w:cantSplit/>
          <w:jc w:val="center"/>
        </w:trPr>
        <w:tc>
          <w:tcPr>
            <w:tcW w:w="7937" w:type="dxa"/>
            <w:vAlign w:val="center"/>
          </w:tcPr>
          <w:p w14:paraId="01EC7402" w14:textId="77777777" w:rsidR="007E079B" w:rsidRPr="00355959" w:rsidRDefault="00F90A75">
            <w:pPr>
              <w:tabs>
                <w:tab w:val="left" w:pos="369"/>
              </w:tabs>
              <w:spacing w:before="20" w:after="20" w:line="240" w:lineRule="auto"/>
              <w:ind w:left="369" w:hanging="369"/>
              <w:rPr>
                <w:lang w:val="es-PE"/>
              </w:rPr>
            </w:pPr>
            <w:r w:rsidRPr="00355959">
              <w:rPr>
                <w:sz w:val="20"/>
                <w:lang w:val="es-PE"/>
              </w:rPr>
              <w:t>g)</w:t>
            </w:r>
            <w:r w:rsidRPr="00355959">
              <w:rPr>
                <w:sz w:val="20"/>
                <w:lang w:val="es-PE"/>
              </w:rPr>
              <w:tab/>
              <w:t>Cumpliremos con las bases del concurso.</w:t>
            </w:r>
          </w:p>
        </w:tc>
        <w:bookmarkEnd w:id="0"/>
        <w:tc>
          <w:tcPr>
            <w:tcW w:w="1134" w:type="dxa"/>
            <w:vAlign w:val="center"/>
          </w:tcPr>
          <w:p w14:paraId="672B2879" w14:textId="77777777" w:rsidR="007E079B" w:rsidRPr="00355959" w:rsidRDefault="007E079B">
            <w:pPr>
              <w:spacing w:before="20" w:after="20" w:line="240" w:lineRule="auto"/>
              <w:rPr>
                <w:lang w:val="es-PE"/>
              </w:rPr>
            </w:pPr>
          </w:p>
        </w:tc>
      </w:tr>
    </w:tbl>
    <w:p w14:paraId="44E80879" w14:textId="77777777" w:rsidR="007E079B" w:rsidRPr="00355959" w:rsidRDefault="007E079B">
      <w:pPr>
        <w:spacing w:after="40"/>
        <w:rPr>
          <w:lang w:val="es-PE"/>
        </w:rPr>
      </w:pPr>
    </w:p>
    <w:p w14:paraId="1499E48C" w14:textId="77777777" w:rsidR="007E079B" w:rsidRPr="00355959" w:rsidRDefault="00F90A75">
      <w:pPr>
        <w:ind w:left="567"/>
        <w:jc w:val="both"/>
        <w:rPr>
          <w:lang w:val="es-PE"/>
        </w:rPr>
      </w:pPr>
      <w:bookmarkStart w:id="1" w:name="_gb534"/>
      <w:r w:rsidRPr="00355959">
        <w:rPr>
          <w:lang w:val="es-PE"/>
        </w:rPr>
        <w:t>En caso de surgir contradicciones entre las bases, sus anexos y formatos, tendrán prelación las condiciones establecidas en las bases del concurso.</w:t>
      </w:r>
      <w:bookmarkEnd w:id="1"/>
    </w:p>
    <w:p w14:paraId="6EE1997C" w14:textId="77777777" w:rsidR="007E079B" w:rsidRPr="00355959" w:rsidRDefault="00F90A75">
      <w:pPr>
        <w:ind w:left="567"/>
        <w:jc w:val="both"/>
        <w:rPr>
          <w:lang w:val="es-PE"/>
        </w:rPr>
      </w:pPr>
      <w:bookmarkStart w:id="2" w:name="_gb535"/>
      <w:r w:rsidRPr="00355959">
        <w:rPr>
          <w:lang w:val="es-PE"/>
        </w:rPr>
        <w:t>En tal sentido, declaramos que cumplimos de manera íntegra los requisitos descritos en las Bases para poder ser beneficiarios del concurso.</w:t>
      </w:r>
      <w:bookmarkEnd w:id="2"/>
    </w:p>
    <w:p w14:paraId="5FCA26F3" w14:textId="77777777" w:rsidR="007E079B" w:rsidRPr="00355959" w:rsidRDefault="00F90A75">
      <w:pPr>
        <w:ind w:left="567"/>
        <w:jc w:val="both"/>
        <w:rPr>
          <w:lang w:val="es-PE"/>
        </w:rPr>
      </w:pPr>
      <w:bookmarkStart w:id="3" w:name="_gb536"/>
      <w:r w:rsidRPr="00355959">
        <w:rPr>
          <w:b/>
          <w:lang w:val="es-PE"/>
        </w:rPr>
        <w:t>Asimismo, nos comprometemos a:</w:t>
      </w:r>
      <w:bookmarkEnd w:id="3"/>
    </w:p>
    <w:p w14:paraId="694530AF" w14:textId="77777777" w:rsidR="007E079B" w:rsidRPr="00355959" w:rsidRDefault="00F90A75">
      <w:pPr>
        <w:tabs>
          <w:tab w:val="left" w:pos="1134"/>
        </w:tabs>
        <w:spacing w:after="60"/>
        <w:ind w:left="1134" w:hanging="454"/>
        <w:jc w:val="both"/>
        <w:rPr>
          <w:lang w:val="es-PE"/>
        </w:rPr>
      </w:pPr>
      <w:bookmarkStart w:id="4" w:name="_gb537"/>
      <w:r w:rsidRPr="00355959">
        <w:rPr>
          <w:lang w:val="es-PE"/>
        </w:rPr>
        <w:t>i.</w:t>
      </w:r>
      <w:r w:rsidRPr="00355959">
        <w:rPr>
          <w:lang w:val="es-PE"/>
        </w:rPr>
        <w:tab/>
      </w:r>
      <w:r w:rsidRPr="00355959">
        <w:rPr>
          <w:b/>
          <w:lang w:val="es-PE"/>
        </w:rPr>
        <w:t>Acatar el resultado del proceso de evaluación de mi proyecto, tomando conocimiento de que los mismos son inapelables.</w:t>
      </w:r>
      <w:bookmarkEnd w:id="4"/>
    </w:p>
    <w:p w14:paraId="1E69A5CF" w14:textId="77777777" w:rsidR="007E079B" w:rsidRPr="00355959" w:rsidRDefault="00F90A75">
      <w:pPr>
        <w:tabs>
          <w:tab w:val="left" w:pos="1134"/>
        </w:tabs>
        <w:spacing w:after="60"/>
        <w:ind w:left="1134" w:hanging="454"/>
        <w:jc w:val="both"/>
        <w:rPr>
          <w:lang w:val="es-PE"/>
        </w:rPr>
      </w:pPr>
      <w:bookmarkStart w:id="5" w:name="_gb538"/>
      <w:proofErr w:type="spellStart"/>
      <w:r w:rsidRPr="00355959">
        <w:rPr>
          <w:lang w:val="es-PE"/>
        </w:rPr>
        <w:t>ii</w:t>
      </w:r>
      <w:proofErr w:type="spellEnd"/>
      <w:r w:rsidRPr="00355959">
        <w:rPr>
          <w:lang w:val="es-PE"/>
        </w:rPr>
        <w:t>.</w:t>
      </w:r>
      <w:r w:rsidRPr="00355959">
        <w:rPr>
          <w:lang w:val="es-PE"/>
        </w:rPr>
        <w:tab/>
      </w:r>
      <w:r w:rsidRPr="00355959">
        <w:rPr>
          <w:b/>
          <w:lang w:val="es-PE"/>
        </w:rPr>
        <w:t>Cumplir estrictamente la normativa ambiental vigente a nivel nacional y en el sector pertinente al proyecto, y que adoptará medidas mitigatorias y de control en caso de verificarse posibles y/o eventuales riesgos ambientales y/o a la salud humana, durante la ejecución del proyecto.</w:t>
      </w:r>
      <w:bookmarkEnd w:id="5"/>
    </w:p>
    <w:p w14:paraId="560AAFD1" w14:textId="77777777" w:rsidR="007E079B" w:rsidRPr="00355959" w:rsidRDefault="00F90A75">
      <w:pPr>
        <w:ind w:left="567"/>
        <w:jc w:val="both"/>
        <w:rPr>
          <w:lang w:val="es-PE"/>
        </w:rPr>
      </w:pPr>
      <w:bookmarkStart w:id="6" w:name="_gb539"/>
      <w:r w:rsidRPr="00355959">
        <w:rPr>
          <w:b/>
          <w:lang w:val="es-PE"/>
        </w:rPr>
        <w:t>NOTA:</w:t>
      </w:r>
      <w:r w:rsidRPr="00355959">
        <w:rPr>
          <w:lang w:val="es-PE"/>
        </w:rPr>
        <w:t xml:space="preserve"> PROINNÓVATE tiene la facultad de fiscalización posterior según numeral 1.16, del inciso 1) del artículo IV de la Ley 27444, Ley del Procedimiento Administrativo General; pudiendo hacer una verificación en cualquier etapa del concurso (incluyendo mi condición de admitida o no en el concurso al que postulo) o durante la ejecución del proyecto adjudicado.</w:t>
      </w:r>
      <w:bookmarkEnd w:id="6"/>
    </w:p>
    <w:p w14:paraId="7307D8E9" w14:textId="77777777" w:rsidR="007E079B" w:rsidRPr="00355959" w:rsidRDefault="00F90A75">
      <w:pPr>
        <w:ind w:left="567"/>
        <w:jc w:val="both"/>
        <w:rPr>
          <w:lang w:val="es-PE"/>
        </w:rPr>
      </w:pPr>
      <w:bookmarkStart w:id="7" w:name="_gb540"/>
      <w:r w:rsidRPr="00355959">
        <w:rPr>
          <w:lang w:val="es-PE"/>
        </w:rPr>
        <w:t>El presente documento tiene carácter de declaración jurada por lo que no puede ser modificada o alterada.</w:t>
      </w:r>
      <w:bookmarkEnd w:id="7"/>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67"/>
        <w:gridCol w:w="3969"/>
      </w:tblGrid>
      <w:tr w:rsidR="007E079B" w:rsidRPr="0047359B" w14:paraId="3973EE62" w14:textId="77777777" w:rsidTr="00355959">
        <w:trPr>
          <w:cantSplit/>
          <w:jc w:val="center"/>
        </w:trPr>
        <w:tc>
          <w:tcPr>
            <w:tcW w:w="3969" w:type="dxa"/>
            <w:vAlign w:val="center"/>
          </w:tcPr>
          <w:p w14:paraId="0F1969BE" w14:textId="18BEED97" w:rsidR="007E079B" w:rsidRPr="00355959" w:rsidRDefault="00F90A75">
            <w:pPr>
              <w:keepNext/>
              <w:spacing w:before="20" w:after="20" w:line="240" w:lineRule="auto"/>
              <w:rPr>
                <w:lang w:val="es-PE"/>
              </w:rPr>
            </w:pPr>
            <w:bookmarkStart w:id="8" w:name="_gb541"/>
            <w:r w:rsidRPr="00355959">
              <w:rPr>
                <w:lang w:val="es-PE"/>
              </w:rPr>
              <w:br/>
            </w:r>
            <w:r w:rsidRPr="00355959">
              <w:rPr>
                <w:sz w:val="20"/>
                <w:lang w:val="es-PE"/>
              </w:rPr>
              <w:t>(firma)</w:t>
            </w:r>
            <w:r w:rsidRPr="00355959">
              <w:rPr>
                <w:lang w:val="es-PE"/>
              </w:rPr>
              <w:br/>
            </w:r>
            <w:r w:rsidR="00355959" w:rsidRPr="00355959">
              <w:rPr>
                <w:lang w:val="es-PE"/>
              </w:rPr>
              <w:t>________________________</w:t>
            </w:r>
            <w:r w:rsidRPr="00355959">
              <w:rPr>
                <w:lang w:val="es-PE"/>
              </w:rPr>
              <w:br/>
            </w:r>
            <w:r w:rsidRPr="00355959">
              <w:rPr>
                <w:sz w:val="20"/>
                <w:lang w:val="es-PE"/>
              </w:rPr>
              <w:t xml:space="preserve">Nombre y apellido: </w:t>
            </w:r>
            <w:r w:rsidRPr="00355959">
              <w:rPr>
                <w:lang w:val="es-PE"/>
              </w:rPr>
              <w:br/>
            </w:r>
            <w:r w:rsidRPr="00355959">
              <w:rPr>
                <w:sz w:val="20"/>
                <w:lang w:val="es-PE"/>
              </w:rPr>
              <w:t xml:space="preserve">DNI: </w:t>
            </w:r>
            <w:r w:rsidRPr="00355959">
              <w:rPr>
                <w:lang w:val="es-PE"/>
              </w:rPr>
              <w:br/>
            </w:r>
            <w:r w:rsidRPr="00355959">
              <w:rPr>
                <w:sz w:val="20"/>
                <w:lang w:val="es-PE"/>
              </w:rPr>
              <w:t>Líder Emprendedor</w:t>
            </w:r>
          </w:p>
        </w:tc>
        <w:tc>
          <w:tcPr>
            <w:tcW w:w="567" w:type="dxa"/>
            <w:vAlign w:val="center"/>
          </w:tcPr>
          <w:p w14:paraId="5CFA64AE" w14:textId="77777777" w:rsidR="007E079B" w:rsidRPr="00355959" w:rsidRDefault="007E079B">
            <w:pPr>
              <w:keepNext/>
              <w:spacing w:before="20" w:after="20" w:line="240" w:lineRule="auto"/>
              <w:rPr>
                <w:lang w:val="es-PE"/>
              </w:rPr>
            </w:pPr>
          </w:p>
        </w:tc>
        <w:tc>
          <w:tcPr>
            <w:tcW w:w="3969" w:type="dxa"/>
            <w:vAlign w:val="center"/>
          </w:tcPr>
          <w:p w14:paraId="0CF54C11" w14:textId="533FDB4D" w:rsidR="007E079B" w:rsidRPr="00355959" w:rsidRDefault="00F90A75">
            <w:pPr>
              <w:keepNext/>
              <w:spacing w:before="20" w:after="20" w:line="240" w:lineRule="auto"/>
              <w:rPr>
                <w:lang w:val="es-PE"/>
              </w:rPr>
            </w:pPr>
            <w:r w:rsidRPr="00355959">
              <w:rPr>
                <w:lang w:val="es-PE"/>
              </w:rPr>
              <w:br/>
            </w:r>
            <w:r w:rsidRPr="00355959">
              <w:rPr>
                <w:sz w:val="20"/>
                <w:lang w:val="es-PE"/>
              </w:rPr>
              <w:t>(firma)</w:t>
            </w:r>
            <w:r w:rsidRPr="00355959">
              <w:rPr>
                <w:lang w:val="es-PE"/>
              </w:rPr>
              <w:br/>
            </w:r>
            <w:r w:rsidR="00355959" w:rsidRPr="00355959">
              <w:rPr>
                <w:lang w:val="es-PE"/>
              </w:rPr>
              <w:t>________________________</w:t>
            </w:r>
            <w:r w:rsidRPr="00355959">
              <w:rPr>
                <w:lang w:val="es-PE"/>
              </w:rPr>
              <w:br/>
            </w:r>
            <w:r w:rsidRPr="00355959">
              <w:rPr>
                <w:sz w:val="20"/>
                <w:lang w:val="es-PE"/>
              </w:rPr>
              <w:t xml:space="preserve">Nombre y apellido: </w:t>
            </w:r>
            <w:r w:rsidRPr="00355959">
              <w:rPr>
                <w:lang w:val="es-PE"/>
              </w:rPr>
              <w:br/>
            </w:r>
            <w:r w:rsidRPr="00355959">
              <w:rPr>
                <w:sz w:val="20"/>
                <w:lang w:val="es-PE"/>
              </w:rPr>
              <w:t xml:space="preserve">DNI/CE/Pasaporte: </w:t>
            </w:r>
            <w:r w:rsidRPr="00355959">
              <w:rPr>
                <w:lang w:val="es-PE"/>
              </w:rPr>
              <w:br/>
            </w:r>
            <w:r w:rsidRPr="00355959">
              <w:rPr>
                <w:sz w:val="20"/>
                <w:lang w:val="es-PE"/>
              </w:rPr>
              <w:t>Equipo Emprendedor</w:t>
            </w:r>
          </w:p>
        </w:tc>
      </w:tr>
      <w:tr w:rsidR="007E079B" w:rsidRPr="0047359B" w14:paraId="0EBD254A" w14:textId="77777777" w:rsidTr="00355959">
        <w:trPr>
          <w:cantSplit/>
          <w:jc w:val="center"/>
        </w:trPr>
        <w:tc>
          <w:tcPr>
            <w:tcW w:w="3969" w:type="dxa"/>
            <w:vAlign w:val="center"/>
          </w:tcPr>
          <w:p w14:paraId="2F8D0702" w14:textId="2BDA394E" w:rsidR="007E079B" w:rsidRPr="00355959" w:rsidRDefault="00F90A75">
            <w:pPr>
              <w:spacing w:before="20" w:after="20" w:line="240" w:lineRule="auto"/>
              <w:rPr>
                <w:lang w:val="es-PE"/>
              </w:rPr>
            </w:pPr>
            <w:r w:rsidRPr="00355959">
              <w:rPr>
                <w:lang w:val="es-PE"/>
              </w:rPr>
              <w:br/>
            </w:r>
            <w:r w:rsidRPr="00355959">
              <w:rPr>
                <w:sz w:val="20"/>
                <w:lang w:val="es-PE"/>
              </w:rPr>
              <w:t>(firma)</w:t>
            </w:r>
            <w:r w:rsidRPr="00355959">
              <w:rPr>
                <w:lang w:val="es-PE"/>
              </w:rPr>
              <w:br/>
            </w:r>
            <w:r w:rsidR="00355959" w:rsidRPr="00355959">
              <w:rPr>
                <w:lang w:val="es-PE"/>
              </w:rPr>
              <w:t>________________________</w:t>
            </w:r>
            <w:r w:rsidRPr="00355959">
              <w:rPr>
                <w:lang w:val="es-PE"/>
              </w:rPr>
              <w:br/>
            </w:r>
            <w:r w:rsidRPr="00355959">
              <w:rPr>
                <w:sz w:val="20"/>
                <w:lang w:val="es-PE"/>
              </w:rPr>
              <w:t xml:space="preserve">Nombre y apellido: </w:t>
            </w:r>
            <w:r w:rsidRPr="00355959">
              <w:rPr>
                <w:lang w:val="es-PE"/>
              </w:rPr>
              <w:br/>
            </w:r>
            <w:r w:rsidRPr="00355959">
              <w:rPr>
                <w:sz w:val="20"/>
                <w:lang w:val="es-PE"/>
              </w:rPr>
              <w:t xml:space="preserve">DNI/CE/Pasaporte: </w:t>
            </w:r>
            <w:r w:rsidRPr="00355959">
              <w:rPr>
                <w:lang w:val="es-PE"/>
              </w:rPr>
              <w:br/>
            </w:r>
            <w:r w:rsidRPr="00355959">
              <w:rPr>
                <w:sz w:val="20"/>
                <w:lang w:val="es-PE"/>
              </w:rPr>
              <w:t>Equipo Emprendedor (en caso aplique)</w:t>
            </w:r>
          </w:p>
        </w:tc>
        <w:tc>
          <w:tcPr>
            <w:tcW w:w="567" w:type="dxa"/>
            <w:vAlign w:val="center"/>
          </w:tcPr>
          <w:p w14:paraId="5052B6A9" w14:textId="77777777" w:rsidR="007E079B" w:rsidRPr="00355959" w:rsidRDefault="007E079B">
            <w:pPr>
              <w:spacing w:before="20" w:after="20" w:line="240" w:lineRule="auto"/>
              <w:rPr>
                <w:lang w:val="es-PE"/>
              </w:rPr>
            </w:pPr>
          </w:p>
        </w:tc>
        <w:tc>
          <w:tcPr>
            <w:tcW w:w="3969" w:type="dxa"/>
            <w:vAlign w:val="center"/>
          </w:tcPr>
          <w:p w14:paraId="1036508F" w14:textId="06783987" w:rsidR="007E079B" w:rsidRPr="00355959" w:rsidRDefault="00F90A75">
            <w:pPr>
              <w:spacing w:before="20" w:after="20" w:line="240" w:lineRule="auto"/>
              <w:rPr>
                <w:lang w:val="es-PE"/>
              </w:rPr>
            </w:pPr>
            <w:r w:rsidRPr="00355959">
              <w:rPr>
                <w:lang w:val="es-PE"/>
              </w:rPr>
              <w:br/>
            </w:r>
            <w:r w:rsidRPr="00355959">
              <w:rPr>
                <w:sz w:val="20"/>
                <w:lang w:val="es-PE"/>
              </w:rPr>
              <w:t>(firma)</w:t>
            </w:r>
            <w:r w:rsidRPr="00355959">
              <w:rPr>
                <w:lang w:val="es-PE"/>
              </w:rPr>
              <w:br/>
            </w:r>
            <w:r w:rsidR="00355959" w:rsidRPr="00355959">
              <w:rPr>
                <w:lang w:val="es-PE"/>
              </w:rPr>
              <w:t>________________________</w:t>
            </w:r>
            <w:r w:rsidRPr="00355959">
              <w:rPr>
                <w:lang w:val="es-PE"/>
              </w:rPr>
              <w:br/>
            </w:r>
            <w:r w:rsidRPr="00355959">
              <w:rPr>
                <w:sz w:val="20"/>
                <w:lang w:val="es-PE"/>
              </w:rPr>
              <w:t xml:space="preserve">Nombre y apellido: </w:t>
            </w:r>
            <w:r w:rsidRPr="00355959">
              <w:rPr>
                <w:lang w:val="es-PE"/>
              </w:rPr>
              <w:br/>
            </w:r>
            <w:r w:rsidRPr="00355959">
              <w:rPr>
                <w:sz w:val="20"/>
                <w:lang w:val="es-PE"/>
              </w:rPr>
              <w:t xml:space="preserve">DNI/CE/Pasaporte: </w:t>
            </w:r>
            <w:r w:rsidRPr="00355959">
              <w:rPr>
                <w:lang w:val="es-PE"/>
              </w:rPr>
              <w:br/>
            </w:r>
            <w:r w:rsidRPr="00355959">
              <w:rPr>
                <w:sz w:val="20"/>
                <w:lang w:val="es-PE"/>
              </w:rPr>
              <w:t>Equipo Emprendedor (en caso aplique)</w:t>
            </w:r>
            <w:bookmarkEnd w:id="8"/>
          </w:p>
        </w:tc>
      </w:tr>
    </w:tbl>
    <w:p w14:paraId="094C4939" w14:textId="77777777" w:rsidR="007E079B" w:rsidRPr="00355959" w:rsidRDefault="007E079B">
      <w:pPr>
        <w:spacing w:after="40"/>
        <w:rPr>
          <w:lang w:val="es-PE"/>
        </w:rPr>
      </w:pPr>
    </w:p>
    <w:p w14:paraId="4EA1D22B" w14:textId="77777777" w:rsidR="007E079B" w:rsidRPr="00355959" w:rsidRDefault="00F90A75">
      <w:pPr>
        <w:pStyle w:val="Ttulo1"/>
        <w:pageBreakBefore/>
        <w:jc w:val="center"/>
        <w:rPr>
          <w:lang w:val="es-PE"/>
        </w:rPr>
      </w:pPr>
      <w:r w:rsidRPr="00355959">
        <w:rPr>
          <w:lang w:val="es-PE"/>
        </w:rPr>
        <w:lastRenderedPageBreak/>
        <w:t>FORMATO II: Declaración Jurada de Chequeo Legal y Compromiso (para postulación como empresa joven)</w:t>
      </w:r>
    </w:p>
    <w:tbl>
      <w:tblPr>
        <w:tblStyle w:val="Tablaconcuadrcula"/>
        <w:tblW w:w="9071" w:type="dxa"/>
        <w:jc w:val="center"/>
        <w:tblLayout w:type="fixed"/>
        <w:tblLook w:val="04A0" w:firstRow="1" w:lastRow="0" w:firstColumn="1" w:lastColumn="0" w:noHBand="0" w:noVBand="1"/>
      </w:tblPr>
      <w:tblGrid>
        <w:gridCol w:w="7937"/>
        <w:gridCol w:w="1134"/>
      </w:tblGrid>
      <w:tr w:rsidR="007E079B" w:rsidRPr="0047359B" w14:paraId="672E6C12" w14:textId="77777777" w:rsidTr="00C269F9">
        <w:trPr>
          <w:cantSplit/>
          <w:tblHeader/>
          <w:jc w:val="center"/>
        </w:trPr>
        <w:tc>
          <w:tcPr>
            <w:tcW w:w="7937" w:type="dxa"/>
            <w:shd w:val="clear" w:color="auto" w:fill="D71920"/>
            <w:vAlign w:val="center"/>
          </w:tcPr>
          <w:p w14:paraId="310899E2" w14:textId="77777777" w:rsidR="007E079B" w:rsidRDefault="00F90A75">
            <w:pPr>
              <w:spacing w:before="20" w:after="20" w:line="240" w:lineRule="auto"/>
              <w:jc w:val="center"/>
            </w:pPr>
            <w:bookmarkStart w:id="9" w:name="_gb542"/>
            <w:proofErr w:type="spellStart"/>
            <w:r>
              <w:rPr>
                <w:b/>
                <w:color w:val="FFFFFF"/>
                <w:sz w:val="20"/>
              </w:rPr>
              <w:t>Requisitos</w:t>
            </w:r>
            <w:proofErr w:type="spellEnd"/>
            <w:r>
              <w:rPr>
                <w:b/>
                <w:color w:val="FFFFFF"/>
                <w:sz w:val="20"/>
              </w:rPr>
              <w:t xml:space="preserve"> </w:t>
            </w:r>
            <w:proofErr w:type="spellStart"/>
            <w:r>
              <w:rPr>
                <w:b/>
                <w:color w:val="FFFFFF"/>
                <w:sz w:val="20"/>
              </w:rPr>
              <w:t>Legales</w:t>
            </w:r>
            <w:proofErr w:type="spellEnd"/>
          </w:p>
        </w:tc>
        <w:tc>
          <w:tcPr>
            <w:tcW w:w="1134" w:type="dxa"/>
            <w:shd w:val="clear" w:color="auto" w:fill="D71920"/>
            <w:vAlign w:val="center"/>
          </w:tcPr>
          <w:p w14:paraId="320439E9" w14:textId="77777777" w:rsidR="007E079B" w:rsidRPr="00355959" w:rsidRDefault="00F90A75">
            <w:pPr>
              <w:spacing w:before="20" w:after="20" w:line="240" w:lineRule="auto"/>
              <w:jc w:val="center"/>
              <w:rPr>
                <w:lang w:val="es-PE"/>
              </w:rPr>
            </w:pPr>
            <w:r w:rsidRPr="00355959">
              <w:rPr>
                <w:b/>
                <w:color w:val="FFFFFF"/>
                <w:sz w:val="20"/>
                <w:lang w:val="es-PE"/>
              </w:rPr>
              <w:t>Sí cumplo (Marcar con una X)</w:t>
            </w:r>
          </w:p>
        </w:tc>
      </w:tr>
      <w:tr w:rsidR="007E079B" w:rsidRPr="0047359B" w14:paraId="4BD666E0" w14:textId="77777777" w:rsidTr="00C269F9">
        <w:trPr>
          <w:cantSplit/>
          <w:jc w:val="center"/>
        </w:trPr>
        <w:tc>
          <w:tcPr>
            <w:tcW w:w="7937" w:type="dxa"/>
            <w:vAlign w:val="center"/>
          </w:tcPr>
          <w:p w14:paraId="7AF4D2DD" w14:textId="77777777" w:rsidR="007E079B" w:rsidRPr="00355959" w:rsidRDefault="00F90A75">
            <w:pPr>
              <w:spacing w:before="20" w:after="20" w:line="240" w:lineRule="auto"/>
              <w:rPr>
                <w:lang w:val="es-PE"/>
              </w:rPr>
            </w:pPr>
            <w:r w:rsidRPr="00355959">
              <w:rPr>
                <w:b/>
                <w:sz w:val="20"/>
                <w:lang w:val="es-PE"/>
              </w:rPr>
              <w:t>Los miembros del equipo emprendedor, incluido el líder emprendedor, cumplen con los siguientes requisitos:</w:t>
            </w:r>
          </w:p>
        </w:tc>
        <w:tc>
          <w:tcPr>
            <w:tcW w:w="1134" w:type="dxa"/>
            <w:vAlign w:val="center"/>
          </w:tcPr>
          <w:p w14:paraId="1D4A70CF" w14:textId="77777777" w:rsidR="007E079B" w:rsidRPr="00355959" w:rsidRDefault="007E079B">
            <w:pPr>
              <w:spacing w:before="20" w:after="20" w:line="240" w:lineRule="auto"/>
              <w:rPr>
                <w:lang w:val="es-PE"/>
              </w:rPr>
            </w:pPr>
          </w:p>
        </w:tc>
      </w:tr>
      <w:tr w:rsidR="007E079B" w:rsidRPr="0047359B" w14:paraId="6693EA30" w14:textId="77777777" w:rsidTr="00C269F9">
        <w:trPr>
          <w:cantSplit/>
          <w:jc w:val="center"/>
        </w:trPr>
        <w:tc>
          <w:tcPr>
            <w:tcW w:w="7937" w:type="dxa"/>
            <w:vAlign w:val="center"/>
          </w:tcPr>
          <w:p w14:paraId="7B35899F" w14:textId="77777777" w:rsidR="007E079B" w:rsidRPr="00355959" w:rsidRDefault="00F90A75">
            <w:pPr>
              <w:tabs>
                <w:tab w:val="left" w:pos="369"/>
              </w:tabs>
              <w:spacing w:before="20" w:after="20" w:line="240" w:lineRule="auto"/>
              <w:ind w:left="369" w:hanging="369"/>
              <w:rPr>
                <w:lang w:val="es-PE"/>
              </w:rPr>
            </w:pPr>
            <w:r w:rsidRPr="00355959">
              <w:rPr>
                <w:sz w:val="20"/>
                <w:lang w:val="es-PE"/>
              </w:rPr>
              <w:t>a)</w:t>
            </w:r>
            <w:r w:rsidRPr="00355959">
              <w:rPr>
                <w:sz w:val="20"/>
                <w:lang w:val="es-PE"/>
              </w:rPr>
              <w:tab/>
              <w:t>Ser mayor de edad.</w:t>
            </w:r>
          </w:p>
        </w:tc>
        <w:tc>
          <w:tcPr>
            <w:tcW w:w="1134" w:type="dxa"/>
            <w:vAlign w:val="center"/>
          </w:tcPr>
          <w:p w14:paraId="4FED8854" w14:textId="77777777" w:rsidR="007E079B" w:rsidRPr="00355959" w:rsidRDefault="007E079B">
            <w:pPr>
              <w:spacing w:before="20" w:after="20" w:line="240" w:lineRule="auto"/>
              <w:rPr>
                <w:lang w:val="es-PE"/>
              </w:rPr>
            </w:pPr>
          </w:p>
        </w:tc>
      </w:tr>
      <w:tr w:rsidR="007E079B" w:rsidRPr="0047359B" w14:paraId="000B1DA4" w14:textId="77777777" w:rsidTr="00C269F9">
        <w:trPr>
          <w:cantSplit/>
          <w:jc w:val="center"/>
        </w:trPr>
        <w:tc>
          <w:tcPr>
            <w:tcW w:w="7937" w:type="dxa"/>
            <w:vAlign w:val="center"/>
          </w:tcPr>
          <w:p w14:paraId="538C0DF3" w14:textId="77777777" w:rsidR="007E079B" w:rsidRPr="00355959" w:rsidRDefault="00F90A75">
            <w:pPr>
              <w:tabs>
                <w:tab w:val="left" w:pos="369"/>
              </w:tabs>
              <w:spacing w:before="20" w:after="20" w:line="240" w:lineRule="auto"/>
              <w:ind w:left="369" w:hanging="369"/>
              <w:rPr>
                <w:lang w:val="es-PE"/>
              </w:rPr>
            </w:pPr>
            <w:r w:rsidRPr="00355959">
              <w:rPr>
                <w:sz w:val="20"/>
                <w:lang w:val="es-PE"/>
              </w:rPr>
              <w:t>b)</w:t>
            </w:r>
            <w:r w:rsidRPr="00355959">
              <w:rPr>
                <w:sz w:val="20"/>
                <w:lang w:val="es-PE"/>
              </w:rPr>
              <w:tab/>
              <w:t>El Líder Emprendedor deberá tener domicilio en la región Piura, según su Documento Nacional de Identidad (DNI).</w:t>
            </w:r>
          </w:p>
        </w:tc>
        <w:tc>
          <w:tcPr>
            <w:tcW w:w="1134" w:type="dxa"/>
            <w:vAlign w:val="center"/>
          </w:tcPr>
          <w:p w14:paraId="3F000D4D" w14:textId="77777777" w:rsidR="007E079B" w:rsidRPr="00355959" w:rsidRDefault="007E079B">
            <w:pPr>
              <w:spacing w:before="20" w:after="20" w:line="240" w:lineRule="auto"/>
              <w:rPr>
                <w:lang w:val="es-PE"/>
              </w:rPr>
            </w:pPr>
          </w:p>
        </w:tc>
      </w:tr>
      <w:tr w:rsidR="007E079B" w:rsidRPr="0047359B" w14:paraId="289ECB88" w14:textId="77777777" w:rsidTr="00C269F9">
        <w:trPr>
          <w:cantSplit/>
          <w:jc w:val="center"/>
        </w:trPr>
        <w:tc>
          <w:tcPr>
            <w:tcW w:w="7937" w:type="dxa"/>
            <w:vAlign w:val="center"/>
          </w:tcPr>
          <w:p w14:paraId="457CC7D0" w14:textId="77777777" w:rsidR="007E079B" w:rsidRPr="00355959" w:rsidRDefault="00F90A75">
            <w:pPr>
              <w:tabs>
                <w:tab w:val="left" w:pos="369"/>
              </w:tabs>
              <w:spacing w:before="20" w:after="20" w:line="240" w:lineRule="auto"/>
              <w:ind w:left="369" w:hanging="369"/>
              <w:rPr>
                <w:lang w:val="es-PE"/>
              </w:rPr>
            </w:pPr>
            <w:r w:rsidRPr="00355959">
              <w:rPr>
                <w:sz w:val="20"/>
                <w:lang w:val="es-PE"/>
              </w:rPr>
              <w:t>c)</w:t>
            </w:r>
            <w:r w:rsidRPr="00355959">
              <w:rPr>
                <w:sz w:val="20"/>
                <w:lang w:val="es-PE"/>
              </w:rPr>
              <w:tab/>
              <w:t>La mayoría</w:t>
            </w:r>
            <w:r>
              <w:rPr>
                <w:rStyle w:val="Refdenotaalpie1"/>
              </w:rPr>
              <w:footnoteReference w:id="8"/>
            </w:r>
            <w:r w:rsidRPr="00355959">
              <w:rPr>
                <w:sz w:val="20"/>
                <w:lang w:val="es-PE"/>
              </w:rPr>
              <w:t xml:space="preserve"> de los integrantes del equipo emprendedor deberá tener domicilio en la región Piura. Según su Documento Nacional de Identidad (DNI) o Carnet de Extranjería (CE).</w:t>
            </w:r>
          </w:p>
        </w:tc>
        <w:tc>
          <w:tcPr>
            <w:tcW w:w="1134" w:type="dxa"/>
            <w:vAlign w:val="center"/>
          </w:tcPr>
          <w:p w14:paraId="5F0A48FC" w14:textId="77777777" w:rsidR="007E079B" w:rsidRPr="00355959" w:rsidRDefault="007E079B">
            <w:pPr>
              <w:spacing w:before="20" w:after="20" w:line="240" w:lineRule="auto"/>
              <w:rPr>
                <w:lang w:val="es-PE"/>
              </w:rPr>
            </w:pPr>
          </w:p>
        </w:tc>
      </w:tr>
      <w:tr w:rsidR="007E079B" w:rsidRPr="0047359B" w14:paraId="0E871F3D" w14:textId="77777777" w:rsidTr="00C269F9">
        <w:trPr>
          <w:cantSplit/>
          <w:jc w:val="center"/>
        </w:trPr>
        <w:tc>
          <w:tcPr>
            <w:tcW w:w="7937" w:type="dxa"/>
            <w:vAlign w:val="center"/>
          </w:tcPr>
          <w:p w14:paraId="6EF2EE08" w14:textId="77777777" w:rsidR="007E079B" w:rsidRPr="00355959" w:rsidRDefault="00F90A75">
            <w:pPr>
              <w:tabs>
                <w:tab w:val="left" w:pos="369"/>
              </w:tabs>
              <w:spacing w:before="20" w:after="20" w:line="240" w:lineRule="auto"/>
              <w:ind w:left="369" w:hanging="369"/>
              <w:rPr>
                <w:lang w:val="es-PE"/>
              </w:rPr>
            </w:pPr>
            <w:r w:rsidRPr="00355959">
              <w:rPr>
                <w:sz w:val="20"/>
                <w:lang w:val="es-PE"/>
              </w:rPr>
              <w:t>d)</w:t>
            </w:r>
            <w:r w:rsidRPr="00355959">
              <w:rPr>
                <w:sz w:val="20"/>
                <w:lang w:val="es-PE"/>
              </w:rPr>
              <w:tab/>
              <w:t>Contar con DNI o carnet de extranjería vigente, en caso ser extranjero, con pasaporte vigente.</w:t>
            </w:r>
          </w:p>
        </w:tc>
        <w:tc>
          <w:tcPr>
            <w:tcW w:w="1134" w:type="dxa"/>
            <w:vAlign w:val="center"/>
          </w:tcPr>
          <w:p w14:paraId="78A289A3" w14:textId="77777777" w:rsidR="007E079B" w:rsidRPr="00355959" w:rsidRDefault="007E079B">
            <w:pPr>
              <w:spacing w:before="20" w:after="20" w:line="240" w:lineRule="auto"/>
              <w:rPr>
                <w:lang w:val="es-PE"/>
              </w:rPr>
            </w:pPr>
          </w:p>
        </w:tc>
      </w:tr>
      <w:tr w:rsidR="007E079B" w:rsidRPr="0047359B" w14:paraId="725C05D2" w14:textId="77777777" w:rsidTr="00C269F9">
        <w:trPr>
          <w:cantSplit/>
          <w:jc w:val="center"/>
        </w:trPr>
        <w:tc>
          <w:tcPr>
            <w:tcW w:w="7937" w:type="dxa"/>
            <w:vAlign w:val="center"/>
          </w:tcPr>
          <w:p w14:paraId="70C625B9" w14:textId="3544A74C" w:rsidR="007E079B" w:rsidRPr="00355959" w:rsidRDefault="00F90A75">
            <w:pPr>
              <w:tabs>
                <w:tab w:val="left" w:pos="369"/>
              </w:tabs>
              <w:spacing w:before="20" w:after="20" w:line="240" w:lineRule="auto"/>
              <w:ind w:left="369" w:hanging="369"/>
              <w:rPr>
                <w:lang w:val="es-PE"/>
              </w:rPr>
            </w:pPr>
            <w:r w:rsidRPr="00355959">
              <w:rPr>
                <w:sz w:val="20"/>
                <w:lang w:val="es-PE"/>
              </w:rPr>
              <w:t>e)</w:t>
            </w:r>
            <w:r w:rsidRPr="00355959">
              <w:rPr>
                <w:sz w:val="20"/>
                <w:lang w:val="es-PE"/>
              </w:rPr>
              <w:tab/>
              <w:t>En caso de encontrarse clasificados en la central de riesgos de la Superintendencia de Banca, Seguros y Administradoras Privadas de Fondos de Pensiones (SBS), no podrá tener una categoría menor a “Cliente con Problemas Potenciales”</w:t>
            </w:r>
            <w:r w:rsidR="00355959">
              <w:rPr>
                <w:sz w:val="20"/>
                <w:lang w:val="es-PE"/>
              </w:rPr>
              <w:t xml:space="preserve"> </w:t>
            </w:r>
            <w:r w:rsidRPr="00355959">
              <w:rPr>
                <w:sz w:val="20"/>
                <w:lang w:val="es-PE"/>
              </w:rPr>
              <w:t>(CPP) al momento de la postulación.</w:t>
            </w:r>
          </w:p>
        </w:tc>
        <w:tc>
          <w:tcPr>
            <w:tcW w:w="1134" w:type="dxa"/>
            <w:vAlign w:val="center"/>
          </w:tcPr>
          <w:p w14:paraId="7CA21DBE" w14:textId="77777777" w:rsidR="007E079B" w:rsidRPr="00355959" w:rsidRDefault="007E079B">
            <w:pPr>
              <w:spacing w:before="20" w:after="20" w:line="240" w:lineRule="auto"/>
              <w:rPr>
                <w:lang w:val="es-PE"/>
              </w:rPr>
            </w:pPr>
          </w:p>
        </w:tc>
      </w:tr>
      <w:tr w:rsidR="007E079B" w:rsidRPr="0047359B" w14:paraId="0E1CEA3B" w14:textId="77777777" w:rsidTr="00C269F9">
        <w:trPr>
          <w:cantSplit/>
          <w:jc w:val="center"/>
        </w:trPr>
        <w:tc>
          <w:tcPr>
            <w:tcW w:w="7937" w:type="dxa"/>
            <w:vAlign w:val="center"/>
          </w:tcPr>
          <w:p w14:paraId="4F58369C" w14:textId="77777777" w:rsidR="007E079B" w:rsidRPr="00355959" w:rsidRDefault="00F90A75">
            <w:pPr>
              <w:tabs>
                <w:tab w:val="left" w:pos="369"/>
              </w:tabs>
              <w:spacing w:before="20" w:after="20" w:line="240" w:lineRule="auto"/>
              <w:ind w:left="369" w:hanging="369"/>
              <w:rPr>
                <w:lang w:val="es-PE"/>
              </w:rPr>
            </w:pPr>
            <w:r w:rsidRPr="00355959">
              <w:rPr>
                <w:sz w:val="20"/>
                <w:lang w:val="es-PE"/>
              </w:rPr>
              <w:t>f)</w:t>
            </w:r>
            <w:r w:rsidRPr="00355959">
              <w:rPr>
                <w:sz w:val="20"/>
                <w:lang w:val="es-PE"/>
              </w:rPr>
              <w:tab/>
              <w:t>No contar con antecedentes penales ni policiales</w:t>
            </w:r>
          </w:p>
        </w:tc>
        <w:tc>
          <w:tcPr>
            <w:tcW w:w="1134" w:type="dxa"/>
            <w:vAlign w:val="center"/>
          </w:tcPr>
          <w:p w14:paraId="0633D91D" w14:textId="77777777" w:rsidR="007E079B" w:rsidRPr="00355959" w:rsidRDefault="007E079B">
            <w:pPr>
              <w:spacing w:before="20" w:after="20" w:line="240" w:lineRule="auto"/>
              <w:rPr>
                <w:lang w:val="es-PE"/>
              </w:rPr>
            </w:pPr>
          </w:p>
        </w:tc>
      </w:tr>
      <w:tr w:rsidR="007E079B" w:rsidRPr="0047359B" w14:paraId="5BAB8199" w14:textId="77777777" w:rsidTr="00C269F9">
        <w:trPr>
          <w:cantSplit/>
          <w:jc w:val="center"/>
        </w:trPr>
        <w:tc>
          <w:tcPr>
            <w:tcW w:w="7937" w:type="dxa"/>
            <w:vAlign w:val="center"/>
          </w:tcPr>
          <w:p w14:paraId="065291DC" w14:textId="77777777" w:rsidR="007E079B" w:rsidRPr="00355959" w:rsidRDefault="00F90A75">
            <w:pPr>
              <w:tabs>
                <w:tab w:val="left" w:pos="369"/>
              </w:tabs>
              <w:spacing w:before="20" w:after="20" w:line="240" w:lineRule="auto"/>
              <w:ind w:left="369" w:hanging="369"/>
              <w:rPr>
                <w:lang w:val="es-PE"/>
              </w:rPr>
            </w:pPr>
            <w:r w:rsidRPr="00355959">
              <w:rPr>
                <w:sz w:val="20"/>
                <w:lang w:val="es-PE"/>
              </w:rPr>
              <w:t>g)</w:t>
            </w:r>
            <w:r w:rsidRPr="00355959">
              <w:rPr>
                <w:sz w:val="20"/>
                <w:lang w:val="es-PE"/>
              </w:rPr>
              <w:tab/>
              <w:t>No tener deudas coactivas con la SUNAT, según consulta RUC, SUNAT</w:t>
            </w:r>
            <w:r>
              <w:rPr>
                <w:rStyle w:val="Refdenotaalpie1"/>
              </w:rPr>
              <w:footnoteReference w:id="9"/>
            </w:r>
            <w:r w:rsidRPr="00355959">
              <w:rPr>
                <w:sz w:val="20"/>
                <w:lang w:val="es-PE"/>
              </w:rPr>
              <w:t>, en caso sean peruanos o residentes.</w:t>
            </w:r>
          </w:p>
        </w:tc>
        <w:tc>
          <w:tcPr>
            <w:tcW w:w="1134" w:type="dxa"/>
            <w:vAlign w:val="center"/>
          </w:tcPr>
          <w:p w14:paraId="28B24FC8" w14:textId="77777777" w:rsidR="007E079B" w:rsidRPr="00355959" w:rsidRDefault="007E079B">
            <w:pPr>
              <w:spacing w:before="20" w:after="20" w:line="240" w:lineRule="auto"/>
              <w:rPr>
                <w:lang w:val="es-PE"/>
              </w:rPr>
            </w:pPr>
          </w:p>
        </w:tc>
      </w:tr>
      <w:tr w:rsidR="007E079B" w:rsidRPr="0047359B" w14:paraId="70FEC489" w14:textId="77777777" w:rsidTr="00C269F9">
        <w:trPr>
          <w:cantSplit/>
          <w:jc w:val="center"/>
        </w:trPr>
        <w:tc>
          <w:tcPr>
            <w:tcW w:w="7937" w:type="dxa"/>
            <w:vAlign w:val="center"/>
          </w:tcPr>
          <w:p w14:paraId="5D97B188" w14:textId="77777777" w:rsidR="007E079B" w:rsidRPr="00355959" w:rsidRDefault="00F90A75">
            <w:pPr>
              <w:tabs>
                <w:tab w:val="left" w:pos="369"/>
              </w:tabs>
              <w:spacing w:before="20" w:after="20" w:line="240" w:lineRule="auto"/>
              <w:ind w:left="369" w:hanging="369"/>
              <w:rPr>
                <w:lang w:val="es-PE"/>
              </w:rPr>
            </w:pPr>
            <w:r w:rsidRPr="00355959">
              <w:rPr>
                <w:sz w:val="20"/>
                <w:lang w:val="es-PE"/>
              </w:rPr>
              <w:t>h)</w:t>
            </w:r>
            <w:r w:rsidRPr="00355959">
              <w:rPr>
                <w:sz w:val="20"/>
                <w:lang w:val="es-PE"/>
              </w:rPr>
              <w:tab/>
              <w:t>No estar sancionado con inhabilitación temporal o definitiva para contratar con el Estado peruano, mientras dure tal sanción.</w:t>
            </w:r>
          </w:p>
        </w:tc>
        <w:tc>
          <w:tcPr>
            <w:tcW w:w="1134" w:type="dxa"/>
            <w:vAlign w:val="center"/>
          </w:tcPr>
          <w:p w14:paraId="1F829E47" w14:textId="77777777" w:rsidR="007E079B" w:rsidRPr="00355959" w:rsidRDefault="007E079B">
            <w:pPr>
              <w:spacing w:before="20" w:after="20" w:line="240" w:lineRule="auto"/>
              <w:rPr>
                <w:lang w:val="es-PE"/>
              </w:rPr>
            </w:pPr>
          </w:p>
        </w:tc>
      </w:tr>
      <w:tr w:rsidR="007E079B" w:rsidRPr="0047359B" w14:paraId="0AD11991" w14:textId="77777777" w:rsidTr="00C269F9">
        <w:trPr>
          <w:cantSplit/>
          <w:jc w:val="center"/>
        </w:trPr>
        <w:tc>
          <w:tcPr>
            <w:tcW w:w="7937" w:type="dxa"/>
            <w:vAlign w:val="center"/>
          </w:tcPr>
          <w:p w14:paraId="78C6A531" w14:textId="77777777" w:rsidR="007E079B" w:rsidRPr="00355959" w:rsidRDefault="00F90A75">
            <w:pPr>
              <w:tabs>
                <w:tab w:val="left" w:pos="369"/>
              </w:tabs>
              <w:spacing w:before="20" w:after="20" w:line="240" w:lineRule="auto"/>
              <w:ind w:left="369" w:hanging="369"/>
              <w:rPr>
                <w:lang w:val="es-PE"/>
              </w:rPr>
            </w:pPr>
            <w:r w:rsidRPr="00355959">
              <w:rPr>
                <w:sz w:val="20"/>
                <w:lang w:val="es-PE"/>
              </w:rPr>
              <w:t>i)</w:t>
            </w:r>
            <w:r w:rsidRPr="00355959">
              <w:rPr>
                <w:sz w:val="20"/>
                <w:lang w:val="es-PE"/>
              </w:rPr>
              <w:tab/>
              <w:t>No tener sentencia consentida y/o ejecutoriada por delitos contra la administración pública en agravio del Estado.</w:t>
            </w:r>
          </w:p>
        </w:tc>
        <w:tc>
          <w:tcPr>
            <w:tcW w:w="1134" w:type="dxa"/>
            <w:vAlign w:val="center"/>
          </w:tcPr>
          <w:p w14:paraId="77BC3884" w14:textId="77777777" w:rsidR="007E079B" w:rsidRPr="00355959" w:rsidRDefault="007E079B">
            <w:pPr>
              <w:spacing w:before="20" w:after="20" w:line="240" w:lineRule="auto"/>
              <w:rPr>
                <w:lang w:val="es-PE"/>
              </w:rPr>
            </w:pPr>
          </w:p>
        </w:tc>
      </w:tr>
      <w:tr w:rsidR="007E079B" w:rsidRPr="0047359B" w14:paraId="1A64F46E" w14:textId="77777777" w:rsidTr="00C269F9">
        <w:trPr>
          <w:cantSplit/>
          <w:jc w:val="center"/>
        </w:trPr>
        <w:tc>
          <w:tcPr>
            <w:tcW w:w="7937" w:type="dxa"/>
            <w:vAlign w:val="center"/>
          </w:tcPr>
          <w:p w14:paraId="12CE7BA9" w14:textId="77777777" w:rsidR="007E079B" w:rsidRPr="00355959" w:rsidRDefault="00F90A75">
            <w:pPr>
              <w:tabs>
                <w:tab w:val="left" w:pos="369"/>
              </w:tabs>
              <w:spacing w:before="20" w:after="20" w:line="240" w:lineRule="auto"/>
              <w:ind w:left="369" w:hanging="369"/>
              <w:rPr>
                <w:lang w:val="es-PE"/>
              </w:rPr>
            </w:pPr>
            <w:r w:rsidRPr="00355959">
              <w:rPr>
                <w:sz w:val="20"/>
                <w:lang w:val="es-PE"/>
              </w:rPr>
              <w:t>j)</w:t>
            </w:r>
            <w:r w:rsidRPr="00355959">
              <w:rPr>
                <w:sz w:val="20"/>
                <w:lang w:val="es-PE"/>
              </w:rPr>
              <w:tab/>
              <w:t>No ejercer una función pública en las Entidades del Estado peruano al momento de la suscripción del contrato</w:t>
            </w:r>
            <w:r>
              <w:rPr>
                <w:rStyle w:val="Refdenotaalpie1"/>
              </w:rPr>
              <w:footnoteReference w:id="10"/>
            </w:r>
            <w:r w:rsidRPr="00355959">
              <w:rPr>
                <w:sz w:val="20"/>
                <w:lang w:val="es-PE"/>
              </w:rPr>
              <w:t>.</w:t>
            </w:r>
          </w:p>
        </w:tc>
        <w:tc>
          <w:tcPr>
            <w:tcW w:w="1134" w:type="dxa"/>
            <w:vAlign w:val="center"/>
          </w:tcPr>
          <w:p w14:paraId="166ACDC6" w14:textId="77777777" w:rsidR="007E079B" w:rsidRPr="00355959" w:rsidRDefault="007E079B">
            <w:pPr>
              <w:spacing w:before="20" w:after="20" w:line="240" w:lineRule="auto"/>
              <w:rPr>
                <w:lang w:val="es-PE"/>
              </w:rPr>
            </w:pPr>
          </w:p>
        </w:tc>
      </w:tr>
      <w:tr w:rsidR="007E079B" w:rsidRPr="0047359B" w14:paraId="326BE178" w14:textId="77777777" w:rsidTr="00C269F9">
        <w:trPr>
          <w:cantSplit/>
          <w:jc w:val="center"/>
        </w:trPr>
        <w:tc>
          <w:tcPr>
            <w:tcW w:w="7937" w:type="dxa"/>
            <w:vAlign w:val="center"/>
          </w:tcPr>
          <w:p w14:paraId="2E01EF16" w14:textId="77777777" w:rsidR="007E079B" w:rsidRPr="00355959" w:rsidRDefault="00F90A75">
            <w:pPr>
              <w:tabs>
                <w:tab w:val="left" w:pos="369"/>
              </w:tabs>
              <w:spacing w:before="20" w:after="20" w:line="240" w:lineRule="auto"/>
              <w:ind w:left="369" w:hanging="369"/>
              <w:rPr>
                <w:lang w:val="es-PE"/>
              </w:rPr>
            </w:pPr>
            <w:r w:rsidRPr="00355959">
              <w:rPr>
                <w:sz w:val="20"/>
                <w:lang w:val="es-PE"/>
              </w:rPr>
              <w:t>k)</w:t>
            </w:r>
            <w:r w:rsidRPr="00355959">
              <w:rPr>
                <w:sz w:val="20"/>
                <w:lang w:val="es-PE"/>
              </w:rPr>
              <w:tab/>
              <w:t>No tener proyectos en estado interrumpido o judicializado en PROINNÓVATE (esto dado a incumplimiento contractuales).</w:t>
            </w:r>
          </w:p>
        </w:tc>
        <w:tc>
          <w:tcPr>
            <w:tcW w:w="1134" w:type="dxa"/>
            <w:vAlign w:val="center"/>
          </w:tcPr>
          <w:p w14:paraId="1B3DF1A4" w14:textId="77777777" w:rsidR="007E079B" w:rsidRPr="00355959" w:rsidRDefault="007E079B">
            <w:pPr>
              <w:spacing w:before="20" w:after="20" w:line="240" w:lineRule="auto"/>
              <w:rPr>
                <w:lang w:val="es-PE"/>
              </w:rPr>
            </w:pPr>
          </w:p>
        </w:tc>
      </w:tr>
      <w:tr w:rsidR="007E079B" w:rsidRPr="0047359B" w14:paraId="4DD9642B" w14:textId="77777777" w:rsidTr="00C269F9">
        <w:trPr>
          <w:cantSplit/>
          <w:jc w:val="center"/>
        </w:trPr>
        <w:tc>
          <w:tcPr>
            <w:tcW w:w="7937" w:type="dxa"/>
            <w:vAlign w:val="center"/>
          </w:tcPr>
          <w:p w14:paraId="6FB5779B" w14:textId="77777777" w:rsidR="007E079B" w:rsidRPr="00355959" w:rsidRDefault="00F90A75">
            <w:pPr>
              <w:tabs>
                <w:tab w:val="left" w:pos="369"/>
              </w:tabs>
              <w:spacing w:before="20" w:after="20" w:line="240" w:lineRule="auto"/>
              <w:ind w:left="369" w:hanging="369"/>
              <w:rPr>
                <w:lang w:val="es-PE"/>
              </w:rPr>
            </w:pPr>
            <w:r w:rsidRPr="00355959">
              <w:rPr>
                <w:sz w:val="20"/>
                <w:lang w:val="es-PE"/>
              </w:rPr>
              <w:t>l)</w:t>
            </w:r>
            <w:r w:rsidRPr="00355959">
              <w:rPr>
                <w:sz w:val="20"/>
                <w:lang w:val="es-PE"/>
              </w:rPr>
              <w:tab/>
              <w:t>No formar parte del equipo emprendedor de una startup que haya sido beneficiaria de los concursos “Emprendimientos Innovadores” y/o “Emprendimientos Dinámicos” de PROINNÓVATE y que, a la fecha de cierre de la presente convocatoria, no hayan transcurrido al menos doce (12) meses desde la presentación de la solicitud de cierre del proyecto por parte del Ejecutivo de Proyectos de PROINNÓVATE.</w:t>
            </w:r>
          </w:p>
        </w:tc>
        <w:tc>
          <w:tcPr>
            <w:tcW w:w="1134" w:type="dxa"/>
            <w:vAlign w:val="center"/>
          </w:tcPr>
          <w:p w14:paraId="1FBA6C4C" w14:textId="77777777" w:rsidR="007E079B" w:rsidRPr="00355959" w:rsidRDefault="007E079B">
            <w:pPr>
              <w:spacing w:before="20" w:after="20" w:line="240" w:lineRule="auto"/>
              <w:rPr>
                <w:lang w:val="es-PE"/>
              </w:rPr>
            </w:pPr>
          </w:p>
        </w:tc>
      </w:tr>
      <w:tr w:rsidR="007E079B" w:rsidRPr="0047359B" w14:paraId="176E7943" w14:textId="77777777" w:rsidTr="00C269F9">
        <w:trPr>
          <w:cantSplit/>
          <w:jc w:val="center"/>
        </w:trPr>
        <w:tc>
          <w:tcPr>
            <w:tcW w:w="7937" w:type="dxa"/>
            <w:vAlign w:val="center"/>
          </w:tcPr>
          <w:p w14:paraId="27E4A72E" w14:textId="77777777" w:rsidR="007E079B" w:rsidRPr="00355959" w:rsidRDefault="00F90A75">
            <w:pPr>
              <w:tabs>
                <w:tab w:val="left" w:pos="369"/>
              </w:tabs>
              <w:spacing w:before="20" w:after="20" w:line="240" w:lineRule="auto"/>
              <w:ind w:left="369" w:hanging="369"/>
              <w:rPr>
                <w:lang w:val="es-PE"/>
              </w:rPr>
            </w:pPr>
            <w:r w:rsidRPr="00355959">
              <w:rPr>
                <w:sz w:val="20"/>
                <w:lang w:val="es-PE"/>
              </w:rPr>
              <w:t>m)</w:t>
            </w:r>
            <w:r w:rsidRPr="00355959">
              <w:rPr>
                <w:sz w:val="20"/>
                <w:lang w:val="es-PE"/>
              </w:rPr>
              <w:tab/>
              <w:t>No estar registrado(s) en una postulación diferente como parte de otro equipo emprendedor, en cualquiera de los concursos de emprendimiento en convocatoria, de los concursos regionales desarrollados en el marco del DER 3.0.</w:t>
            </w:r>
          </w:p>
        </w:tc>
        <w:tc>
          <w:tcPr>
            <w:tcW w:w="1134" w:type="dxa"/>
            <w:vAlign w:val="center"/>
          </w:tcPr>
          <w:p w14:paraId="09EE5639" w14:textId="77777777" w:rsidR="007E079B" w:rsidRPr="00355959" w:rsidRDefault="007E079B">
            <w:pPr>
              <w:spacing w:before="20" w:after="20" w:line="240" w:lineRule="auto"/>
              <w:rPr>
                <w:lang w:val="es-PE"/>
              </w:rPr>
            </w:pPr>
          </w:p>
        </w:tc>
      </w:tr>
      <w:tr w:rsidR="007E079B" w:rsidRPr="0047359B" w14:paraId="2A77289D" w14:textId="77777777" w:rsidTr="00C269F9">
        <w:trPr>
          <w:cantSplit/>
          <w:jc w:val="center"/>
        </w:trPr>
        <w:tc>
          <w:tcPr>
            <w:tcW w:w="7937" w:type="dxa"/>
            <w:vAlign w:val="center"/>
          </w:tcPr>
          <w:p w14:paraId="042ECDCB" w14:textId="77777777" w:rsidR="007E079B" w:rsidRPr="00355959" w:rsidRDefault="00F90A75">
            <w:pPr>
              <w:tabs>
                <w:tab w:val="left" w:pos="369"/>
              </w:tabs>
              <w:spacing w:before="20" w:after="20" w:line="240" w:lineRule="auto"/>
              <w:ind w:left="369" w:hanging="369"/>
              <w:rPr>
                <w:lang w:val="es-PE"/>
              </w:rPr>
            </w:pPr>
            <w:r w:rsidRPr="00355959">
              <w:rPr>
                <w:sz w:val="20"/>
                <w:lang w:val="es-PE"/>
              </w:rPr>
              <w:t>n)</w:t>
            </w:r>
            <w:r w:rsidRPr="00355959">
              <w:rPr>
                <w:sz w:val="20"/>
                <w:lang w:val="es-PE"/>
              </w:rPr>
              <w:tab/>
              <w:t>No estar participando como evaluador externo y/o miembro del comité evaluador.</w:t>
            </w:r>
          </w:p>
        </w:tc>
        <w:tc>
          <w:tcPr>
            <w:tcW w:w="1134" w:type="dxa"/>
            <w:vAlign w:val="center"/>
          </w:tcPr>
          <w:p w14:paraId="12999F0B" w14:textId="77777777" w:rsidR="007E079B" w:rsidRPr="00355959" w:rsidRDefault="007E079B">
            <w:pPr>
              <w:spacing w:before="20" w:after="20" w:line="240" w:lineRule="auto"/>
              <w:rPr>
                <w:lang w:val="es-PE"/>
              </w:rPr>
            </w:pPr>
          </w:p>
        </w:tc>
      </w:tr>
      <w:tr w:rsidR="007E079B" w:rsidRPr="0047359B" w14:paraId="72C512CF" w14:textId="77777777" w:rsidTr="00C269F9">
        <w:trPr>
          <w:cantSplit/>
          <w:jc w:val="center"/>
        </w:trPr>
        <w:tc>
          <w:tcPr>
            <w:tcW w:w="7937" w:type="dxa"/>
            <w:vAlign w:val="center"/>
          </w:tcPr>
          <w:p w14:paraId="385DCAAE" w14:textId="77777777" w:rsidR="007E079B" w:rsidRPr="00355959" w:rsidRDefault="00F90A75">
            <w:pPr>
              <w:tabs>
                <w:tab w:val="left" w:pos="369"/>
              </w:tabs>
              <w:spacing w:before="20" w:after="20" w:line="240" w:lineRule="auto"/>
              <w:ind w:left="369" w:hanging="369"/>
              <w:rPr>
                <w:lang w:val="es-PE"/>
              </w:rPr>
            </w:pPr>
            <w:r w:rsidRPr="00355959">
              <w:rPr>
                <w:sz w:val="20"/>
                <w:lang w:val="es-PE"/>
              </w:rPr>
              <w:t>o)</w:t>
            </w:r>
            <w:r w:rsidRPr="00355959">
              <w:rPr>
                <w:sz w:val="20"/>
                <w:lang w:val="es-PE"/>
              </w:rPr>
              <w:tab/>
              <w:t>No estar participando como equipo técnico de un proyecto de Fortalecimiento de Entidades de Soporte en ejecución</w:t>
            </w:r>
            <w:r>
              <w:rPr>
                <w:rStyle w:val="Refdenotaalpie1"/>
              </w:rPr>
              <w:footnoteReference w:id="11"/>
            </w:r>
            <w:r w:rsidRPr="00355959">
              <w:rPr>
                <w:sz w:val="20"/>
                <w:lang w:val="es-PE"/>
              </w:rPr>
              <w:t>.</w:t>
            </w:r>
          </w:p>
        </w:tc>
        <w:tc>
          <w:tcPr>
            <w:tcW w:w="1134" w:type="dxa"/>
            <w:vAlign w:val="center"/>
          </w:tcPr>
          <w:p w14:paraId="01353F2B" w14:textId="77777777" w:rsidR="007E079B" w:rsidRPr="00355959" w:rsidRDefault="007E079B">
            <w:pPr>
              <w:spacing w:before="20" w:after="20" w:line="240" w:lineRule="auto"/>
              <w:rPr>
                <w:lang w:val="es-PE"/>
              </w:rPr>
            </w:pPr>
          </w:p>
        </w:tc>
      </w:tr>
      <w:tr w:rsidR="007E079B" w:rsidRPr="0047359B" w14:paraId="3453450A" w14:textId="77777777" w:rsidTr="00C269F9">
        <w:trPr>
          <w:cantSplit/>
          <w:jc w:val="center"/>
        </w:trPr>
        <w:tc>
          <w:tcPr>
            <w:tcW w:w="7937" w:type="dxa"/>
            <w:vAlign w:val="center"/>
          </w:tcPr>
          <w:p w14:paraId="0D6F8644" w14:textId="77777777" w:rsidR="007E079B" w:rsidRPr="00355959" w:rsidRDefault="00F90A75">
            <w:pPr>
              <w:tabs>
                <w:tab w:val="left" w:pos="369"/>
              </w:tabs>
              <w:spacing w:before="20" w:after="20" w:line="240" w:lineRule="auto"/>
              <w:ind w:left="369" w:hanging="369"/>
              <w:rPr>
                <w:lang w:val="es-PE"/>
              </w:rPr>
            </w:pPr>
            <w:r w:rsidRPr="00355959">
              <w:rPr>
                <w:sz w:val="20"/>
                <w:lang w:val="es-PE"/>
              </w:rPr>
              <w:lastRenderedPageBreak/>
              <w:t>p)</w:t>
            </w:r>
            <w:r w:rsidRPr="00355959">
              <w:rPr>
                <w:sz w:val="20"/>
                <w:lang w:val="es-PE"/>
              </w:rPr>
              <w:tab/>
              <w:t>No estar involucrado directamente en la ejecución del proyecto DER 3.0 de PROINNÓVATE, en caso tenga relación contractual con la Cámara de Comercio y Producción de Piura.</w:t>
            </w:r>
          </w:p>
        </w:tc>
        <w:tc>
          <w:tcPr>
            <w:tcW w:w="1134" w:type="dxa"/>
            <w:vAlign w:val="center"/>
          </w:tcPr>
          <w:p w14:paraId="0A7E8F7C" w14:textId="77777777" w:rsidR="007E079B" w:rsidRPr="00355959" w:rsidRDefault="007E079B">
            <w:pPr>
              <w:spacing w:before="20" w:after="20" w:line="240" w:lineRule="auto"/>
              <w:rPr>
                <w:lang w:val="es-PE"/>
              </w:rPr>
            </w:pPr>
          </w:p>
        </w:tc>
      </w:tr>
      <w:tr w:rsidR="007E079B" w:rsidRPr="0047359B" w14:paraId="5C9BDEF8" w14:textId="77777777" w:rsidTr="00C269F9">
        <w:trPr>
          <w:cantSplit/>
          <w:jc w:val="center"/>
        </w:trPr>
        <w:tc>
          <w:tcPr>
            <w:tcW w:w="7937" w:type="dxa"/>
            <w:vAlign w:val="center"/>
          </w:tcPr>
          <w:p w14:paraId="798C64ED" w14:textId="77777777" w:rsidR="007E079B" w:rsidRPr="00355959" w:rsidRDefault="00F90A75">
            <w:pPr>
              <w:tabs>
                <w:tab w:val="left" w:pos="369"/>
              </w:tabs>
              <w:spacing w:before="20" w:after="20" w:line="240" w:lineRule="auto"/>
              <w:ind w:left="369" w:hanging="369"/>
              <w:rPr>
                <w:lang w:val="es-PE"/>
              </w:rPr>
            </w:pPr>
            <w:r w:rsidRPr="00355959">
              <w:rPr>
                <w:sz w:val="20"/>
                <w:lang w:val="es-PE"/>
              </w:rPr>
              <w:t>q)</w:t>
            </w:r>
            <w:r w:rsidRPr="00355959">
              <w:rPr>
                <w:sz w:val="20"/>
                <w:lang w:val="es-PE"/>
              </w:rPr>
              <w:tab/>
              <w:t>No estar participando en otro proyecto en ejecución con PROINNÓVATE y de los concursos regionales en el marco de los proyectos DER a la fecha máxima para el envío del proyecto.</w:t>
            </w:r>
          </w:p>
        </w:tc>
        <w:tc>
          <w:tcPr>
            <w:tcW w:w="1134" w:type="dxa"/>
            <w:vAlign w:val="center"/>
          </w:tcPr>
          <w:p w14:paraId="1A08BF34" w14:textId="77777777" w:rsidR="007E079B" w:rsidRPr="00355959" w:rsidRDefault="007E079B">
            <w:pPr>
              <w:spacing w:before="20" w:after="20" w:line="240" w:lineRule="auto"/>
              <w:rPr>
                <w:lang w:val="es-PE"/>
              </w:rPr>
            </w:pPr>
          </w:p>
        </w:tc>
      </w:tr>
      <w:tr w:rsidR="007E079B" w:rsidRPr="0047359B" w14:paraId="2C3A0BF3" w14:textId="77777777" w:rsidTr="00C269F9">
        <w:trPr>
          <w:cantSplit/>
          <w:jc w:val="center"/>
        </w:trPr>
        <w:tc>
          <w:tcPr>
            <w:tcW w:w="7937" w:type="dxa"/>
            <w:vAlign w:val="center"/>
          </w:tcPr>
          <w:p w14:paraId="62C5A8F5" w14:textId="77777777" w:rsidR="007E079B" w:rsidRPr="00355959" w:rsidRDefault="00F90A75">
            <w:pPr>
              <w:spacing w:before="20" w:after="20" w:line="240" w:lineRule="auto"/>
              <w:rPr>
                <w:lang w:val="es-PE"/>
              </w:rPr>
            </w:pPr>
            <w:r w:rsidRPr="00355959">
              <w:rPr>
                <w:b/>
                <w:sz w:val="20"/>
                <w:lang w:val="es-PE"/>
              </w:rPr>
              <w:t>La Empresa Joven cumple con los siguientes requisitos:</w:t>
            </w:r>
          </w:p>
        </w:tc>
        <w:tc>
          <w:tcPr>
            <w:tcW w:w="1134" w:type="dxa"/>
            <w:vAlign w:val="center"/>
          </w:tcPr>
          <w:p w14:paraId="53EFA92D" w14:textId="77777777" w:rsidR="007E079B" w:rsidRPr="00355959" w:rsidRDefault="007E079B">
            <w:pPr>
              <w:spacing w:before="20" w:after="20" w:line="240" w:lineRule="auto"/>
              <w:rPr>
                <w:lang w:val="es-PE"/>
              </w:rPr>
            </w:pPr>
          </w:p>
        </w:tc>
      </w:tr>
      <w:tr w:rsidR="007E079B" w:rsidRPr="0047359B" w14:paraId="7966657B" w14:textId="77777777" w:rsidTr="00C269F9">
        <w:trPr>
          <w:cantSplit/>
          <w:jc w:val="center"/>
        </w:trPr>
        <w:tc>
          <w:tcPr>
            <w:tcW w:w="7937" w:type="dxa"/>
            <w:vAlign w:val="center"/>
          </w:tcPr>
          <w:p w14:paraId="49E932A2" w14:textId="77777777" w:rsidR="007E079B" w:rsidRPr="00355959" w:rsidRDefault="00F90A75">
            <w:pPr>
              <w:tabs>
                <w:tab w:val="left" w:pos="369"/>
              </w:tabs>
              <w:spacing w:before="20" w:after="20" w:line="240" w:lineRule="auto"/>
              <w:ind w:left="369" w:hanging="369"/>
              <w:rPr>
                <w:lang w:val="es-PE"/>
              </w:rPr>
            </w:pPr>
            <w:r w:rsidRPr="00355959">
              <w:rPr>
                <w:sz w:val="20"/>
                <w:lang w:val="es-PE"/>
              </w:rPr>
              <w:t>a)</w:t>
            </w:r>
            <w:r w:rsidRPr="00355959">
              <w:rPr>
                <w:sz w:val="20"/>
                <w:lang w:val="es-PE"/>
              </w:rPr>
              <w:tab/>
              <w:t>Tener domicilio fiscal y RUC (activo y habido) registrados en la región Piura, conforme a la información consignada en el Registro Único de Contribuyentes (RUC) de la SUNAT.</w:t>
            </w:r>
          </w:p>
        </w:tc>
        <w:tc>
          <w:tcPr>
            <w:tcW w:w="1134" w:type="dxa"/>
            <w:vAlign w:val="center"/>
          </w:tcPr>
          <w:p w14:paraId="12484406" w14:textId="77777777" w:rsidR="007E079B" w:rsidRPr="00355959" w:rsidRDefault="007E079B">
            <w:pPr>
              <w:spacing w:before="20" w:after="20" w:line="240" w:lineRule="auto"/>
              <w:rPr>
                <w:lang w:val="es-PE"/>
              </w:rPr>
            </w:pPr>
          </w:p>
        </w:tc>
      </w:tr>
      <w:tr w:rsidR="007E079B" w:rsidRPr="0047359B" w14:paraId="1C1BA05D" w14:textId="77777777" w:rsidTr="00C269F9">
        <w:trPr>
          <w:cantSplit/>
          <w:jc w:val="center"/>
        </w:trPr>
        <w:tc>
          <w:tcPr>
            <w:tcW w:w="7937" w:type="dxa"/>
            <w:vAlign w:val="center"/>
          </w:tcPr>
          <w:p w14:paraId="68500E93" w14:textId="77777777" w:rsidR="007E079B" w:rsidRPr="00355959" w:rsidRDefault="00F90A75">
            <w:pPr>
              <w:tabs>
                <w:tab w:val="left" w:pos="369"/>
              </w:tabs>
              <w:spacing w:before="20" w:after="20" w:line="240" w:lineRule="auto"/>
              <w:ind w:left="369" w:hanging="369"/>
              <w:rPr>
                <w:lang w:val="es-PE"/>
              </w:rPr>
            </w:pPr>
            <w:r w:rsidRPr="00355959">
              <w:rPr>
                <w:sz w:val="20"/>
                <w:lang w:val="es-PE"/>
              </w:rPr>
              <w:t>b)</w:t>
            </w:r>
            <w:r w:rsidRPr="00355959">
              <w:rPr>
                <w:sz w:val="20"/>
                <w:lang w:val="es-PE"/>
              </w:rPr>
              <w:tab/>
              <w:t>Haber sido constituida e inscrita en los Registros Públicos de la región Piura, lo cual será verificado mediante la partida registral correspondiente de SUNARP</w:t>
            </w:r>
            <w:r>
              <w:rPr>
                <w:rStyle w:val="Refdenotaalpie1"/>
              </w:rPr>
              <w:footnoteReference w:id="12"/>
            </w:r>
            <w:r w:rsidRPr="00355959">
              <w:rPr>
                <w:sz w:val="20"/>
                <w:lang w:val="es-PE"/>
              </w:rPr>
              <w:t>.</w:t>
            </w:r>
          </w:p>
        </w:tc>
        <w:tc>
          <w:tcPr>
            <w:tcW w:w="1134" w:type="dxa"/>
            <w:vAlign w:val="center"/>
          </w:tcPr>
          <w:p w14:paraId="624C1702" w14:textId="77777777" w:rsidR="007E079B" w:rsidRPr="00355959" w:rsidRDefault="007E079B">
            <w:pPr>
              <w:spacing w:before="20" w:after="20" w:line="240" w:lineRule="auto"/>
              <w:rPr>
                <w:lang w:val="es-PE"/>
              </w:rPr>
            </w:pPr>
          </w:p>
        </w:tc>
      </w:tr>
      <w:tr w:rsidR="007E079B" w:rsidRPr="0047359B" w14:paraId="41F7CEC5" w14:textId="77777777" w:rsidTr="00C269F9">
        <w:trPr>
          <w:cantSplit/>
          <w:jc w:val="center"/>
        </w:trPr>
        <w:tc>
          <w:tcPr>
            <w:tcW w:w="7937" w:type="dxa"/>
            <w:vAlign w:val="center"/>
          </w:tcPr>
          <w:p w14:paraId="6AE3D431" w14:textId="77777777" w:rsidR="007E079B" w:rsidRPr="00355959" w:rsidRDefault="00F90A75">
            <w:pPr>
              <w:tabs>
                <w:tab w:val="left" w:pos="369"/>
              </w:tabs>
              <w:spacing w:before="20" w:after="20" w:line="240" w:lineRule="auto"/>
              <w:ind w:left="369" w:hanging="369"/>
              <w:rPr>
                <w:lang w:val="es-PE"/>
              </w:rPr>
            </w:pPr>
            <w:r w:rsidRPr="00355959">
              <w:rPr>
                <w:sz w:val="20"/>
                <w:lang w:val="es-PE"/>
              </w:rPr>
              <w:t>c)</w:t>
            </w:r>
            <w:r w:rsidRPr="00355959">
              <w:rPr>
                <w:sz w:val="20"/>
                <w:lang w:val="es-PE"/>
              </w:rPr>
              <w:tab/>
              <w:t>Máximo 18 meses de inscripción contados retroactivamente desde la fecha máxima para el envío del proyecto y acorde a la información del Registro Único de Contribuyentes (RUC) de la SUNAT.</w:t>
            </w:r>
          </w:p>
        </w:tc>
        <w:tc>
          <w:tcPr>
            <w:tcW w:w="1134" w:type="dxa"/>
            <w:vAlign w:val="center"/>
          </w:tcPr>
          <w:p w14:paraId="415055C9" w14:textId="77777777" w:rsidR="007E079B" w:rsidRPr="00355959" w:rsidRDefault="007E079B">
            <w:pPr>
              <w:spacing w:before="20" w:after="20" w:line="240" w:lineRule="auto"/>
              <w:rPr>
                <w:lang w:val="es-PE"/>
              </w:rPr>
            </w:pPr>
          </w:p>
        </w:tc>
      </w:tr>
      <w:tr w:rsidR="007E079B" w14:paraId="3A6DFEE3" w14:textId="77777777" w:rsidTr="00C269F9">
        <w:trPr>
          <w:cantSplit/>
          <w:jc w:val="center"/>
        </w:trPr>
        <w:tc>
          <w:tcPr>
            <w:tcW w:w="7937" w:type="dxa"/>
            <w:vAlign w:val="center"/>
          </w:tcPr>
          <w:p w14:paraId="5AC431BC" w14:textId="77777777" w:rsidR="007E079B" w:rsidRDefault="00F90A75">
            <w:pPr>
              <w:tabs>
                <w:tab w:val="left" w:pos="369"/>
              </w:tabs>
              <w:spacing w:before="20" w:after="20" w:line="240" w:lineRule="auto"/>
              <w:ind w:left="369" w:hanging="369"/>
            </w:pPr>
            <w:r w:rsidRPr="00355959">
              <w:rPr>
                <w:sz w:val="20"/>
                <w:lang w:val="es-PE"/>
              </w:rPr>
              <w:t>d)</w:t>
            </w:r>
            <w:r w:rsidRPr="00355959">
              <w:rPr>
                <w:sz w:val="20"/>
                <w:lang w:val="es-PE"/>
              </w:rPr>
              <w:tab/>
              <w:t xml:space="preserve">De registrar ventas, estas no deben ser mayores a S/ 120,000 (ciento veinte mil soles) sin incluir IGV, en el último año. </w:t>
            </w:r>
            <w:r>
              <w:rPr>
                <w:sz w:val="20"/>
              </w:rPr>
              <w:t xml:space="preserve">Es </w:t>
            </w:r>
            <w:proofErr w:type="spellStart"/>
            <w:r>
              <w:rPr>
                <w:sz w:val="20"/>
              </w:rPr>
              <w:t>decir</w:t>
            </w:r>
            <w:proofErr w:type="spellEnd"/>
            <w:r>
              <w:rPr>
                <w:sz w:val="20"/>
              </w:rPr>
              <w:t xml:space="preserve">, de </w:t>
            </w:r>
            <w:proofErr w:type="spellStart"/>
            <w:r>
              <w:rPr>
                <w:sz w:val="20"/>
              </w:rPr>
              <w:t>enero</w:t>
            </w:r>
            <w:proofErr w:type="spellEnd"/>
            <w:r>
              <w:rPr>
                <w:sz w:val="20"/>
              </w:rPr>
              <w:t xml:space="preserve"> a diciembre de 2025.</w:t>
            </w:r>
          </w:p>
        </w:tc>
        <w:tc>
          <w:tcPr>
            <w:tcW w:w="1134" w:type="dxa"/>
            <w:vAlign w:val="center"/>
          </w:tcPr>
          <w:p w14:paraId="33B4CECB" w14:textId="77777777" w:rsidR="007E079B" w:rsidRDefault="007E079B">
            <w:pPr>
              <w:spacing w:before="20" w:after="20" w:line="240" w:lineRule="auto"/>
            </w:pPr>
          </w:p>
        </w:tc>
      </w:tr>
      <w:tr w:rsidR="007E079B" w:rsidRPr="0047359B" w14:paraId="5556F7DF" w14:textId="77777777" w:rsidTr="00C269F9">
        <w:trPr>
          <w:cantSplit/>
          <w:jc w:val="center"/>
        </w:trPr>
        <w:tc>
          <w:tcPr>
            <w:tcW w:w="7937" w:type="dxa"/>
            <w:vAlign w:val="center"/>
          </w:tcPr>
          <w:p w14:paraId="28D82CB3" w14:textId="77777777" w:rsidR="007E079B" w:rsidRPr="00355959" w:rsidRDefault="00F90A75">
            <w:pPr>
              <w:tabs>
                <w:tab w:val="left" w:pos="369"/>
              </w:tabs>
              <w:spacing w:before="20" w:after="20" w:line="240" w:lineRule="auto"/>
              <w:ind w:left="369" w:hanging="369"/>
              <w:rPr>
                <w:lang w:val="es-PE"/>
              </w:rPr>
            </w:pPr>
            <w:r w:rsidRPr="00355959">
              <w:rPr>
                <w:sz w:val="20"/>
                <w:lang w:val="es-PE"/>
              </w:rPr>
              <w:t>e)</w:t>
            </w:r>
            <w:r w:rsidRPr="00355959">
              <w:rPr>
                <w:sz w:val="20"/>
                <w:lang w:val="es-PE"/>
              </w:rPr>
              <w:tab/>
              <w:t>El Líder Emprendedor debe ser socio fundador de la startup</w:t>
            </w:r>
            <w:r>
              <w:rPr>
                <w:rStyle w:val="Refdenotaalpie1"/>
              </w:rPr>
              <w:footnoteReference w:id="13"/>
            </w:r>
            <w:r w:rsidRPr="00355959">
              <w:rPr>
                <w:sz w:val="20"/>
                <w:lang w:val="es-PE"/>
              </w:rPr>
              <w:t>.</w:t>
            </w:r>
          </w:p>
        </w:tc>
        <w:tc>
          <w:tcPr>
            <w:tcW w:w="1134" w:type="dxa"/>
            <w:vAlign w:val="center"/>
          </w:tcPr>
          <w:p w14:paraId="08378787" w14:textId="77777777" w:rsidR="007E079B" w:rsidRPr="00355959" w:rsidRDefault="007E079B">
            <w:pPr>
              <w:spacing w:before="20" w:after="20" w:line="240" w:lineRule="auto"/>
              <w:rPr>
                <w:lang w:val="es-PE"/>
              </w:rPr>
            </w:pPr>
          </w:p>
        </w:tc>
      </w:tr>
      <w:tr w:rsidR="007E079B" w:rsidRPr="0047359B" w14:paraId="0FE01EBD" w14:textId="77777777" w:rsidTr="00C269F9">
        <w:trPr>
          <w:cantSplit/>
          <w:jc w:val="center"/>
        </w:trPr>
        <w:tc>
          <w:tcPr>
            <w:tcW w:w="7937" w:type="dxa"/>
            <w:vAlign w:val="center"/>
          </w:tcPr>
          <w:p w14:paraId="046FF7D6" w14:textId="77777777" w:rsidR="007E079B" w:rsidRPr="00355959" w:rsidRDefault="00F90A75">
            <w:pPr>
              <w:tabs>
                <w:tab w:val="left" w:pos="369"/>
              </w:tabs>
              <w:spacing w:before="20" w:after="20" w:line="240" w:lineRule="auto"/>
              <w:ind w:left="369" w:hanging="369"/>
              <w:rPr>
                <w:lang w:val="es-PE"/>
              </w:rPr>
            </w:pPr>
            <w:r w:rsidRPr="00355959">
              <w:rPr>
                <w:sz w:val="20"/>
                <w:lang w:val="es-PE"/>
              </w:rPr>
              <w:t>f)</w:t>
            </w:r>
            <w:r w:rsidRPr="00355959">
              <w:rPr>
                <w:sz w:val="20"/>
                <w:lang w:val="es-PE"/>
              </w:rPr>
              <w:tab/>
              <w:t>Los socios fundadores que sean parte del equipo emprendedor</w:t>
            </w:r>
            <w:r>
              <w:rPr>
                <w:rStyle w:val="Refdenotaalpie1"/>
              </w:rPr>
              <w:footnoteReference w:id="14"/>
            </w:r>
            <w:r w:rsidRPr="00355959">
              <w:rPr>
                <w:sz w:val="20"/>
                <w:lang w:val="es-PE"/>
              </w:rPr>
              <w:t xml:space="preserve"> deberán contar en suma con al menos 51% de participación en la empresa.</w:t>
            </w:r>
          </w:p>
        </w:tc>
        <w:tc>
          <w:tcPr>
            <w:tcW w:w="1134" w:type="dxa"/>
            <w:vAlign w:val="center"/>
          </w:tcPr>
          <w:p w14:paraId="56838DB4" w14:textId="77777777" w:rsidR="007E079B" w:rsidRPr="00355959" w:rsidRDefault="007E079B">
            <w:pPr>
              <w:spacing w:before="20" w:after="20" w:line="240" w:lineRule="auto"/>
              <w:rPr>
                <w:lang w:val="es-PE"/>
              </w:rPr>
            </w:pPr>
          </w:p>
        </w:tc>
      </w:tr>
      <w:tr w:rsidR="007E079B" w:rsidRPr="0047359B" w14:paraId="365DF2D6" w14:textId="77777777" w:rsidTr="00C269F9">
        <w:trPr>
          <w:cantSplit/>
          <w:jc w:val="center"/>
        </w:trPr>
        <w:tc>
          <w:tcPr>
            <w:tcW w:w="7937" w:type="dxa"/>
            <w:vAlign w:val="center"/>
          </w:tcPr>
          <w:p w14:paraId="2408052A" w14:textId="25D2ED19" w:rsidR="007E079B" w:rsidRPr="00355959" w:rsidRDefault="00F90A75">
            <w:pPr>
              <w:tabs>
                <w:tab w:val="left" w:pos="369"/>
              </w:tabs>
              <w:spacing w:before="20" w:after="20" w:line="240" w:lineRule="auto"/>
              <w:ind w:left="369" w:hanging="369"/>
              <w:rPr>
                <w:lang w:val="es-PE"/>
              </w:rPr>
            </w:pPr>
            <w:r w:rsidRPr="00355959">
              <w:rPr>
                <w:sz w:val="20"/>
                <w:lang w:val="es-PE"/>
              </w:rPr>
              <w:t>g)</w:t>
            </w:r>
            <w:r w:rsidRPr="00355959">
              <w:rPr>
                <w:sz w:val="20"/>
                <w:lang w:val="es-PE"/>
              </w:rPr>
              <w:tab/>
              <w:t>En caso de encontrarse clasificados en la central de riesgos de la Superintendencia de Banca, Seguros y Administradoras Privadas de Fondos de Pensiones (SBS), no podrá tener una categoría menor a “Cliente con Problemas Potenciales”</w:t>
            </w:r>
            <w:r w:rsidR="00355959">
              <w:rPr>
                <w:sz w:val="20"/>
                <w:lang w:val="es-PE"/>
              </w:rPr>
              <w:t xml:space="preserve"> </w:t>
            </w:r>
            <w:r w:rsidRPr="00355959">
              <w:rPr>
                <w:sz w:val="20"/>
                <w:lang w:val="es-PE"/>
              </w:rPr>
              <w:t>(CPP) al momento de la postulación.</w:t>
            </w:r>
          </w:p>
        </w:tc>
        <w:tc>
          <w:tcPr>
            <w:tcW w:w="1134" w:type="dxa"/>
            <w:vAlign w:val="center"/>
          </w:tcPr>
          <w:p w14:paraId="62BAE131" w14:textId="77777777" w:rsidR="007E079B" w:rsidRPr="00355959" w:rsidRDefault="007E079B">
            <w:pPr>
              <w:spacing w:before="20" w:after="20" w:line="240" w:lineRule="auto"/>
              <w:rPr>
                <w:lang w:val="es-PE"/>
              </w:rPr>
            </w:pPr>
          </w:p>
        </w:tc>
      </w:tr>
      <w:tr w:rsidR="007E079B" w:rsidRPr="0047359B" w14:paraId="62509028" w14:textId="77777777" w:rsidTr="00C269F9">
        <w:trPr>
          <w:cantSplit/>
          <w:jc w:val="center"/>
        </w:trPr>
        <w:tc>
          <w:tcPr>
            <w:tcW w:w="7937" w:type="dxa"/>
            <w:vAlign w:val="center"/>
          </w:tcPr>
          <w:p w14:paraId="4D39D402" w14:textId="77777777" w:rsidR="007E079B" w:rsidRPr="00355959" w:rsidRDefault="00F90A75">
            <w:pPr>
              <w:tabs>
                <w:tab w:val="left" w:pos="369"/>
              </w:tabs>
              <w:spacing w:before="20" w:after="20" w:line="240" w:lineRule="auto"/>
              <w:ind w:left="369" w:hanging="369"/>
              <w:rPr>
                <w:lang w:val="es-PE"/>
              </w:rPr>
            </w:pPr>
            <w:r w:rsidRPr="00355959">
              <w:rPr>
                <w:sz w:val="20"/>
                <w:lang w:val="es-PE"/>
              </w:rPr>
              <w:t>h)</w:t>
            </w:r>
            <w:r w:rsidRPr="00355959">
              <w:rPr>
                <w:sz w:val="20"/>
                <w:lang w:val="es-PE"/>
              </w:rPr>
              <w:tab/>
              <w:t>No ha sido beneficiaria del Concurso “Emprendimientos Innovadores” de PROINNÓVATE en cualquiera de sus versiones en generaciones anteriores</w:t>
            </w:r>
            <w:r>
              <w:rPr>
                <w:rStyle w:val="Refdenotaalpie1"/>
              </w:rPr>
              <w:footnoteReference w:id="15"/>
            </w:r>
            <w:r w:rsidRPr="00355959">
              <w:rPr>
                <w:sz w:val="20"/>
                <w:lang w:val="es-PE"/>
              </w:rPr>
              <w:t xml:space="preserve"> (desde la 1G hasta la 12G) con la misma idea de negocio o variaciones del mismo. Esto incluye variaciones de nombre del proyecto o la startup y/o variaciones de los miembros del equipo emprendedor. También si ha sido beneficiaria con la misma persona jurídica.</w:t>
            </w:r>
          </w:p>
        </w:tc>
        <w:tc>
          <w:tcPr>
            <w:tcW w:w="1134" w:type="dxa"/>
            <w:vAlign w:val="center"/>
          </w:tcPr>
          <w:p w14:paraId="3E872984" w14:textId="77777777" w:rsidR="007E079B" w:rsidRPr="00355959" w:rsidRDefault="007E079B">
            <w:pPr>
              <w:spacing w:before="20" w:after="20" w:line="240" w:lineRule="auto"/>
              <w:rPr>
                <w:lang w:val="es-PE"/>
              </w:rPr>
            </w:pPr>
          </w:p>
        </w:tc>
      </w:tr>
      <w:tr w:rsidR="007E079B" w:rsidRPr="0047359B" w14:paraId="64A29EE9" w14:textId="77777777" w:rsidTr="00C269F9">
        <w:trPr>
          <w:cantSplit/>
          <w:jc w:val="center"/>
        </w:trPr>
        <w:tc>
          <w:tcPr>
            <w:tcW w:w="7937" w:type="dxa"/>
            <w:vAlign w:val="center"/>
          </w:tcPr>
          <w:p w14:paraId="47B73B41" w14:textId="77777777" w:rsidR="007E079B" w:rsidRPr="00355959" w:rsidRDefault="00F90A75">
            <w:pPr>
              <w:tabs>
                <w:tab w:val="left" w:pos="369"/>
              </w:tabs>
              <w:spacing w:before="20" w:after="20" w:line="240" w:lineRule="auto"/>
              <w:ind w:left="369" w:hanging="369"/>
              <w:rPr>
                <w:lang w:val="es-PE"/>
              </w:rPr>
            </w:pPr>
            <w:r w:rsidRPr="00355959">
              <w:rPr>
                <w:sz w:val="20"/>
                <w:lang w:val="es-PE"/>
              </w:rPr>
              <w:t>i)</w:t>
            </w:r>
            <w:r w:rsidRPr="00355959">
              <w:rPr>
                <w:sz w:val="20"/>
                <w:lang w:val="es-PE"/>
              </w:rPr>
              <w:tab/>
              <w:t xml:space="preserve">Cumple con la legislación ambiental nacional en lo que le corresponda y que no tenga sanción vigente a la fecha de la postulación (según Resolución </w:t>
            </w:r>
            <w:proofErr w:type="spellStart"/>
            <w:r w:rsidRPr="00355959">
              <w:rPr>
                <w:sz w:val="20"/>
                <w:lang w:val="es-PE"/>
              </w:rPr>
              <w:t>N°</w:t>
            </w:r>
            <w:proofErr w:type="spellEnd"/>
            <w:r w:rsidRPr="00355959">
              <w:rPr>
                <w:sz w:val="20"/>
                <w:lang w:val="es-PE"/>
              </w:rPr>
              <w:t xml:space="preserve"> 032-2021-OEFA/CD) se verificará en el siguiente enlace: https://publico.oefa.gob.pe/administrados-sancionados/#/</w:t>
            </w:r>
          </w:p>
        </w:tc>
        <w:tc>
          <w:tcPr>
            <w:tcW w:w="1134" w:type="dxa"/>
            <w:vAlign w:val="center"/>
          </w:tcPr>
          <w:p w14:paraId="5B68F598" w14:textId="77777777" w:rsidR="007E079B" w:rsidRPr="00355959" w:rsidRDefault="007E079B">
            <w:pPr>
              <w:spacing w:before="20" w:after="20" w:line="240" w:lineRule="auto"/>
              <w:rPr>
                <w:lang w:val="es-PE"/>
              </w:rPr>
            </w:pPr>
          </w:p>
        </w:tc>
      </w:tr>
      <w:tr w:rsidR="007E079B" w:rsidRPr="0047359B" w14:paraId="17CDF561" w14:textId="77777777" w:rsidTr="00C269F9">
        <w:trPr>
          <w:cantSplit/>
          <w:jc w:val="center"/>
        </w:trPr>
        <w:tc>
          <w:tcPr>
            <w:tcW w:w="7937" w:type="dxa"/>
            <w:vAlign w:val="center"/>
          </w:tcPr>
          <w:p w14:paraId="4DB7308D" w14:textId="77777777" w:rsidR="007E079B" w:rsidRPr="00355959" w:rsidRDefault="00F90A75">
            <w:pPr>
              <w:tabs>
                <w:tab w:val="left" w:pos="369"/>
              </w:tabs>
              <w:spacing w:before="20" w:after="20" w:line="240" w:lineRule="auto"/>
              <w:ind w:left="369" w:hanging="369"/>
              <w:rPr>
                <w:lang w:val="es-PE"/>
              </w:rPr>
            </w:pPr>
            <w:r w:rsidRPr="00355959">
              <w:rPr>
                <w:sz w:val="20"/>
                <w:lang w:val="es-PE"/>
              </w:rPr>
              <w:t>j)</w:t>
            </w:r>
            <w:r w:rsidRPr="00355959">
              <w:rPr>
                <w:sz w:val="20"/>
                <w:lang w:val="es-PE"/>
              </w:rPr>
              <w:tab/>
              <w:t>No tener en ejecución uno o más convenios/contratos de adjudicación de RNR para la ejecución de un proyecto cofinanciado por PROINNÓVATE a la fecha de cierre de la presente convocatoria.</w:t>
            </w:r>
          </w:p>
        </w:tc>
        <w:tc>
          <w:tcPr>
            <w:tcW w:w="1134" w:type="dxa"/>
            <w:vAlign w:val="center"/>
          </w:tcPr>
          <w:p w14:paraId="07CE7E3F" w14:textId="77777777" w:rsidR="007E079B" w:rsidRPr="00355959" w:rsidRDefault="007E079B">
            <w:pPr>
              <w:spacing w:before="20" w:after="20" w:line="240" w:lineRule="auto"/>
              <w:rPr>
                <w:lang w:val="es-PE"/>
              </w:rPr>
            </w:pPr>
          </w:p>
        </w:tc>
      </w:tr>
      <w:tr w:rsidR="007E079B" w:rsidRPr="0047359B" w14:paraId="17C4853A" w14:textId="77777777" w:rsidTr="00C269F9">
        <w:trPr>
          <w:cantSplit/>
          <w:jc w:val="center"/>
        </w:trPr>
        <w:tc>
          <w:tcPr>
            <w:tcW w:w="7937" w:type="dxa"/>
            <w:vAlign w:val="center"/>
          </w:tcPr>
          <w:p w14:paraId="534B5072" w14:textId="77777777" w:rsidR="007E079B" w:rsidRPr="00355959" w:rsidRDefault="00F90A75">
            <w:pPr>
              <w:tabs>
                <w:tab w:val="left" w:pos="369"/>
              </w:tabs>
              <w:spacing w:before="20" w:after="20" w:line="240" w:lineRule="auto"/>
              <w:ind w:left="369" w:hanging="369"/>
              <w:rPr>
                <w:lang w:val="es-PE"/>
              </w:rPr>
            </w:pPr>
            <w:r w:rsidRPr="00355959">
              <w:rPr>
                <w:sz w:val="20"/>
                <w:lang w:val="es-PE"/>
              </w:rPr>
              <w:t>k)</w:t>
            </w:r>
            <w:r w:rsidRPr="00355959">
              <w:rPr>
                <w:sz w:val="20"/>
                <w:lang w:val="es-PE"/>
              </w:rPr>
              <w:tab/>
              <w:t>No presentar deudas coactivas reportadas de seguridad social de los trabajadores ni de otras obligaciones tributarias o no tributarias según SUNAT y en caso, de tenerla cuenta con Resolución que aprueba el fraccionamiento.</w:t>
            </w:r>
          </w:p>
        </w:tc>
        <w:tc>
          <w:tcPr>
            <w:tcW w:w="1134" w:type="dxa"/>
            <w:vAlign w:val="center"/>
          </w:tcPr>
          <w:p w14:paraId="0B5A06D3" w14:textId="77777777" w:rsidR="007E079B" w:rsidRPr="00355959" w:rsidRDefault="007E079B">
            <w:pPr>
              <w:spacing w:before="20" w:after="20" w:line="240" w:lineRule="auto"/>
              <w:rPr>
                <w:lang w:val="es-PE"/>
              </w:rPr>
            </w:pPr>
          </w:p>
        </w:tc>
      </w:tr>
      <w:tr w:rsidR="007E079B" w:rsidRPr="0047359B" w14:paraId="5895D208" w14:textId="77777777" w:rsidTr="00C269F9">
        <w:trPr>
          <w:cantSplit/>
          <w:jc w:val="center"/>
        </w:trPr>
        <w:tc>
          <w:tcPr>
            <w:tcW w:w="7937" w:type="dxa"/>
            <w:vAlign w:val="center"/>
          </w:tcPr>
          <w:p w14:paraId="6937BADD" w14:textId="77777777" w:rsidR="007E079B" w:rsidRPr="00355959" w:rsidRDefault="00F90A75">
            <w:pPr>
              <w:tabs>
                <w:tab w:val="left" w:pos="369"/>
              </w:tabs>
              <w:spacing w:before="20" w:after="20" w:line="240" w:lineRule="auto"/>
              <w:ind w:left="369" w:hanging="369"/>
              <w:rPr>
                <w:lang w:val="es-PE"/>
              </w:rPr>
            </w:pPr>
            <w:r w:rsidRPr="00355959">
              <w:rPr>
                <w:sz w:val="20"/>
                <w:lang w:val="es-PE"/>
              </w:rPr>
              <w:t>l)</w:t>
            </w:r>
            <w:r w:rsidRPr="00355959">
              <w:rPr>
                <w:sz w:val="20"/>
                <w:lang w:val="es-PE"/>
              </w:rPr>
              <w:tab/>
              <w:t>No estar sometido a ningún procedimiento previsto en la Ley General del Sistema Concursal, ni en cualquier norma que la sustituya, modifique o complemente.</w:t>
            </w:r>
          </w:p>
        </w:tc>
        <w:tc>
          <w:tcPr>
            <w:tcW w:w="1134" w:type="dxa"/>
            <w:vAlign w:val="center"/>
          </w:tcPr>
          <w:p w14:paraId="1A08A45A" w14:textId="77777777" w:rsidR="007E079B" w:rsidRPr="00355959" w:rsidRDefault="007E079B">
            <w:pPr>
              <w:spacing w:before="20" w:after="20" w:line="240" w:lineRule="auto"/>
              <w:rPr>
                <w:lang w:val="es-PE"/>
              </w:rPr>
            </w:pPr>
          </w:p>
        </w:tc>
      </w:tr>
      <w:tr w:rsidR="007E079B" w:rsidRPr="0047359B" w14:paraId="34C665F9" w14:textId="77777777" w:rsidTr="00C269F9">
        <w:trPr>
          <w:cantSplit/>
          <w:jc w:val="center"/>
        </w:trPr>
        <w:tc>
          <w:tcPr>
            <w:tcW w:w="7937" w:type="dxa"/>
            <w:vAlign w:val="center"/>
          </w:tcPr>
          <w:p w14:paraId="06A765BC" w14:textId="77777777" w:rsidR="007E079B" w:rsidRPr="00355959" w:rsidRDefault="00F90A75">
            <w:pPr>
              <w:tabs>
                <w:tab w:val="left" w:pos="369"/>
              </w:tabs>
              <w:spacing w:before="20" w:after="20" w:line="240" w:lineRule="auto"/>
              <w:ind w:left="369" w:hanging="369"/>
              <w:rPr>
                <w:lang w:val="es-PE"/>
              </w:rPr>
            </w:pPr>
            <w:r w:rsidRPr="00355959">
              <w:rPr>
                <w:sz w:val="20"/>
                <w:lang w:val="es-PE"/>
              </w:rPr>
              <w:t>m)</w:t>
            </w:r>
            <w:r w:rsidRPr="00355959">
              <w:rPr>
                <w:sz w:val="20"/>
                <w:lang w:val="es-PE"/>
              </w:rPr>
              <w:tab/>
              <w:t>No estar sancionado con inhabilitación temporal o definitiva para contratar con el Estado peruano, mientras dure tal sanción.</w:t>
            </w:r>
          </w:p>
        </w:tc>
        <w:tc>
          <w:tcPr>
            <w:tcW w:w="1134" w:type="dxa"/>
            <w:vAlign w:val="center"/>
          </w:tcPr>
          <w:p w14:paraId="5EF69531" w14:textId="77777777" w:rsidR="007E079B" w:rsidRPr="00355959" w:rsidRDefault="007E079B">
            <w:pPr>
              <w:spacing w:before="20" w:after="20" w:line="240" w:lineRule="auto"/>
              <w:rPr>
                <w:lang w:val="es-PE"/>
              </w:rPr>
            </w:pPr>
          </w:p>
        </w:tc>
      </w:tr>
      <w:tr w:rsidR="007E079B" w:rsidRPr="0047359B" w14:paraId="6EB1CD1D" w14:textId="77777777" w:rsidTr="00C269F9">
        <w:trPr>
          <w:cantSplit/>
          <w:jc w:val="center"/>
        </w:trPr>
        <w:tc>
          <w:tcPr>
            <w:tcW w:w="7937" w:type="dxa"/>
            <w:vAlign w:val="center"/>
          </w:tcPr>
          <w:p w14:paraId="3A42CDE2" w14:textId="77777777" w:rsidR="007E079B" w:rsidRPr="00355959" w:rsidRDefault="00F90A75">
            <w:pPr>
              <w:tabs>
                <w:tab w:val="left" w:pos="369"/>
              </w:tabs>
              <w:spacing w:before="20" w:after="20" w:line="240" w:lineRule="auto"/>
              <w:ind w:left="369" w:hanging="369"/>
              <w:rPr>
                <w:lang w:val="es-PE"/>
              </w:rPr>
            </w:pPr>
            <w:r w:rsidRPr="00355959">
              <w:rPr>
                <w:sz w:val="20"/>
                <w:lang w:val="es-PE"/>
              </w:rPr>
              <w:lastRenderedPageBreak/>
              <w:t>n)</w:t>
            </w:r>
            <w:r w:rsidRPr="00355959">
              <w:rPr>
                <w:sz w:val="20"/>
                <w:lang w:val="es-PE"/>
              </w:rPr>
              <w:tab/>
              <w:t xml:space="preserve">Los accionistas o </w:t>
            </w:r>
            <w:proofErr w:type="spellStart"/>
            <w:r w:rsidRPr="00355959">
              <w:rPr>
                <w:sz w:val="20"/>
                <w:lang w:val="es-PE"/>
              </w:rPr>
              <w:t>participacionistas</w:t>
            </w:r>
            <w:proofErr w:type="spellEnd"/>
            <w:r w:rsidRPr="00355959">
              <w:rPr>
                <w:sz w:val="20"/>
                <w:lang w:val="es-PE"/>
              </w:rPr>
              <w:t xml:space="preserve"> de las entidades solicitantes no tengan sentencia consentida y/o ejecutoriada por delitos contra la administración pública en agravio del Estado.</w:t>
            </w:r>
          </w:p>
        </w:tc>
        <w:tc>
          <w:tcPr>
            <w:tcW w:w="1134" w:type="dxa"/>
            <w:vAlign w:val="center"/>
          </w:tcPr>
          <w:p w14:paraId="2FE13B6F" w14:textId="77777777" w:rsidR="007E079B" w:rsidRPr="00355959" w:rsidRDefault="007E079B">
            <w:pPr>
              <w:spacing w:before="20" w:after="20" w:line="240" w:lineRule="auto"/>
              <w:rPr>
                <w:lang w:val="es-PE"/>
              </w:rPr>
            </w:pPr>
          </w:p>
        </w:tc>
      </w:tr>
      <w:tr w:rsidR="007E079B" w:rsidRPr="0047359B" w14:paraId="2076E1FC" w14:textId="77777777" w:rsidTr="00C269F9">
        <w:trPr>
          <w:cantSplit/>
          <w:jc w:val="center"/>
        </w:trPr>
        <w:tc>
          <w:tcPr>
            <w:tcW w:w="7937" w:type="dxa"/>
            <w:vAlign w:val="center"/>
          </w:tcPr>
          <w:p w14:paraId="3616CFCA" w14:textId="77777777" w:rsidR="007E079B" w:rsidRPr="00355959" w:rsidRDefault="00F90A75">
            <w:pPr>
              <w:tabs>
                <w:tab w:val="left" w:pos="369"/>
              </w:tabs>
              <w:spacing w:before="20" w:after="20" w:line="240" w:lineRule="auto"/>
              <w:ind w:left="369" w:hanging="369"/>
              <w:rPr>
                <w:lang w:val="es-PE"/>
              </w:rPr>
            </w:pPr>
            <w:r w:rsidRPr="00355959">
              <w:rPr>
                <w:sz w:val="20"/>
                <w:lang w:val="es-PE"/>
              </w:rPr>
              <w:t>o)</w:t>
            </w:r>
            <w:r w:rsidRPr="00355959">
              <w:rPr>
                <w:sz w:val="20"/>
                <w:lang w:val="es-PE"/>
              </w:rPr>
              <w:tab/>
              <w:t>No tener proyectos en estado interrumpido o judicializado en PROINNÓVATE (esto dado a incumplimiento contractuales)</w:t>
            </w:r>
          </w:p>
        </w:tc>
        <w:tc>
          <w:tcPr>
            <w:tcW w:w="1134" w:type="dxa"/>
            <w:vAlign w:val="center"/>
          </w:tcPr>
          <w:p w14:paraId="242E54C5" w14:textId="77777777" w:rsidR="007E079B" w:rsidRPr="00355959" w:rsidRDefault="007E079B">
            <w:pPr>
              <w:spacing w:before="20" w:after="20" w:line="240" w:lineRule="auto"/>
              <w:rPr>
                <w:lang w:val="es-PE"/>
              </w:rPr>
            </w:pPr>
          </w:p>
        </w:tc>
      </w:tr>
      <w:tr w:rsidR="007E079B" w:rsidRPr="0047359B" w14:paraId="6A36F8C7" w14:textId="77777777" w:rsidTr="00C269F9">
        <w:trPr>
          <w:cantSplit/>
          <w:jc w:val="center"/>
        </w:trPr>
        <w:tc>
          <w:tcPr>
            <w:tcW w:w="7937" w:type="dxa"/>
            <w:vAlign w:val="center"/>
          </w:tcPr>
          <w:p w14:paraId="0BC840EA" w14:textId="77777777" w:rsidR="007E079B" w:rsidRPr="00355959" w:rsidRDefault="00F90A75">
            <w:pPr>
              <w:tabs>
                <w:tab w:val="left" w:pos="369"/>
              </w:tabs>
              <w:spacing w:before="20" w:after="20" w:line="240" w:lineRule="auto"/>
              <w:ind w:left="369" w:hanging="369"/>
              <w:rPr>
                <w:lang w:val="es-PE"/>
              </w:rPr>
            </w:pPr>
            <w:r w:rsidRPr="00355959">
              <w:rPr>
                <w:sz w:val="20"/>
                <w:lang w:val="es-PE"/>
              </w:rPr>
              <w:t>p)</w:t>
            </w:r>
            <w:r w:rsidRPr="00355959">
              <w:rPr>
                <w:sz w:val="20"/>
                <w:lang w:val="es-PE"/>
              </w:rPr>
              <w:tab/>
              <w:t>Que el representante legal, socios y/o accionistas no sean miembros del equipo técnico de los proyectos de Dinamización de Ecosistemas Regionales de Innovación y Emprendimiento 3.0 de PROINNÓVATE.</w:t>
            </w:r>
          </w:p>
        </w:tc>
        <w:tc>
          <w:tcPr>
            <w:tcW w:w="1134" w:type="dxa"/>
            <w:vAlign w:val="center"/>
          </w:tcPr>
          <w:p w14:paraId="1C6F059C" w14:textId="77777777" w:rsidR="007E079B" w:rsidRPr="00355959" w:rsidRDefault="007E079B">
            <w:pPr>
              <w:spacing w:before="20" w:after="20" w:line="240" w:lineRule="auto"/>
              <w:rPr>
                <w:lang w:val="es-PE"/>
              </w:rPr>
            </w:pPr>
          </w:p>
        </w:tc>
      </w:tr>
      <w:tr w:rsidR="007E079B" w:rsidRPr="0047359B" w14:paraId="52B17A77" w14:textId="77777777" w:rsidTr="00C269F9">
        <w:trPr>
          <w:cantSplit/>
          <w:jc w:val="center"/>
        </w:trPr>
        <w:tc>
          <w:tcPr>
            <w:tcW w:w="7937" w:type="dxa"/>
            <w:vAlign w:val="center"/>
          </w:tcPr>
          <w:p w14:paraId="59F2D298" w14:textId="77777777" w:rsidR="007E079B" w:rsidRPr="00355959" w:rsidRDefault="00F90A75">
            <w:pPr>
              <w:tabs>
                <w:tab w:val="left" w:pos="369"/>
              </w:tabs>
              <w:spacing w:before="20" w:after="20" w:line="240" w:lineRule="auto"/>
              <w:ind w:left="369" w:hanging="369"/>
              <w:rPr>
                <w:lang w:val="es-PE"/>
              </w:rPr>
            </w:pPr>
            <w:r w:rsidRPr="00355959">
              <w:rPr>
                <w:sz w:val="20"/>
                <w:lang w:val="es-PE"/>
              </w:rPr>
              <w:t>q)</w:t>
            </w:r>
            <w:r w:rsidRPr="00355959">
              <w:rPr>
                <w:sz w:val="20"/>
                <w:lang w:val="es-PE"/>
              </w:rPr>
              <w:tab/>
              <w:t>No ha sido beneficiaria del Concurso “STARTUP PERÚ PLUG” en cualquiera de sus versiones en generaciones anteriores (desde la 1G hasta la 4G) y en sus versiones de cambio climático (1G y 2G).</w:t>
            </w:r>
          </w:p>
        </w:tc>
        <w:tc>
          <w:tcPr>
            <w:tcW w:w="1134" w:type="dxa"/>
            <w:vAlign w:val="center"/>
          </w:tcPr>
          <w:p w14:paraId="5385E510" w14:textId="77777777" w:rsidR="007E079B" w:rsidRPr="00355959" w:rsidRDefault="007E079B">
            <w:pPr>
              <w:spacing w:before="20" w:after="20" w:line="240" w:lineRule="auto"/>
              <w:rPr>
                <w:lang w:val="es-PE"/>
              </w:rPr>
            </w:pPr>
          </w:p>
        </w:tc>
      </w:tr>
      <w:tr w:rsidR="007E079B" w:rsidRPr="0047359B" w14:paraId="7158F16C" w14:textId="77777777" w:rsidTr="00C269F9">
        <w:trPr>
          <w:cantSplit/>
          <w:jc w:val="center"/>
        </w:trPr>
        <w:tc>
          <w:tcPr>
            <w:tcW w:w="7937" w:type="dxa"/>
            <w:vAlign w:val="center"/>
          </w:tcPr>
          <w:p w14:paraId="7DB41765" w14:textId="77777777" w:rsidR="007E079B" w:rsidRPr="00355959" w:rsidRDefault="00F90A75">
            <w:pPr>
              <w:spacing w:before="20" w:after="20" w:line="240" w:lineRule="auto"/>
              <w:rPr>
                <w:lang w:val="es-PE"/>
              </w:rPr>
            </w:pPr>
            <w:r w:rsidRPr="00355959">
              <w:rPr>
                <w:b/>
                <w:sz w:val="20"/>
                <w:lang w:val="es-PE"/>
              </w:rPr>
              <w:t>El/Los representante(s) legal(es) de la empresa joven cumplen con los siguientes requisitos:</w:t>
            </w:r>
          </w:p>
        </w:tc>
        <w:tc>
          <w:tcPr>
            <w:tcW w:w="1134" w:type="dxa"/>
            <w:vAlign w:val="center"/>
          </w:tcPr>
          <w:p w14:paraId="00F27AAD" w14:textId="77777777" w:rsidR="007E079B" w:rsidRPr="00355959" w:rsidRDefault="007E079B">
            <w:pPr>
              <w:spacing w:before="20" w:after="20" w:line="240" w:lineRule="auto"/>
              <w:rPr>
                <w:lang w:val="es-PE"/>
              </w:rPr>
            </w:pPr>
          </w:p>
        </w:tc>
      </w:tr>
      <w:tr w:rsidR="007E079B" w:rsidRPr="0047359B" w14:paraId="02CAB8F3" w14:textId="77777777" w:rsidTr="00C269F9">
        <w:trPr>
          <w:cantSplit/>
          <w:jc w:val="center"/>
        </w:trPr>
        <w:tc>
          <w:tcPr>
            <w:tcW w:w="7937" w:type="dxa"/>
            <w:vAlign w:val="center"/>
          </w:tcPr>
          <w:p w14:paraId="7C32AD60" w14:textId="77777777" w:rsidR="007E079B" w:rsidRPr="00355959" w:rsidRDefault="00F90A75">
            <w:pPr>
              <w:tabs>
                <w:tab w:val="left" w:pos="369"/>
              </w:tabs>
              <w:spacing w:before="20" w:after="20" w:line="240" w:lineRule="auto"/>
              <w:ind w:left="369" w:hanging="369"/>
              <w:rPr>
                <w:lang w:val="es-PE"/>
              </w:rPr>
            </w:pPr>
            <w:r w:rsidRPr="00355959">
              <w:rPr>
                <w:sz w:val="20"/>
                <w:lang w:val="es-PE"/>
              </w:rPr>
              <w:t>a)</w:t>
            </w:r>
            <w:r w:rsidRPr="00355959">
              <w:rPr>
                <w:sz w:val="20"/>
                <w:lang w:val="es-PE"/>
              </w:rPr>
              <w:tab/>
              <w:t>No estar sancionado con inhabilitación temporal o definitiva para contratar con el Estado peruano, mientras dure tal sanción.</w:t>
            </w:r>
          </w:p>
        </w:tc>
        <w:tc>
          <w:tcPr>
            <w:tcW w:w="1134" w:type="dxa"/>
            <w:vAlign w:val="center"/>
          </w:tcPr>
          <w:p w14:paraId="3F322BE5" w14:textId="77777777" w:rsidR="007E079B" w:rsidRPr="00355959" w:rsidRDefault="007E079B">
            <w:pPr>
              <w:spacing w:before="20" w:after="20" w:line="240" w:lineRule="auto"/>
              <w:rPr>
                <w:lang w:val="es-PE"/>
              </w:rPr>
            </w:pPr>
          </w:p>
        </w:tc>
      </w:tr>
      <w:tr w:rsidR="007E079B" w:rsidRPr="0047359B" w14:paraId="469A1687" w14:textId="77777777" w:rsidTr="00C269F9">
        <w:trPr>
          <w:cantSplit/>
          <w:jc w:val="center"/>
        </w:trPr>
        <w:tc>
          <w:tcPr>
            <w:tcW w:w="7937" w:type="dxa"/>
            <w:vAlign w:val="center"/>
          </w:tcPr>
          <w:p w14:paraId="36260411" w14:textId="77777777" w:rsidR="007E079B" w:rsidRPr="00355959" w:rsidRDefault="00F90A75">
            <w:pPr>
              <w:tabs>
                <w:tab w:val="left" w:pos="369"/>
              </w:tabs>
              <w:spacing w:before="20" w:after="20" w:line="240" w:lineRule="auto"/>
              <w:ind w:left="369" w:hanging="369"/>
              <w:rPr>
                <w:lang w:val="es-PE"/>
              </w:rPr>
            </w:pPr>
            <w:r w:rsidRPr="00355959">
              <w:rPr>
                <w:sz w:val="20"/>
                <w:lang w:val="es-PE"/>
              </w:rPr>
              <w:t>b)</w:t>
            </w:r>
            <w:r w:rsidRPr="00355959">
              <w:rPr>
                <w:sz w:val="20"/>
                <w:lang w:val="es-PE"/>
              </w:rPr>
              <w:tab/>
              <w:t>No tener sentencia consentida y/o ejecutoriada por delitos contra la administración pública en agravio del Estado.</w:t>
            </w:r>
          </w:p>
        </w:tc>
        <w:tc>
          <w:tcPr>
            <w:tcW w:w="1134" w:type="dxa"/>
            <w:vAlign w:val="center"/>
          </w:tcPr>
          <w:p w14:paraId="6B76C615" w14:textId="77777777" w:rsidR="007E079B" w:rsidRPr="00355959" w:rsidRDefault="007E079B">
            <w:pPr>
              <w:spacing w:before="20" w:after="20" w:line="240" w:lineRule="auto"/>
              <w:rPr>
                <w:lang w:val="es-PE"/>
              </w:rPr>
            </w:pPr>
          </w:p>
        </w:tc>
      </w:tr>
      <w:tr w:rsidR="007E079B" w:rsidRPr="0047359B" w14:paraId="503EB7F3" w14:textId="77777777" w:rsidTr="00C269F9">
        <w:trPr>
          <w:cantSplit/>
          <w:jc w:val="center"/>
        </w:trPr>
        <w:tc>
          <w:tcPr>
            <w:tcW w:w="7937" w:type="dxa"/>
            <w:vAlign w:val="center"/>
          </w:tcPr>
          <w:p w14:paraId="205F1F79" w14:textId="77777777" w:rsidR="007E079B" w:rsidRPr="00355959" w:rsidRDefault="00F90A75">
            <w:pPr>
              <w:tabs>
                <w:tab w:val="left" w:pos="369"/>
              </w:tabs>
              <w:spacing w:before="20" w:after="20" w:line="240" w:lineRule="auto"/>
              <w:ind w:left="369" w:hanging="369"/>
              <w:rPr>
                <w:lang w:val="es-PE"/>
              </w:rPr>
            </w:pPr>
            <w:r w:rsidRPr="00355959">
              <w:rPr>
                <w:sz w:val="20"/>
                <w:lang w:val="es-PE"/>
              </w:rPr>
              <w:t>c)</w:t>
            </w:r>
            <w:r w:rsidRPr="00355959">
              <w:rPr>
                <w:sz w:val="20"/>
                <w:lang w:val="es-PE"/>
              </w:rPr>
              <w:tab/>
              <w:t>No tener proyectos en estado interrumpido o judicializado en PROINNÓVATE (esto dado a incumplimiento contractuales).</w:t>
            </w:r>
          </w:p>
        </w:tc>
        <w:tc>
          <w:tcPr>
            <w:tcW w:w="1134" w:type="dxa"/>
            <w:vAlign w:val="center"/>
          </w:tcPr>
          <w:p w14:paraId="7C47240B" w14:textId="77777777" w:rsidR="007E079B" w:rsidRPr="00355959" w:rsidRDefault="007E079B">
            <w:pPr>
              <w:spacing w:before="20" w:after="20" w:line="240" w:lineRule="auto"/>
              <w:rPr>
                <w:lang w:val="es-PE"/>
              </w:rPr>
            </w:pPr>
          </w:p>
        </w:tc>
      </w:tr>
      <w:tr w:rsidR="007E079B" w:rsidRPr="0047359B" w14:paraId="503CBA67" w14:textId="77777777" w:rsidTr="00C269F9">
        <w:trPr>
          <w:cantSplit/>
          <w:jc w:val="center"/>
        </w:trPr>
        <w:tc>
          <w:tcPr>
            <w:tcW w:w="7937" w:type="dxa"/>
            <w:vAlign w:val="center"/>
          </w:tcPr>
          <w:p w14:paraId="1123CC28" w14:textId="77777777" w:rsidR="007E079B" w:rsidRPr="00355959" w:rsidRDefault="00F90A75">
            <w:pPr>
              <w:spacing w:before="20" w:after="20" w:line="240" w:lineRule="auto"/>
              <w:rPr>
                <w:lang w:val="es-PE"/>
              </w:rPr>
            </w:pPr>
            <w:r w:rsidRPr="00355959">
              <w:rPr>
                <w:b/>
                <w:sz w:val="20"/>
                <w:lang w:val="es-PE"/>
              </w:rPr>
              <w:t>El proyecto presentado al concurso cumple con los siguientes requisitos:</w:t>
            </w:r>
          </w:p>
        </w:tc>
        <w:tc>
          <w:tcPr>
            <w:tcW w:w="1134" w:type="dxa"/>
            <w:vAlign w:val="center"/>
          </w:tcPr>
          <w:p w14:paraId="255BDD12" w14:textId="77777777" w:rsidR="007E079B" w:rsidRPr="00355959" w:rsidRDefault="007E079B">
            <w:pPr>
              <w:spacing w:before="20" w:after="20" w:line="240" w:lineRule="auto"/>
              <w:rPr>
                <w:lang w:val="es-PE"/>
              </w:rPr>
            </w:pPr>
          </w:p>
        </w:tc>
      </w:tr>
      <w:tr w:rsidR="007E079B" w:rsidRPr="0047359B" w14:paraId="35B36580" w14:textId="77777777" w:rsidTr="00C269F9">
        <w:trPr>
          <w:cantSplit/>
          <w:jc w:val="center"/>
        </w:trPr>
        <w:tc>
          <w:tcPr>
            <w:tcW w:w="7937" w:type="dxa"/>
            <w:vAlign w:val="center"/>
          </w:tcPr>
          <w:p w14:paraId="44C7EA78" w14:textId="77777777" w:rsidR="007E079B" w:rsidRPr="00355959" w:rsidRDefault="00F90A75">
            <w:pPr>
              <w:tabs>
                <w:tab w:val="left" w:pos="369"/>
              </w:tabs>
              <w:spacing w:before="20" w:after="20" w:line="240" w:lineRule="auto"/>
              <w:ind w:left="369" w:hanging="369"/>
              <w:rPr>
                <w:lang w:val="es-PE"/>
              </w:rPr>
            </w:pPr>
            <w:r w:rsidRPr="00355959">
              <w:rPr>
                <w:sz w:val="20"/>
                <w:lang w:val="es-PE"/>
              </w:rPr>
              <w:t>a)</w:t>
            </w:r>
            <w:r w:rsidRPr="00355959">
              <w:rPr>
                <w:sz w:val="20"/>
                <w:lang w:val="es-PE"/>
              </w:rPr>
              <w:tab/>
              <w:t>Que el proyecto que se postula no presente un producto (bien o servicio) cuya Propiedad Intelectual esencial (Patente, Diseño Industrial, o registro de Derecho de Autor sobre el código fuente/obra principal) sea titularidad de un tercero, sin contar con la debida documentación legal (licencia o cesión) que acredite la titularidad o el derecho de uso exclusivo por parte de la Entidad Beneficiaria. Asimismo, no vulnera los derechos de propiedad intelectual de terceros registrados ante INDECOPI u otra entidad competente, y/o no muestra indicios de plagio o copia textual, total o parcial, de otros proyectos evaluados, en evaluación, culminados o en ejecución, financiados por cualquier fuente cuya información sea accesible.</w:t>
            </w:r>
          </w:p>
        </w:tc>
        <w:tc>
          <w:tcPr>
            <w:tcW w:w="1134" w:type="dxa"/>
            <w:vAlign w:val="center"/>
          </w:tcPr>
          <w:p w14:paraId="447ACA65" w14:textId="77777777" w:rsidR="007E079B" w:rsidRPr="00355959" w:rsidRDefault="007E079B">
            <w:pPr>
              <w:spacing w:before="20" w:after="20" w:line="240" w:lineRule="auto"/>
              <w:rPr>
                <w:lang w:val="es-PE"/>
              </w:rPr>
            </w:pPr>
          </w:p>
        </w:tc>
      </w:tr>
      <w:tr w:rsidR="007E079B" w:rsidRPr="0047359B" w14:paraId="0159771E" w14:textId="77777777" w:rsidTr="00C269F9">
        <w:trPr>
          <w:cantSplit/>
          <w:jc w:val="center"/>
        </w:trPr>
        <w:tc>
          <w:tcPr>
            <w:tcW w:w="7937" w:type="dxa"/>
            <w:vAlign w:val="center"/>
          </w:tcPr>
          <w:p w14:paraId="3E49AD0D" w14:textId="77777777" w:rsidR="007E079B" w:rsidRPr="00355959" w:rsidRDefault="00F90A75">
            <w:pPr>
              <w:tabs>
                <w:tab w:val="left" w:pos="369"/>
              </w:tabs>
              <w:spacing w:before="20" w:after="20" w:line="240" w:lineRule="auto"/>
              <w:ind w:left="369" w:hanging="369"/>
              <w:rPr>
                <w:lang w:val="es-PE"/>
              </w:rPr>
            </w:pPr>
            <w:r w:rsidRPr="00355959">
              <w:rPr>
                <w:sz w:val="20"/>
                <w:lang w:val="es-PE"/>
              </w:rPr>
              <w:t>b)</w:t>
            </w:r>
            <w:r w:rsidRPr="00355959">
              <w:rPr>
                <w:sz w:val="20"/>
                <w:lang w:val="es-PE"/>
              </w:rPr>
              <w:tab/>
              <w:t>Que la información consignada en el proyecto presentado a PROINNÓVATE es veraz.</w:t>
            </w:r>
          </w:p>
        </w:tc>
        <w:tc>
          <w:tcPr>
            <w:tcW w:w="1134" w:type="dxa"/>
            <w:vAlign w:val="center"/>
          </w:tcPr>
          <w:p w14:paraId="2B80A57D" w14:textId="77777777" w:rsidR="007E079B" w:rsidRPr="00355959" w:rsidRDefault="007E079B">
            <w:pPr>
              <w:spacing w:before="20" w:after="20" w:line="240" w:lineRule="auto"/>
              <w:rPr>
                <w:lang w:val="es-PE"/>
              </w:rPr>
            </w:pPr>
          </w:p>
        </w:tc>
      </w:tr>
      <w:tr w:rsidR="007E079B" w:rsidRPr="0047359B" w14:paraId="5A579D5B" w14:textId="77777777" w:rsidTr="00C269F9">
        <w:trPr>
          <w:cantSplit/>
          <w:jc w:val="center"/>
        </w:trPr>
        <w:tc>
          <w:tcPr>
            <w:tcW w:w="7937" w:type="dxa"/>
            <w:vAlign w:val="center"/>
          </w:tcPr>
          <w:p w14:paraId="603B710B" w14:textId="77777777" w:rsidR="007E079B" w:rsidRPr="00355959" w:rsidRDefault="00F90A75">
            <w:pPr>
              <w:tabs>
                <w:tab w:val="left" w:pos="369"/>
              </w:tabs>
              <w:spacing w:before="20" w:after="20" w:line="240" w:lineRule="auto"/>
              <w:ind w:left="369" w:hanging="369"/>
              <w:rPr>
                <w:lang w:val="es-PE"/>
              </w:rPr>
            </w:pPr>
            <w:r w:rsidRPr="00355959">
              <w:rPr>
                <w:sz w:val="20"/>
                <w:lang w:val="es-PE"/>
              </w:rPr>
              <w:t>c)</w:t>
            </w:r>
            <w:r w:rsidRPr="00355959">
              <w:rPr>
                <w:sz w:val="20"/>
                <w:lang w:val="es-PE"/>
              </w:rPr>
              <w:tab/>
              <w:t>Que el proyecto que se postula no es cofinanciado por recursos provenientes de otros fondos del estado.</w:t>
            </w:r>
          </w:p>
        </w:tc>
        <w:tc>
          <w:tcPr>
            <w:tcW w:w="1134" w:type="dxa"/>
            <w:vAlign w:val="center"/>
          </w:tcPr>
          <w:p w14:paraId="636CA736" w14:textId="77777777" w:rsidR="007E079B" w:rsidRPr="00355959" w:rsidRDefault="007E079B">
            <w:pPr>
              <w:spacing w:before="20" w:after="20" w:line="240" w:lineRule="auto"/>
              <w:rPr>
                <w:lang w:val="es-PE"/>
              </w:rPr>
            </w:pPr>
          </w:p>
        </w:tc>
      </w:tr>
      <w:tr w:rsidR="00C269F9" w:rsidRPr="0047359B" w14:paraId="0369F375" w14:textId="77777777" w:rsidTr="00C269F9">
        <w:trPr>
          <w:cantSplit/>
          <w:jc w:val="center"/>
        </w:trPr>
        <w:tc>
          <w:tcPr>
            <w:tcW w:w="7937" w:type="dxa"/>
            <w:vAlign w:val="center"/>
          </w:tcPr>
          <w:p w14:paraId="3DE056C0" w14:textId="64BB8A98" w:rsidR="00C269F9" w:rsidRPr="00355959" w:rsidRDefault="00C269F9">
            <w:pPr>
              <w:tabs>
                <w:tab w:val="left" w:pos="369"/>
              </w:tabs>
              <w:spacing w:before="20" w:after="20" w:line="240" w:lineRule="auto"/>
              <w:ind w:left="369" w:hanging="369"/>
              <w:rPr>
                <w:sz w:val="20"/>
                <w:lang w:val="es-PE"/>
              </w:rPr>
            </w:pPr>
            <w:r w:rsidRPr="005F2851">
              <w:rPr>
                <w:sz w:val="20"/>
                <w:lang w:val="es-PE"/>
              </w:rPr>
              <w:t>d)</w:t>
            </w:r>
            <w:r w:rsidRPr="005F2851">
              <w:rPr>
                <w:sz w:val="20"/>
                <w:lang w:val="es-PE"/>
              </w:rPr>
              <w:tab/>
            </w:r>
            <w:r w:rsidRPr="005364B9">
              <w:rPr>
                <w:sz w:val="20"/>
                <w:lang w:val="es-PE"/>
              </w:rPr>
              <w:t xml:space="preserve">Que el proyecto que se postula en la presente convocatoria no es presentado en ninguno de los otros concursos regionales vigentes (convocados por la región </w:t>
            </w:r>
            <w:r>
              <w:rPr>
                <w:sz w:val="20"/>
                <w:lang w:val="es-PE"/>
              </w:rPr>
              <w:t>Piura</w:t>
            </w:r>
            <w:r w:rsidRPr="005364B9">
              <w:rPr>
                <w:sz w:val="20"/>
                <w:lang w:val="es-PE"/>
              </w:rPr>
              <w:t xml:space="preserve"> y/o las otras regiones)</w:t>
            </w:r>
          </w:p>
        </w:tc>
        <w:tc>
          <w:tcPr>
            <w:tcW w:w="1134" w:type="dxa"/>
            <w:vAlign w:val="center"/>
          </w:tcPr>
          <w:p w14:paraId="626CCFBA" w14:textId="77777777" w:rsidR="00C269F9" w:rsidRPr="00355959" w:rsidRDefault="00C269F9">
            <w:pPr>
              <w:spacing w:before="20" w:after="20" w:line="240" w:lineRule="auto"/>
              <w:rPr>
                <w:lang w:val="es-PE"/>
              </w:rPr>
            </w:pPr>
          </w:p>
        </w:tc>
      </w:tr>
      <w:tr w:rsidR="007E079B" w:rsidRPr="0047359B" w14:paraId="24217465" w14:textId="77777777" w:rsidTr="00C269F9">
        <w:trPr>
          <w:cantSplit/>
          <w:jc w:val="center"/>
        </w:trPr>
        <w:tc>
          <w:tcPr>
            <w:tcW w:w="7937" w:type="dxa"/>
            <w:vAlign w:val="center"/>
          </w:tcPr>
          <w:p w14:paraId="6E3C849F" w14:textId="43E53E2A" w:rsidR="007E079B" w:rsidRPr="00355959" w:rsidRDefault="00C269F9">
            <w:pPr>
              <w:tabs>
                <w:tab w:val="left" w:pos="369"/>
              </w:tabs>
              <w:spacing w:before="20" w:after="20" w:line="240" w:lineRule="auto"/>
              <w:ind w:left="369" w:hanging="369"/>
              <w:rPr>
                <w:lang w:val="es-PE"/>
              </w:rPr>
            </w:pPr>
            <w:r>
              <w:rPr>
                <w:sz w:val="20"/>
                <w:lang w:val="es-PE"/>
              </w:rPr>
              <w:t>e</w:t>
            </w:r>
            <w:r w:rsidR="00F90A75" w:rsidRPr="00355959">
              <w:rPr>
                <w:sz w:val="20"/>
                <w:lang w:val="es-PE"/>
              </w:rPr>
              <w:t>)</w:t>
            </w:r>
            <w:r w:rsidR="00F90A75" w:rsidRPr="00355959">
              <w:rPr>
                <w:sz w:val="20"/>
                <w:lang w:val="es-PE"/>
              </w:rPr>
              <w:tab/>
              <w:t>Que el proyecto no está relacionado con armas, juegos de azar, actividades ilegales, prohibidas o innecesarias para el logro de los resultados del proyecto.</w:t>
            </w:r>
          </w:p>
        </w:tc>
        <w:tc>
          <w:tcPr>
            <w:tcW w:w="1134" w:type="dxa"/>
            <w:vAlign w:val="center"/>
          </w:tcPr>
          <w:p w14:paraId="22B8BC6D" w14:textId="77777777" w:rsidR="007E079B" w:rsidRPr="00355959" w:rsidRDefault="007E079B">
            <w:pPr>
              <w:spacing w:before="20" w:after="20" w:line="240" w:lineRule="auto"/>
              <w:rPr>
                <w:lang w:val="es-PE"/>
              </w:rPr>
            </w:pPr>
          </w:p>
        </w:tc>
      </w:tr>
      <w:tr w:rsidR="007E079B" w:rsidRPr="0047359B" w14:paraId="7A8EB1B9" w14:textId="77777777" w:rsidTr="00C269F9">
        <w:trPr>
          <w:cantSplit/>
          <w:jc w:val="center"/>
        </w:trPr>
        <w:tc>
          <w:tcPr>
            <w:tcW w:w="7937" w:type="dxa"/>
            <w:vAlign w:val="center"/>
          </w:tcPr>
          <w:p w14:paraId="327B1584" w14:textId="6F47805B" w:rsidR="007E079B" w:rsidRPr="00355959" w:rsidRDefault="00C269F9">
            <w:pPr>
              <w:tabs>
                <w:tab w:val="left" w:pos="369"/>
              </w:tabs>
              <w:spacing w:before="20" w:after="20" w:line="240" w:lineRule="auto"/>
              <w:ind w:left="369" w:hanging="369"/>
              <w:rPr>
                <w:lang w:val="es-PE"/>
              </w:rPr>
            </w:pPr>
            <w:r>
              <w:rPr>
                <w:sz w:val="20"/>
                <w:lang w:val="es-PE"/>
              </w:rPr>
              <w:t>f</w:t>
            </w:r>
            <w:r w:rsidR="00F90A75" w:rsidRPr="00355959">
              <w:rPr>
                <w:sz w:val="20"/>
                <w:lang w:val="es-PE"/>
              </w:rPr>
              <w:t>)</w:t>
            </w:r>
            <w:r w:rsidR="00F90A75" w:rsidRPr="00355959">
              <w:rPr>
                <w:sz w:val="20"/>
                <w:lang w:val="es-PE"/>
              </w:rPr>
              <w:tab/>
              <w:t>Que el proyecto cumpla con la normativa ambiental vigente, en lo que le corresponda</w:t>
            </w:r>
            <w:r w:rsidR="00F90A75">
              <w:rPr>
                <w:rStyle w:val="Refdenotaalpie1"/>
              </w:rPr>
              <w:footnoteReference w:id="16"/>
            </w:r>
            <w:r w:rsidR="00F90A75" w:rsidRPr="00355959">
              <w:rPr>
                <w:sz w:val="20"/>
                <w:lang w:val="es-PE"/>
              </w:rPr>
              <w:t>.</w:t>
            </w:r>
          </w:p>
        </w:tc>
        <w:tc>
          <w:tcPr>
            <w:tcW w:w="1134" w:type="dxa"/>
            <w:vAlign w:val="center"/>
          </w:tcPr>
          <w:p w14:paraId="36F54617" w14:textId="77777777" w:rsidR="007E079B" w:rsidRPr="00355959" w:rsidRDefault="007E079B">
            <w:pPr>
              <w:spacing w:before="20" w:after="20" w:line="240" w:lineRule="auto"/>
              <w:rPr>
                <w:lang w:val="es-PE"/>
              </w:rPr>
            </w:pPr>
          </w:p>
        </w:tc>
      </w:tr>
      <w:tr w:rsidR="007E079B" w:rsidRPr="0047359B" w14:paraId="16F7678A" w14:textId="77777777" w:rsidTr="00C269F9">
        <w:trPr>
          <w:cantSplit/>
          <w:jc w:val="center"/>
        </w:trPr>
        <w:tc>
          <w:tcPr>
            <w:tcW w:w="7937" w:type="dxa"/>
            <w:vAlign w:val="center"/>
          </w:tcPr>
          <w:p w14:paraId="4F451073" w14:textId="0D71D781" w:rsidR="007E079B" w:rsidRPr="00355959" w:rsidRDefault="00C269F9">
            <w:pPr>
              <w:tabs>
                <w:tab w:val="left" w:pos="369"/>
              </w:tabs>
              <w:spacing w:before="20" w:after="20" w:line="240" w:lineRule="auto"/>
              <w:ind w:left="369" w:hanging="369"/>
              <w:rPr>
                <w:lang w:val="es-PE"/>
              </w:rPr>
            </w:pPr>
            <w:r>
              <w:rPr>
                <w:sz w:val="20"/>
                <w:lang w:val="es-PE"/>
              </w:rPr>
              <w:t>g</w:t>
            </w:r>
            <w:r w:rsidR="00F90A75" w:rsidRPr="00355959">
              <w:rPr>
                <w:sz w:val="20"/>
                <w:lang w:val="es-PE"/>
              </w:rPr>
              <w:t>)</w:t>
            </w:r>
            <w:r w:rsidR="00F90A75" w:rsidRPr="00355959">
              <w:rPr>
                <w:sz w:val="20"/>
                <w:lang w:val="es-PE"/>
              </w:rPr>
              <w:tab/>
              <w:t>Que el proyecto este orientado a las áreas de especialización priorizadas por la región</w:t>
            </w:r>
            <w:r w:rsidR="00F90A75">
              <w:rPr>
                <w:rStyle w:val="Refdenotaalpie1"/>
              </w:rPr>
              <w:footnoteReference w:id="17"/>
            </w:r>
            <w:r w:rsidR="00F90A75" w:rsidRPr="00355959">
              <w:rPr>
                <w:sz w:val="20"/>
                <w:lang w:val="es-PE"/>
              </w:rPr>
              <w:t xml:space="preserve">: i) Industria Agropecuaria e Hidrobiológica de Alto Valor Agregado, </w:t>
            </w:r>
            <w:proofErr w:type="spellStart"/>
            <w:r w:rsidR="00F90A75" w:rsidRPr="00355959">
              <w:rPr>
                <w:sz w:val="20"/>
                <w:lang w:val="es-PE"/>
              </w:rPr>
              <w:t>ii</w:t>
            </w:r>
            <w:proofErr w:type="spellEnd"/>
            <w:r w:rsidR="00F90A75" w:rsidRPr="00355959">
              <w:rPr>
                <w:sz w:val="20"/>
                <w:lang w:val="es-PE"/>
              </w:rPr>
              <w:t>) Piura Región Creativa, Cultural y</w:t>
            </w:r>
            <w:r w:rsidR="00F90A75" w:rsidRPr="00355959">
              <w:rPr>
                <w:lang w:val="es-PE"/>
              </w:rPr>
              <w:br/>
            </w:r>
            <w:r w:rsidR="00F90A75" w:rsidRPr="00355959">
              <w:rPr>
                <w:sz w:val="20"/>
                <w:lang w:val="es-PE"/>
              </w:rPr>
              <w:t xml:space="preserve">Turística, </w:t>
            </w:r>
            <w:proofErr w:type="spellStart"/>
            <w:r w:rsidR="00F90A75" w:rsidRPr="00355959">
              <w:rPr>
                <w:sz w:val="20"/>
                <w:lang w:val="es-PE"/>
              </w:rPr>
              <w:t>iii</w:t>
            </w:r>
            <w:proofErr w:type="spellEnd"/>
            <w:r w:rsidR="00F90A75" w:rsidRPr="00355959">
              <w:rPr>
                <w:sz w:val="20"/>
                <w:lang w:val="es-PE"/>
              </w:rPr>
              <w:t xml:space="preserve">) Hub Logístico y Transfronterizo y </w:t>
            </w:r>
            <w:proofErr w:type="spellStart"/>
            <w:r w:rsidR="00F90A75" w:rsidRPr="00355959">
              <w:rPr>
                <w:sz w:val="20"/>
                <w:lang w:val="es-PE"/>
              </w:rPr>
              <w:t>iv</w:t>
            </w:r>
            <w:proofErr w:type="spellEnd"/>
            <w:r w:rsidR="00F90A75" w:rsidRPr="00355959">
              <w:rPr>
                <w:sz w:val="20"/>
                <w:lang w:val="es-PE"/>
              </w:rPr>
              <w:t>) Piura Territorio Sustentable. Adicionalmente, se podrá incorporar una de las áreas transversales priorizadas por la región</w:t>
            </w:r>
            <w:r w:rsidR="00F90A75">
              <w:rPr>
                <w:rStyle w:val="Refdenotaalpie1"/>
              </w:rPr>
              <w:footnoteReference w:id="18"/>
            </w:r>
            <w:r w:rsidR="00F90A75" w:rsidRPr="00355959">
              <w:rPr>
                <w:sz w:val="20"/>
                <w:lang w:val="es-PE"/>
              </w:rPr>
              <w:t>: i) Piura Región Emprendedora y del Saber, contribuyendo a mejorar su productividad, competitividad o sostenibilidad.</w:t>
            </w:r>
          </w:p>
        </w:tc>
        <w:tc>
          <w:tcPr>
            <w:tcW w:w="1134" w:type="dxa"/>
            <w:vAlign w:val="center"/>
          </w:tcPr>
          <w:p w14:paraId="2794EA90" w14:textId="77777777" w:rsidR="007E079B" w:rsidRPr="00355959" w:rsidRDefault="007E079B">
            <w:pPr>
              <w:spacing w:before="20" w:after="20" w:line="240" w:lineRule="auto"/>
              <w:rPr>
                <w:lang w:val="es-PE"/>
              </w:rPr>
            </w:pPr>
          </w:p>
        </w:tc>
      </w:tr>
      <w:tr w:rsidR="007E079B" w:rsidRPr="0047359B" w14:paraId="617DDD0B" w14:textId="77777777" w:rsidTr="00C269F9">
        <w:trPr>
          <w:cantSplit/>
          <w:jc w:val="center"/>
        </w:trPr>
        <w:tc>
          <w:tcPr>
            <w:tcW w:w="7937" w:type="dxa"/>
            <w:vAlign w:val="center"/>
          </w:tcPr>
          <w:p w14:paraId="2C4BC8B7" w14:textId="3D200EB7" w:rsidR="007E079B" w:rsidRPr="00355959" w:rsidRDefault="00C269F9">
            <w:pPr>
              <w:tabs>
                <w:tab w:val="left" w:pos="369"/>
              </w:tabs>
              <w:spacing w:before="20" w:after="20" w:line="240" w:lineRule="auto"/>
              <w:ind w:left="369" w:hanging="369"/>
              <w:rPr>
                <w:lang w:val="es-PE"/>
              </w:rPr>
            </w:pPr>
            <w:r>
              <w:rPr>
                <w:sz w:val="20"/>
                <w:lang w:val="es-PE"/>
              </w:rPr>
              <w:lastRenderedPageBreak/>
              <w:t>h</w:t>
            </w:r>
            <w:r w:rsidR="00F90A75" w:rsidRPr="00355959">
              <w:rPr>
                <w:sz w:val="20"/>
                <w:lang w:val="es-PE"/>
              </w:rPr>
              <w:t>)</w:t>
            </w:r>
            <w:r w:rsidR="00F90A75" w:rsidRPr="00355959">
              <w:rPr>
                <w:sz w:val="20"/>
                <w:lang w:val="es-PE"/>
              </w:rPr>
              <w:tab/>
              <w:t>Los miembros del Equipo emprendedor del startup y las empresas en las que estos sean accionistas, gerente general o representante legal, no podrán ser proveedores de bienes, servicios, ni consultorías para las actividades del proyecto. Esto se extiende a los parientes del miembro del Equipo emprendedor hasta el tercer grado de consanguinidad y/o segundo de afinidad por razones de matrimonio, unión de hecho o convivencia.</w:t>
            </w:r>
          </w:p>
        </w:tc>
        <w:tc>
          <w:tcPr>
            <w:tcW w:w="1134" w:type="dxa"/>
            <w:vAlign w:val="center"/>
          </w:tcPr>
          <w:p w14:paraId="725FD511" w14:textId="77777777" w:rsidR="007E079B" w:rsidRPr="00355959" w:rsidRDefault="007E079B">
            <w:pPr>
              <w:spacing w:before="20" w:after="20" w:line="240" w:lineRule="auto"/>
              <w:rPr>
                <w:lang w:val="es-PE"/>
              </w:rPr>
            </w:pPr>
          </w:p>
        </w:tc>
      </w:tr>
      <w:tr w:rsidR="007E079B" w:rsidRPr="0047359B" w14:paraId="7153C42E" w14:textId="77777777" w:rsidTr="00C269F9">
        <w:trPr>
          <w:cantSplit/>
          <w:jc w:val="center"/>
        </w:trPr>
        <w:tc>
          <w:tcPr>
            <w:tcW w:w="7937" w:type="dxa"/>
            <w:vAlign w:val="center"/>
          </w:tcPr>
          <w:p w14:paraId="3495D02E" w14:textId="0A720C10" w:rsidR="007E079B" w:rsidRPr="00355959" w:rsidRDefault="00C269F9">
            <w:pPr>
              <w:tabs>
                <w:tab w:val="left" w:pos="369"/>
              </w:tabs>
              <w:spacing w:before="20" w:after="20" w:line="240" w:lineRule="auto"/>
              <w:ind w:left="369" w:hanging="369"/>
              <w:rPr>
                <w:lang w:val="es-PE"/>
              </w:rPr>
            </w:pPr>
            <w:r>
              <w:rPr>
                <w:sz w:val="20"/>
                <w:lang w:val="es-PE"/>
              </w:rPr>
              <w:t>i</w:t>
            </w:r>
            <w:r w:rsidR="00F90A75" w:rsidRPr="00355959">
              <w:rPr>
                <w:sz w:val="20"/>
                <w:lang w:val="es-PE"/>
              </w:rPr>
              <w:t>)</w:t>
            </w:r>
            <w:r w:rsidR="00F90A75" w:rsidRPr="00355959">
              <w:rPr>
                <w:sz w:val="20"/>
                <w:lang w:val="es-PE"/>
              </w:rPr>
              <w:tab/>
              <w:t>Los miembros del Equipo emprendedor de la startup; así como los socios, apoderados y representantes legales de la empresa joven, no deben tener relación contractual, consanguinidad y/o afinidad con las personas con vínculo laboral y/o contractual de PROINNÓVATE o de Cámara de Comercio y Producción de Piura hasta el cuarto grado de consanguinidad y/o afinidad por razones de matrimonio, unión de hecho o convivencia.</w:t>
            </w:r>
          </w:p>
        </w:tc>
        <w:tc>
          <w:tcPr>
            <w:tcW w:w="1134" w:type="dxa"/>
            <w:vAlign w:val="center"/>
          </w:tcPr>
          <w:p w14:paraId="72603EBD" w14:textId="77777777" w:rsidR="007E079B" w:rsidRPr="00355959" w:rsidRDefault="007E079B">
            <w:pPr>
              <w:spacing w:before="20" w:after="20" w:line="240" w:lineRule="auto"/>
              <w:rPr>
                <w:lang w:val="es-PE"/>
              </w:rPr>
            </w:pPr>
          </w:p>
        </w:tc>
      </w:tr>
      <w:tr w:rsidR="007E079B" w:rsidRPr="0047359B" w14:paraId="0866F1B8" w14:textId="77777777" w:rsidTr="00C269F9">
        <w:trPr>
          <w:cantSplit/>
          <w:jc w:val="center"/>
        </w:trPr>
        <w:tc>
          <w:tcPr>
            <w:tcW w:w="7937" w:type="dxa"/>
            <w:vAlign w:val="center"/>
          </w:tcPr>
          <w:p w14:paraId="359A0BBA" w14:textId="77777777" w:rsidR="007E079B" w:rsidRPr="00355959" w:rsidRDefault="00F90A75">
            <w:pPr>
              <w:spacing w:before="20" w:after="20" w:line="240" w:lineRule="auto"/>
              <w:rPr>
                <w:lang w:val="es-PE"/>
              </w:rPr>
            </w:pPr>
            <w:r w:rsidRPr="00355959">
              <w:rPr>
                <w:b/>
                <w:sz w:val="20"/>
                <w:lang w:val="es-PE"/>
              </w:rPr>
              <w:t>El Equipo Emprendedor y la Empresa Joven asume los siguientes compromisos:</w:t>
            </w:r>
          </w:p>
        </w:tc>
        <w:tc>
          <w:tcPr>
            <w:tcW w:w="1134" w:type="dxa"/>
            <w:vAlign w:val="center"/>
          </w:tcPr>
          <w:p w14:paraId="71C0B183" w14:textId="77777777" w:rsidR="007E079B" w:rsidRPr="00355959" w:rsidRDefault="007E079B">
            <w:pPr>
              <w:spacing w:before="20" w:after="20" w:line="240" w:lineRule="auto"/>
              <w:rPr>
                <w:lang w:val="es-PE"/>
              </w:rPr>
            </w:pPr>
          </w:p>
        </w:tc>
      </w:tr>
      <w:tr w:rsidR="007E079B" w:rsidRPr="0047359B" w14:paraId="1D3C8968" w14:textId="77777777" w:rsidTr="00C269F9">
        <w:trPr>
          <w:cantSplit/>
          <w:jc w:val="center"/>
        </w:trPr>
        <w:tc>
          <w:tcPr>
            <w:tcW w:w="7937" w:type="dxa"/>
            <w:vAlign w:val="center"/>
          </w:tcPr>
          <w:p w14:paraId="7053CE85" w14:textId="77777777" w:rsidR="007E079B" w:rsidRPr="00355959" w:rsidRDefault="00F90A75">
            <w:pPr>
              <w:tabs>
                <w:tab w:val="left" w:pos="369"/>
              </w:tabs>
              <w:spacing w:before="20" w:after="20" w:line="240" w:lineRule="auto"/>
              <w:ind w:left="369" w:hanging="369"/>
              <w:rPr>
                <w:lang w:val="es-PE"/>
              </w:rPr>
            </w:pPr>
            <w:r w:rsidRPr="00355959">
              <w:rPr>
                <w:sz w:val="20"/>
                <w:lang w:val="es-PE"/>
              </w:rPr>
              <w:t>a)</w:t>
            </w:r>
            <w:r w:rsidRPr="00355959">
              <w:rPr>
                <w:sz w:val="20"/>
                <w:lang w:val="es-PE"/>
              </w:rPr>
              <w:tab/>
              <w:t xml:space="preserve">Por lo menos 1 miembro del equipo emprendedor se dedicará al 100% al proyecto (40 horas a la semana). Los demás miembros deben tener una disponibilidad de al menos 20%. </w:t>
            </w:r>
          </w:p>
        </w:tc>
        <w:tc>
          <w:tcPr>
            <w:tcW w:w="1134" w:type="dxa"/>
            <w:vAlign w:val="center"/>
          </w:tcPr>
          <w:p w14:paraId="5A26CABD" w14:textId="77777777" w:rsidR="007E079B" w:rsidRPr="00355959" w:rsidRDefault="007E079B">
            <w:pPr>
              <w:spacing w:before="20" w:after="20" w:line="240" w:lineRule="auto"/>
              <w:rPr>
                <w:lang w:val="es-PE"/>
              </w:rPr>
            </w:pPr>
          </w:p>
        </w:tc>
      </w:tr>
      <w:tr w:rsidR="007E079B" w:rsidRPr="0047359B" w14:paraId="4AEAB650" w14:textId="77777777" w:rsidTr="00C269F9">
        <w:trPr>
          <w:cantSplit/>
          <w:jc w:val="center"/>
        </w:trPr>
        <w:tc>
          <w:tcPr>
            <w:tcW w:w="7937" w:type="dxa"/>
            <w:vAlign w:val="center"/>
          </w:tcPr>
          <w:p w14:paraId="36701EF8" w14:textId="77777777" w:rsidR="007E079B" w:rsidRPr="00355959" w:rsidRDefault="00F90A75">
            <w:pPr>
              <w:tabs>
                <w:tab w:val="left" w:pos="369"/>
              </w:tabs>
              <w:spacing w:before="20" w:after="20" w:line="240" w:lineRule="auto"/>
              <w:ind w:left="369" w:hanging="369"/>
              <w:rPr>
                <w:lang w:val="es-PE"/>
              </w:rPr>
            </w:pPr>
            <w:r w:rsidRPr="00355959">
              <w:rPr>
                <w:sz w:val="20"/>
                <w:lang w:val="es-PE"/>
              </w:rPr>
              <w:t>b)</w:t>
            </w:r>
            <w:r w:rsidRPr="00355959">
              <w:rPr>
                <w:sz w:val="20"/>
                <w:lang w:val="es-PE"/>
              </w:rPr>
              <w:tab/>
              <w:t>Cumpliremos con prácticas empresariales responsables y éticas para el desarrollo de la propuesta.</w:t>
            </w:r>
          </w:p>
        </w:tc>
        <w:tc>
          <w:tcPr>
            <w:tcW w:w="1134" w:type="dxa"/>
            <w:vAlign w:val="center"/>
          </w:tcPr>
          <w:p w14:paraId="0660CED0" w14:textId="77777777" w:rsidR="007E079B" w:rsidRPr="00355959" w:rsidRDefault="007E079B">
            <w:pPr>
              <w:spacing w:before="20" w:after="20" w:line="240" w:lineRule="auto"/>
              <w:rPr>
                <w:lang w:val="es-PE"/>
              </w:rPr>
            </w:pPr>
          </w:p>
        </w:tc>
      </w:tr>
      <w:tr w:rsidR="007E079B" w:rsidRPr="0047359B" w14:paraId="1181E83F" w14:textId="77777777" w:rsidTr="00C269F9">
        <w:trPr>
          <w:cantSplit/>
          <w:jc w:val="center"/>
        </w:trPr>
        <w:tc>
          <w:tcPr>
            <w:tcW w:w="7937" w:type="dxa"/>
            <w:vAlign w:val="center"/>
          </w:tcPr>
          <w:p w14:paraId="2960F01C" w14:textId="77777777" w:rsidR="007E079B" w:rsidRPr="00355959" w:rsidRDefault="00F90A75">
            <w:pPr>
              <w:tabs>
                <w:tab w:val="left" w:pos="369"/>
              </w:tabs>
              <w:spacing w:before="20" w:after="20" w:line="240" w:lineRule="auto"/>
              <w:ind w:left="369" w:hanging="369"/>
              <w:rPr>
                <w:lang w:val="es-PE"/>
              </w:rPr>
            </w:pPr>
            <w:r w:rsidRPr="00355959">
              <w:rPr>
                <w:sz w:val="20"/>
                <w:lang w:val="es-PE"/>
              </w:rPr>
              <w:t>c)</w:t>
            </w:r>
            <w:r w:rsidRPr="00355959">
              <w:rPr>
                <w:sz w:val="20"/>
                <w:lang w:val="es-PE"/>
              </w:rPr>
              <w:tab/>
              <w:t>Proporcionaremos la información necesaria para fines de difusión y medición del proyecto.</w:t>
            </w:r>
          </w:p>
        </w:tc>
        <w:tc>
          <w:tcPr>
            <w:tcW w:w="1134" w:type="dxa"/>
            <w:vAlign w:val="center"/>
          </w:tcPr>
          <w:p w14:paraId="06E81BDF" w14:textId="77777777" w:rsidR="007E079B" w:rsidRPr="00355959" w:rsidRDefault="007E079B">
            <w:pPr>
              <w:spacing w:before="20" w:after="20" w:line="240" w:lineRule="auto"/>
              <w:rPr>
                <w:lang w:val="es-PE"/>
              </w:rPr>
            </w:pPr>
          </w:p>
        </w:tc>
      </w:tr>
      <w:tr w:rsidR="007E079B" w:rsidRPr="0047359B" w14:paraId="626998D9" w14:textId="77777777" w:rsidTr="00C269F9">
        <w:trPr>
          <w:cantSplit/>
          <w:jc w:val="center"/>
        </w:trPr>
        <w:tc>
          <w:tcPr>
            <w:tcW w:w="7937" w:type="dxa"/>
            <w:vAlign w:val="center"/>
          </w:tcPr>
          <w:p w14:paraId="3FB76F23" w14:textId="77777777" w:rsidR="007E079B" w:rsidRPr="00355959" w:rsidRDefault="00F90A75">
            <w:pPr>
              <w:tabs>
                <w:tab w:val="left" w:pos="369"/>
              </w:tabs>
              <w:spacing w:before="20" w:after="20" w:line="240" w:lineRule="auto"/>
              <w:ind w:left="369" w:hanging="369"/>
              <w:rPr>
                <w:lang w:val="es-PE"/>
              </w:rPr>
            </w:pPr>
            <w:r w:rsidRPr="00355959">
              <w:rPr>
                <w:sz w:val="20"/>
                <w:lang w:val="es-PE"/>
              </w:rPr>
              <w:t>d)</w:t>
            </w:r>
            <w:r w:rsidRPr="00355959">
              <w:rPr>
                <w:sz w:val="20"/>
                <w:lang w:val="es-PE"/>
              </w:rPr>
              <w:tab/>
              <w:t>Participaremos activamente en las actividades que sean convocadas como parte de Startup Perú.</w:t>
            </w:r>
          </w:p>
        </w:tc>
        <w:tc>
          <w:tcPr>
            <w:tcW w:w="1134" w:type="dxa"/>
            <w:vAlign w:val="center"/>
          </w:tcPr>
          <w:p w14:paraId="7B2F58AB" w14:textId="77777777" w:rsidR="007E079B" w:rsidRPr="00355959" w:rsidRDefault="007E079B">
            <w:pPr>
              <w:spacing w:before="20" w:after="20" w:line="240" w:lineRule="auto"/>
              <w:rPr>
                <w:lang w:val="es-PE"/>
              </w:rPr>
            </w:pPr>
          </w:p>
        </w:tc>
      </w:tr>
      <w:tr w:rsidR="007E079B" w:rsidRPr="0047359B" w14:paraId="254A126D" w14:textId="77777777" w:rsidTr="00C269F9">
        <w:trPr>
          <w:cantSplit/>
          <w:jc w:val="center"/>
        </w:trPr>
        <w:tc>
          <w:tcPr>
            <w:tcW w:w="7937" w:type="dxa"/>
            <w:vAlign w:val="center"/>
          </w:tcPr>
          <w:p w14:paraId="08199913" w14:textId="77777777" w:rsidR="007E079B" w:rsidRPr="00355959" w:rsidRDefault="00F90A75">
            <w:pPr>
              <w:tabs>
                <w:tab w:val="left" w:pos="369"/>
              </w:tabs>
              <w:spacing w:before="20" w:after="20" w:line="240" w:lineRule="auto"/>
              <w:ind w:left="369" w:hanging="369"/>
              <w:rPr>
                <w:lang w:val="es-PE"/>
              </w:rPr>
            </w:pPr>
            <w:r w:rsidRPr="00355959">
              <w:rPr>
                <w:sz w:val="20"/>
                <w:lang w:val="es-PE"/>
              </w:rPr>
              <w:t>e)</w:t>
            </w:r>
            <w:r w:rsidRPr="00355959">
              <w:rPr>
                <w:sz w:val="20"/>
                <w:lang w:val="es-PE"/>
              </w:rPr>
              <w:tab/>
              <w:t>Cumpliremos con las bases del concurso.</w:t>
            </w:r>
          </w:p>
        </w:tc>
        <w:bookmarkEnd w:id="9"/>
        <w:tc>
          <w:tcPr>
            <w:tcW w:w="1134" w:type="dxa"/>
            <w:vAlign w:val="center"/>
          </w:tcPr>
          <w:p w14:paraId="59121204" w14:textId="77777777" w:rsidR="007E079B" w:rsidRPr="00355959" w:rsidRDefault="007E079B">
            <w:pPr>
              <w:spacing w:before="20" w:after="20" w:line="240" w:lineRule="auto"/>
              <w:rPr>
                <w:lang w:val="es-PE"/>
              </w:rPr>
            </w:pPr>
          </w:p>
        </w:tc>
      </w:tr>
    </w:tbl>
    <w:p w14:paraId="25B19373" w14:textId="77777777" w:rsidR="007E079B" w:rsidRPr="00355959" w:rsidRDefault="007E079B">
      <w:pPr>
        <w:spacing w:after="40"/>
        <w:rPr>
          <w:lang w:val="es-PE"/>
        </w:rPr>
      </w:pPr>
    </w:p>
    <w:p w14:paraId="287270EE" w14:textId="77777777" w:rsidR="007E079B" w:rsidRPr="00355959" w:rsidRDefault="00F90A75">
      <w:pPr>
        <w:ind w:left="567"/>
        <w:jc w:val="both"/>
        <w:rPr>
          <w:lang w:val="es-PE"/>
        </w:rPr>
      </w:pPr>
      <w:bookmarkStart w:id="10" w:name="_gb543"/>
      <w:r w:rsidRPr="00355959">
        <w:rPr>
          <w:lang w:val="es-PE"/>
        </w:rPr>
        <w:t>En caso de surgir contradicciones entre las bases, sus anexos y formatos, tendrán prelación las condiciones establecidas en las bases del concurso.</w:t>
      </w:r>
      <w:bookmarkEnd w:id="10"/>
    </w:p>
    <w:p w14:paraId="49631F3F" w14:textId="77777777" w:rsidR="007E079B" w:rsidRPr="00355959" w:rsidRDefault="00F90A75">
      <w:pPr>
        <w:ind w:left="567"/>
        <w:jc w:val="both"/>
        <w:rPr>
          <w:lang w:val="es-PE"/>
        </w:rPr>
      </w:pPr>
      <w:bookmarkStart w:id="11" w:name="_gb544"/>
      <w:r w:rsidRPr="00355959">
        <w:rPr>
          <w:lang w:val="es-PE"/>
        </w:rPr>
        <w:t>En tal sentido, declaramos que cumplimos de manera íntegra los requisitos descritos en las Bases para poder ser beneficiarios del concurso.</w:t>
      </w:r>
      <w:bookmarkEnd w:id="11"/>
    </w:p>
    <w:p w14:paraId="7AB283FB" w14:textId="77777777" w:rsidR="007E079B" w:rsidRPr="00355959" w:rsidRDefault="00F90A75">
      <w:pPr>
        <w:ind w:left="567"/>
        <w:jc w:val="both"/>
        <w:rPr>
          <w:lang w:val="es-PE"/>
        </w:rPr>
      </w:pPr>
      <w:bookmarkStart w:id="12" w:name="_gb545"/>
      <w:r w:rsidRPr="00355959">
        <w:rPr>
          <w:b/>
          <w:lang w:val="es-PE"/>
        </w:rPr>
        <w:t>Asimismo, nos comprometemos a:</w:t>
      </w:r>
      <w:bookmarkEnd w:id="12"/>
    </w:p>
    <w:p w14:paraId="2D7E3B0E" w14:textId="77777777" w:rsidR="007E079B" w:rsidRPr="00355959" w:rsidRDefault="00F90A75">
      <w:pPr>
        <w:tabs>
          <w:tab w:val="left" w:pos="1134"/>
        </w:tabs>
        <w:spacing w:after="60"/>
        <w:ind w:left="1134" w:hanging="454"/>
        <w:jc w:val="both"/>
        <w:rPr>
          <w:lang w:val="es-PE"/>
        </w:rPr>
      </w:pPr>
      <w:bookmarkStart w:id="13" w:name="_gb546"/>
      <w:r w:rsidRPr="00355959">
        <w:rPr>
          <w:lang w:val="es-PE"/>
        </w:rPr>
        <w:t>i.</w:t>
      </w:r>
      <w:r w:rsidRPr="00355959">
        <w:rPr>
          <w:lang w:val="es-PE"/>
        </w:rPr>
        <w:tab/>
      </w:r>
      <w:r w:rsidRPr="00355959">
        <w:rPr>
          <w:b/>
          <w:lang w:val="es-PE"/>
        </w:rPr>
        <w:t>Acatar el resultado del proceso de evaluación de mi proyecto, tomando conocimiento de que los mismos son inapelables.</w:t>
      </w:r>
      <w:bookmarkEnd w:id="13"/>
    </w:p>
    <w:p w14:paraId="5EAC6020" w14:textId="77777777" w:rsidR="007E079B" w:rsidRPr="00355959" w:rsidRDefault="00F90A75">
      <w:pPr>
        <w:tabs>
          <w:tab w:val="left" w:pos="1134"/>
        </w:tabs>
        <w:spacing w:after="60"/>
        <w:ind w:left="1134" w:hanging="454"/>
        <w:jc w:val="both"/>
        <w:rPr>
          <w:lang w:val="es-PE"/>
        </w:rPr>
      </w:pPr>
      <w:bookmarkStart w:id="14" w:name="_gb547"/>
      <w:proofErr w:type="spellStart"/>
      <w:r w:rsidRPr="00355959">
        <w:rPr>
          <w:lang w:val="es-PE"/>
        </w:rPr>
        <w:t>ii</w:t>
      </w:r>
      <w:proofErr w:type="spellEnd"/>
      <w:r w:rsidRPr="00355959">
        <w:rPr>
          <w:lang w:val="es-PE"/>
        </w:rPr>
        <w:t>.</w:t>
      </w:r>
      <w:r w:rsidRPr="00355959">
        <w:rPr>
          <w:lang w:val="es-PE"/>
        </w:rPr>
        <w:tab/>
      </w:r>
      <w:r w:rsidRPr="00355959">
        <w:rPr>
          <w:b/>
          <w:lang w:val="es-PE"/>
        </w:rPr>
        <w:t>Cumplir estrictamente la normativa ambiental vigente a nivel nacional y en el sector pertinente al proyecto, y que adoptará medidas mitigatorias y de control en caso de verificarse posibles y/o eventuales riesgos ambientales y/o a la salud humana, durante la ejecución del proyecto.</w:t>
      </w:r>
      <w:bookmarkEnd w:id="14"/>
    </w:p>
    <w:p w14:paraId="15F095E0" w14:textId="77777777" w:rsidR="007E079B" w:rsidRPr="00355959" w:rsidRDefault="00F90A75">
      <w:pPr>
        <w:ind w:left="567"/>
        <w:jc w:val="both"/>
        <w:rPr>
          <w:lang w:val="es-PE"/>
        </w:rPr>
      </w:pPr>
      <w:bookmarkStart w:id="15" w:name="_gb548"/>
      <w:r w:rsidRPr="00355959">
        <w:rPr>
          <w:b/>
          <w:lang w:val="es-PE"/>
        </w:rPr>
        <w:t>NOTA:</w:t>
      </w:r>
      <w:r w:rsidRPr="00355959">
        <w:rPr>
          <w:lang w:val="es-PE"/>
        </w:rPr>
        <w:t xml:space="preserve"> PROINNÓVATE tiene la facultad de fiscalización posterior según numeral 1.16, del inciso 1) del artículo IV de la Ley 27444, Ley del Procedimiento Administrativo General; pudiendo hacer una verificación en cualquier etapa del concurso (incluyendo mi condición de admitida o no en el concurso al que postulo) o durante la ejecución del proyecto adjudicado.</w:t>
      </w:r>
      <w:bookmarkEnd w:id="15"/>
    </w:p>
    <w:p w14:paraId="49B27B94" w14:textId="77777777" w:rsidR="007E079B" w:rsidRPr="00355959" w:rsidRDefault="00F90A75">
      <w:pPr>
        <w:ind w:left="567"/>
        <w:jc w:val="both"/>
        <w:rPr>
          <w:lang w:val="es-PE"/>
        </w:rPr>
      </w:pPr>
      <w:bookmarkStart w:id="16" w:name="_gb549"/>
      <w:r w:rsidRPr="00355959">
        <w:rPr>
          <w:lang w:val="es-PE"/>
        </w:rPr>
        <w:t>El presente documento tiene carácter de declaración jurada por lo que no puede ser modificada o alterada.</w:t>
      </w:r>
      <w:bookmarkEnd w:id="16"/>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67"/>
        <w:gridCol w:w="3969"/>
      </w:tblGrid>
      <w:tr w:rsidR="007E079B" w:rsidRPr="0047359B" w14:paraId="2C6824AF" w14:textId="77777777" w:rsidTr="00355959">
        <w:trPr>
          <w:cantSplit/>
          <w:jc w:val="center"/>
        </w:trPr>
        <w:tc>
          <w:tcPr>
            <w:tcW w:w="3969" w:type="dxa"/>
            <w:vAlign w:val="center"/>
          </w:tcPr>
          <w:p w14:paraId="5F3BC85C" w14:textId="23EA9A20" w:rsidR="007E079B" w:rsidRPr="00355959" w:rsidRDefault="00F90A75">
            <w:pPr>
              <w:keepNext/>
              <w:spacing w:before="20" w:after="20" w:line="240" w:lineRule="auto"/>
              <w:rPr>
                <w:lang w:val="es-PE"/>
              </w:rPr>
            </w:pPr>
            <w:bookmarkStart w:id="17" w:name="_gb550"/>
            <w:r w:rsidRPr="00355959">
              <w:rPr>
                <w:sz w:val="20"/>
                <w:lang w:val="es-PE"/>
              </w:rPr>
              <w:lastRenderedPageBreak/>
              <w:t>(firma)</w:t>
            </w:r>
            <w:r w:rsidRPr="00355959">
              <w:rPr>
                <w:lang w:val="es-PE"/>
              </w:rPr>
              <w:br/>
            </w:r>
            <w:r w:rsidR="00355959">
              <w:rPr>
                <w:sz w:val="20"/>
                <w:lang w:val="es-PE"/>
              </w:rPr>
              <w:t xml:space="preserve"> </w:t>
            </w:r>
            <w:r w:rsidR="00355959" w:rsidRPr="00355959">
              <w:rPr>
                <w:sz w:val="20"/>
                <w:lang w:val="es-PE"/>
              </w:rPr>
              <w:t>________________________</w:t>
            </w:r>
            <w:r w:rsidRPr="00355959">
              <w:rPr>
                <w:lang w:val="es-PE"/>
              </w:rPr>
              <w:br/>
            </w:r>
            <w:r w:rsidRPr="00355959">
              <w:rPr>
                <w:sz w:val="20"/>
                <w:lang w:val="es-PE"/>
              </w:rPr>
              <w:t xml:space="preserve">Nombre y apellido: </w:t>
            </w:r>
            <w:r w:rsidRPr="00355959">
              <w:rPr>
                <w:lang w:val="es-PE"/>
              </w:rPr>
              <w:br/>
            </w:r>
            <w:r w:rsidRPr="00355959">
              <w:rPr>
                <w:sz w:val="20"/>
                <w:lang w:val="es-PE"/>
              </w:rPr>
              <w:t xml:space="preserve">DNI: </w:t>
            </w:r>
            <w:r w:rsidRPr="00355959">
              <w:rPr>
                <w:lang w:val="es-PE"/>
              </w:rPr>
              <w:br/>
            </w:r>
            <w:r w:rsidRPr="00355959">
              <w:rPr>
                <w:sz w:val="20"/>
                <w:lang w:val="es-PE"/>
              </w:rPr>
              <w:t>Líder Emprendedor</w:t>
            </w:r>
          </w:p>
        </w:tc>
        <w:tc>
          <w:tcPr>
            <w:tcW w:w="567" w:type="dxa"/>
            <w:vAlign w:val="center"/>
          </w:tcPr>
          <w:p w14:paraId="13826B55" w14:textId="77777777" w:rsidR="007E079B" w:rsidRPr="00355959" w:rsidRDefault="007E079B">
            <w:pPr>
              <w:keepNext/>
              <w:spacing w:before="20" w:after="20" w:line="240" w:lineRule="auto"/>
              <w:rPr>
                <w:lang w:val="es-PE"/>
              </w:rPr>
            </w:pPr>
          </w:p>
        </w:tc>
        <w:tc>
          <w:tcPr>
            <w:tcW w:w="3969" w:type="dxa"/>
            <w:vAlign w:val="center"/>
          </w:tcPr>
          <w:p w14:paraId="0D5C63AA" w14:textId="168D2B92" w:rsidR="007E079B" w:rsidRPr="00355959" w:rsidRDefault="00F90A75">
            <w:pPr>
              <w:keepNext/>
              <w:spacing w:before="20" w:after="20" w:line="240" w:lineRule="auto"/>
              <w:rPr>
                <w:lang w:val="es-PE"/>
              </w:rPr>
            </w:pPr>
            <w:r w:rsidRPr="00355959">
              <w:rPr>
                <w:sz w:val="20"/>
                <w:lang w:val="es-PE"/>
              </w:rPr>
              <w:t>(firma)</w:t>
            </w:r>
            <w:r w:rsidRPr="00355959">
              <w:rPr>
                <w:lang w:val="es-PE"/>
              </w:rPr>
              <w:br/>
            </w:r>
            <w:r w:rsidR="00355959" w:rsidRPr="00355959">
              <w:rPr>
                <w:lang w:val="es-PE"/>
              </w:rPr>
              <w:t>________________________</w:t>
            </w:r>
            <w:r w:rsidRPr="00355959">
              <w:rPr>
                <w:lang w:val="es-PE"/>
              </w:rPr>
              <w:br/>
            </w:r>
            <w:r w:rsidRPr="00355959">
              <w:rPr>
                <w:sz w:val="20"/>
                <w:lang w:val="es-PE"/>
              </w:rPr>
              <w:t xml:space="preserve">Nombre y apellido: </w:t>
            </w:r>
            <w:r w:rsidRPr="00355959">
              <w:rPr>
                <w:lang w:val="es-PE"/>
              </w:rPr>
              <w:br/>
            </w:r>
            <w:r w:rsidRPr="00355959">
              <w:rPr>
                <w:sz w:val="20"/>
                <w:lang w:val="es-PE"/>
              </w:rPr>
              <w:t xml:space="preserve">DNI/CE/Pasaporte: </w:t>
            </w:r>
            <w:r w:rsidRPr="00355959">
              <w:rPr>
                <w:lang w:val="es-PE"/>
              </w:rPr>
              <w:br/>
            </w:r>
            <w:r w:rsidRPr="00355959">
              <w:rPr>
                <w:sz w:val="20"/>
                <w:lang w:val="es-PE"/>
              </w:rPr>
              <w:t>Equipo Emprendedor</w:t>
            </w:r>
          </w:p>
        </w:tc>
      </w:tr>
      <w:tr w:rsidR="007E079B" w:rsidRPr="0047359B" w14:paraId="353313E6" w14:textId="77777777" w:rsidTr="00355959">
        <w:trPr>
          <w:cantSplit/>
          <w:jc w:val="center"/>
        </w:trPr>
        <w:tc>
          <w:tcPr>
            <w:tcW w:w="3969" w:type="dxa"/>
            <w:vAlign w:val="center"/>
          </w:tcPr>
          <w:p w14:paraId="325422B2" w14:textId="2B1F522A" w:rsidR="007E079B" w:rsidRPr="00355959" w:rsidRDefault="00F90A75">
            <w:pPr>
              <w:spacing w:before="20" w:after="20" w:line="240" w:lineRule="auto"/>
              <w:rPr>
                <w:lang w:val="es-PE"/>
              </w:rPr>
            </w:pPr>
            <w:r w:rsidRPr="00355959">
              <w:rPr>
                <w:sz w:val="20"/>
                <w:lang w:val="es-PE"/>
              </w:rPr>
              <w:t>(firma)</w:t>
            </w:r>
            <w:r w:rsidRPr="00355959">
              <w:rPr>
                <w:lang w:val="es-PE"/>
              </w:rPr>
              <w:br/>
            </w:r>
            <w:r w:rsidR="00355959" w:rsidRPr="00355959">
              <w:rPr>
                <w:lang w:val="es-PE"/>
              </w:rPr>
              <w:t>________________________</w:t>
            </w:r>
            <w:r w:rsidRPr="00355959">
              <w:rPr>
                <w:lang w:val="es-PE"/>
              </w:rPr>
              <w:br/>
            </w:r>
            <w:r w:rsidRPr="00355959">
              <w:rPr>
                <w:sz w:val="20"/>
                <w:lang w:val="es-PE"/>
              </w:rPr>
              <w:t xml:space="preserve">Nombre y apellido: </w:t>
            </w:r>
            <w:r w:rsidRPr="00355959">
              <w:rPr>
                <w:lang w:val="es-PE"/>
              </w:rPr>
              <w:br/>
            </w:r>
            <w:r w:rsidRPr="00355959">
              <w:rPr>
                <w:sz w:val="20"/>
                <w:lang w:val="es-PE"/>
              </w:rPr>
              <w:t xml:space="preserve">DNI/CE/Pasaporte: </w:t>
            </w:r>
            <w:r w:rsidRPr="00355959">
              <w:rPr>
                <w:lang w:val="es-PE"/>
              </w:rPr>
              <w:br/>
            </w:r>
            <w:r w:rsidRPr="00355959">
              <w:rPr>
                <w:sz w:val="20"/>
                <w:lang w:val="es-PE"/>
              </w:rPr>
              <w:t>Equipo Emprendedor (en caso aplique)</w:t>
            </w:r>
          </w:p>
        </w:tc>
        <w:tc>
          <w:tcPr>
            <w:tcW w:w="567" w:type="dxa"/>
            <w:vAlign w:val="center"/>
          </w:tcPr>
          <w:p w14:paraId="60C3C753" w14:textId="77777777" w:rsidR="007E079B" w:rsidRPr="00355959" w:rsidRDefault="007E079B">
            <w:pPr>
              <w:spacing w:before="20" w:after="20" w:line="240" w:lineRule="auto"/>
              <w:rPr>
                <w:lang w:val="es-PE"/>
              </w:rPr>
            </w:pPr>
          </w:p>
        </w:tc>
        <w:tc>
          <w:tcPr>
            <w:tcW w:w="3969" w:type="dxa"/>
            <w:vAlign w:val="center"/>
          </w:tcPr>
          <w:p w14:paraId="51C2B1FD" w14:textId="07E5D209" w:rsidR="007E079B" w:rsidRPr="00355959" w:rsidRDefault="00F90A75">
            <w:pPr>
              <w:spacing w:before="20" w:after="20" w:line="240" w:lineRule="auto"/>
              <w:rPr>
                <w:lang w:val="es-PE"/>
              </w:rPr>
            </w:pPr>
            <w:r w:rsidRPr="00355959">
              <w:rPr>
                <w:sz w:val="20"/>
                <w:lang w:val="es-PE"/>
              </w:rPr>
              <w:t>(firma)</w:t>
            </w:r>
            <w:r w:rsidRPr="00355959">
              <w:rPr>
                <w:lang w:val="es-PE"/>
              </w:rPr>
              <w:br/>
            </w:r>
            <w:r w:rsidR="00355959" w:rsidRPr="00355959">
              <w:rPr>
                <w:lang w:val="es-PE"/>
              </w:rPr>
              <w:t>________________________</w:t>
            </w:r>
            <w:r w:rsidRPr="00355959">
              <w:rPr>
                <w:lang w:val="es-PE"/>
              </w:rPr>
              <w:br/>
            </w:r>
            <w:r w:rsidRPr="00355959">
              <w:rPr>
                <w:sz w:val="20"/>
                <w:lang w:val="es-PE"/>
              </w:rPr>
              <w:t xml:space="preserve">Nombre y apellido: </w:t>
            </w:r>
            <w:r w:rsidRPr="00355959">
              <w:rPr>
                <w:lang w:val="es-PE"/>
              </w:rPr>
              <w:br/>
            </w:r>
            <w:r w:rsidRPr="00355959">
              <w:rPr>
                <w:sz w:val="20"/>
                <w:lang w:val="es-PE"/>
              </w:rPr>
              <w:t xml:space="preserve">DNI/CE/Pasaporte: </w:t>
            </w:r>
            <w:r w:rsidRPr="00355959">
              <w:rPr>
                <w:lang w:val="es-PE"/>
              </w:rPr>
              <w:br/>
            </w:r>
            <w:r w:rsidRPr="00355959">
              <w:rPr>
                <w:sz w:val="20"/>
                <w:lang w:val="es-PE"/>
              </w:rPr>
              <w:t>Equipo Emprendedor (en caso aplique)</w:t>
            </w:r>
            <w:bookmarkEnd w:id="17"/>
          </w:p>
        </w:tc>
      </w:tr>
    </w:tbl>
    <w:p w14:paraId="038F21FF" w14:textId="77777777" w:rsidR="007E079B" w:rsidRPr="00355959" w:rsidRDefault="007E079B">
      <w:pPr>
        <w:spacing w:after="40"/>
        <w:rPr>
          <w:lang w:val="es-PE"/>
        </w:rPr>
      </w:pPr>
    </w:p>
    <w:sectPr w:rsidR="007E079B" w:rsidRPr="00355959" w:rsidSect="00034616">
      <w:headerReference w:type="default" r:id="rId8"/>
      <w:footerReference w:type="default" r:id="rId9"/>
      <w:pgSz w:w="11906" w:h="16838"/>
      <w:pgMar w:top="1814" w:right="1417" w:bottom="1247" w:left="1417"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5977F" w14:textId="77777777" w:rsidR="00DC4180" w:rsidRDefault="00DC4180">
      <w:pPr>
        <w:spacing w:after="0" w:line="240" w:lineRule="auto"/>
      </w:pPr>
      <w:r>
        <w:separator/>
      </w:r>
    </w:p>
  </w:endnote>
  <w:endnote w:type="continuationSeparator" w:id="0">
    <w:p w14:paraId="4796D7E9" w14:textId="77777777" w:rsidR="00DC4180" w:rsidRDefault="00DC4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A7084" w14:textId="77777777" w:rsidR="007E079B" w:rsidRDefault="00F90A75">
    <w:pPr>
      <w:pStyle w:val="Piedepgina"/>
      <w:jc w:val="right"/>
    </w:pPr>
    <w:r>
      <w:fldChar w:fldCharType="begin"/>
    </w:r>
    <w:r>
      <w:instrText>PAGE</w:instrText>
    </w:r>
    <w:r>
      <w:fldChar w:fldCharType="separate"/>
    </w:r>
    <w:r w:rsidR="0035595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76E16" w14:textId="77777777" w:rsidR="00DC4180" w:rsidRDefault="00DC4180">
      <w:pPr>
        <w:spacing w:after="0" w:line="240" w:lineRule="auto"/>
      </w:pPr>
      <w:r>
        <w:separator/>
      </w:r>
    </w:p>
  </w:footnote>
  <w:footnote w:type="continuationSeparator" w:id="0">
    <w:p w14:paraId="7C3C6DE0" w14:textId="77777777" w:rsidR="00DC4180" w:rsidRDefault="00DC4180">
      <w:pPr>
        <w:spacing w:after="0" w:line="240" w:lineRule="auto"/>
      </w:pPr>
      <w:r>
        <w:continuationSeparator/>
      </w:r>
    </w:p>
  </w:footnote>
  <w:footnote w:id="1">
    <w:p w14:paraId="15560F5E" w14:textId="77777777" w:rsidR="007E079B" w:rsidRPr="00355959" w:rsidRDefault="00F90A75">
      <w:pPr>
        <w:pStyle w:val="Textonotapie1"/>
        <w:rPr>
          <w:lang w:val="es-PE"/>
        </w:rPr>
      </w:pPr>
      <w:r>
        <w:rPr>
          <w:rStyle w:val="Refdenotaalpie1"/>
        </w:rPr>
        <w:footnoteRef/>
      </w:r>
      <w:r w:rsidRPr="00355959">
        <w:rPr>
          <w:lang w:val="es-PE"/>
        </w:rPr>
        <w:t xml:space="preserve"> Para equipos de dos (2) integrantes, al menos uno (1) deberá domiciliar en Piura; para equipos de tres (3) o cuatro (4) integrantes, al menos dos (2) deberán domiciliar en dicha región.</w:t>
      </w:r>
    </w:p>
  </w:footnote>
  <w:footnote w:id="2">
    <w:p w14:paraId="21983462" w14:textId="77777777" w:rsidR="007E079B" w:rsidRPr="00355959" w:rsidRDefault="00F90A75">
      <w:pPr>
        <w:pStyle w:val="Textonotapie1"/>
        <w:rPr>
          <w:lang w:val="es-PE"/>
        </w:rPr>
      </w:pPr>
      <w:r>
        <w:rPr>
          <w:rStyle w:val="Refdenotaalpie1"/>
        </w:rPr>
        <w:footnoteRef/>
      </w:r>
      <w:r w:rsidRPr="00355959">
        <w:rPr>
          <w:lang w:val="es-PE"/>
        </w:rPr>
        <w:t xml:space="preserve"> Si ha fraccionado su deuda ante la SUNAT y su deuda figura en estado coactivo, debe adjuntar la resolución de fraccionamiento en su postulación.</w:t>
      </w:r>
    </w:p>
  </w:footnote>
  <w:footnote w:id="3">
    <w:p w14:paraId="671E6605" w14:textId="77777777" w:rsidR="007E079B" w:rsidRPr="00355959" w:rsidRDefault="00F90A75">
      <w:pPr>
        <w:pStyle w:val="Textonotapie1"/>
        <w:rPr>
          <w:lang w:val="es-PE"/>
        </w:rPr>
      </w:pPr>
      <w:r>
        <w:rPr>
          <w:rStyle w:val="Refdenotaalpie1"/>
        </w:rPr>
        <w:footnoteRef/>
      </w:r>
      <w:r w:rsidRPr="00355959">
        <w:rPr>
          <w:lang w:val="es-PE"/>
        </w:rPr>
        <w:t xml:space="preserve"> Se deberá presentar el documento que acredite su último puesto de trabajo al momento de suscribir el contrato.</w:t>
      </w:r>
    </w:p>
  </w:footnote>
  <w:footnote w:id="4">
    <w:p w14:paraId="143CC687" w14:textId="77777777" w:rsidR="007E079B" w:rsidRPr="00355959" w:rsidRDefault="00F90A75">
      <w:pPr>
        <w:pStyle w:val="Textonotapie1"/>
        <w:rPr>
          <w:lang w:val="es-PE"/>
        </w:rPr>
      </w:pPr>
      <w:r>
        <w:rPr>
          <w:rStyle w:val="Refdenotaalpie1"/>
        </w:rPr>
        <w:footnoteRef/>
      </w:r>
      <w:r w:rsidRPr="00355959">
        <w:rPr>
          <w:lang w:val="es-PE"/>
        </w:rPr>
        <w:t xml:space="preserve"> Concursos de Fortalecimiento de Incubadoras de PROINNÓVATE en todas sus versiones incluyendo Regionales, Cambio Climático, 2.0; y Concursos de Fomento de Capital de Riesgo.</w:t>
      </w:r>
    </w:p>
  </w:footnote>
  <w:footnote w:id="5">
    <w:p w14:paraId="7A98F46B" w14:textId="77777777" w:rsidR="007E079B" w:rsidRPr="00355959" w:rsidRDefault="00F90A75">
      <w:pPr>
        <w:pStyle w:val="Textonotapie1"/>
        <w:rPr>
          <w:lang w:val="es-PE"/>
        </w:rPr>
      </w:pPr>
      <w:r>
        <w:rPr>
          <w:rStyle w:val="Refdenotaalpie1"/>
        </w:rPr>
        <w:footnoteRef/>
      </w:r>
      <w:r w:rsidRPr="00355959">
        <w:rPr>
          <w:lang w:val="es-PE"/>
        </w:rPr>
        <w:t xml:space="preserve"> Ley General del Medio Ambiente 28611.</w:t>
      </w:r>
    </w:p>
  </w:footnote>
  <w:footnote w:id="6">
    <w:p w14:paraId="58E5A2BB" w14:textId="77777777" w:rsidR="007E079B" w:rsidRPr="00355959" w:rsidRDefault="00F90A75">
      <w:pPr>
        <w:pStyle w:val="Textonotapie1"/>
        <w:rPr>
          <w:lang w:val="es-PE"/>
        </w:rPr>
      </w:pPr>
      <w:r>
        <w:rPr>
          <w:rStyle w:val="Refdenotaalpie1"/>
        </w:rPr>
        <w:footnoteRef/>
      </w:r>
      <w:r w:rsidRPr="00355959">
        <w:rPr>
          <w:lang w:val="es-PE"/>
        </w:rPr>
        <w:t xml:space="preserve"> Priorizadas en su Plan de Desarrollo del Ecosistema Regional de Innovación y Emprendimiento (PDE).</w:t>
      </w:r>
    </w:p>
  </w:footnote>
  <w:footnote w:id="7">
    <w:p w14:paraId="7CA0D57E" w14:textId="77777777" w:rsidR="007E079B" w:rsidRPr="00355959" w:rsidRDefault="00F90A75">
      <w:pPr>
        <w:pStyle w:val="Textonotapie1"/>
        <w:rPr>
          <w:lang w:val="es-PE"/>
        </w:rPr>
      </w:pPr>
      <w:r>
        <w:rPr>
          <w:rStyle w:val="Refdenotaalpie1"/>
        </w:rPr>
        <w:footnoteRef/>
      </w:r>
      <w:r w:rsidRPr="00355959">
        <w:rPr>
          <w:lang w:val="es-PE"/>
        </w:rPr>
        <w:t xml:space="preserve"> Solo si la solución innovadora contribuye de manera directa al fortalecimiento de una de las áreas priorizadas mencionadas.</w:t>
      </w:r>
    </w:p>
  </w:footnote>
  <w:footnote w:id="8">
    <w:p w14:paraId="412B42C0" w14:textId="77777777" w:rsidR="007E079B" w:rsidRPr="00355959" w:rsidRDefault="00F90A75">
      <w:pPr>
        <w:pStyle w:val="Textonotapie1"/>
        <w:rPr>
          <w:lang w:val="es-PE"/>
        </w:rPr>
      </w:pPr>
      <w:r>
        <w:rPr>
          <w:rStyle w:val="Refdenotaalpie1"/>
        </w:rPr>
        <w:footnoteRef/>
      </w:r>
      <w:r w:rsidRPr="00355959">
        <w:rPr>
          <w:lang w:val="es-PE"/>
        </w:rPr>
        <w:t xml:space="preserve"> Para equipos de dos (2) integrantes, al menos uno (1) deberá domiciliar en Piura; para equipos de tres (3) o cuatro (4) integrantes, al menos dos (2) deberán domiciliar en dicha región.</w:t>
      </w:r>
    </w:p>
  </w:footnote>
  <w:footnote w:id="9">
    <w:p w14:paraId="33ACA2E2" w14:textId="77777777" w:rsidR="007E079B" w:rsidRPr="00355959" w:rsidRDefault="00F90A75">
      <w:pPr>
        <w:pStyle w:val="Textonotapie1"/>
        <w:rPr>
          <w:lang w:val="es-PE"/>
        </w:rPr>
      </w:pPr>
      <w:r>
        <w:rPr>
          <w:rStyle w:val="Refdenotaalpie1"/>
        </w:rPr>
        <w:footnoteRef/>
      </w:r>
      <w:r w:rsidRPr="00355959">
        <w:rPr>
          <w:lang w:val="es-PE"/>
        </w:rPr>
        <w:t xml:space="preserve"> Si ha fraccionado su deuda ante la SUNAT y su deuda figura en estado coactivo, debe adjuntar la resolución de fraccionamiento en su postulación.</w:t>
      </w:r>
    </w:p>
  </w:footnote>
  <w:footnote w:id="10">
    <w:p w14:paraId="00F1777F" w14:textId="77777777" w:rsidR="007E079B" w:rsidRPr="00355959" w:rsidRDefault="00F90A75">
      <w:pPr>
        <w:pStyle w:val="Textonotapie1"/>
        <w:rPr>
          <w:lang w:val="es-PE"/>
        </w:rPr>
      </w:pPr>
      <w:r>
        <w:rPr>
          <w:rStyle w:val="Refdenotaalpie1"/>
        </w:rPr>
        <w:footnoteRef/>
      </w:r>
      <w:r w:rsidRPr="00355959">
        <w:rPr>
          <w:lang w:val="es-PE"/>
        </w:rPr>
        <w:t xml:space="preserve"> Se deberá presentar el documento que acredite su último puesto de trabajo al momento de suscribir el contrato.</w:t>
      </w:r>
    </w:p>
  </w:footnote>
  <w:footnote w:id="11">
    <w:p w14:paraId="4A81E9E0" w14:textId="77777777" w:rsidR="007E079B" w:rsidRPr="00355959" w:rsidRDefault="00F90A75">
      <w:pPr>
        <w:pStyle w:val="Textonotapie1"/>
        <w:rPr>
          <w:lang w:val="es-PE"/>
        </w:rPr>
      </w:pPr>
      <w:r>
        <w:rPr>
          <w:rStyle w:val="Refdenotaalpie1"/>
        </w:rPr>
        <w:footnoteRef/>
      </w:r>
      <w:r w:rsidRPr="00355959">
        <w:rPr>
          <w:lang w:val="es-PE"/>
        </w:rPr>
        <w:t xml:space="preserve"> Concursos de Fortalecimiento de Incubadoras de PROINNÓVATE en todas sus versiones incluyendo Regionales, Cambio Climático, 2.0; y Concursos de Fomento de Capital de Riesgo.</w:t>
      </w:r>
    </w:p>
  </w:footnote>
  <w:footnote w:id="12">
    <w:p w14:paraId="74F60CB1" w14:textId="77777777" w:rsidR="007E079B" w:rsidRPr="00355959" w:rsidRDefault="00F90A75">
      <w:pPr>
        <w:pStyle w:val="Textonotapie1"/>
        <w:rPr>
          <w:lang w:val="es-PE"/>
        </w:rPr>
      </w:pPr>
      <w:r>
        <w:rPr>
          <w:rStyle w:val="Refdenotaalpie1"/>
        </w:rPr>
        <w:footnoteRef/>
      </w:r>
      <w:r w:rsidRPr="00355959">
        <w:rPr>
          <w:lang w:val="es-PE"/>
        </w:rPr>
        <w:t xml:space="preserve"> Superintendencia Nacional de los Registros Públicos</w:t>
      </w:r>
    </w:p>
  </w:footnote>
  <w:footnote w:id="13">
    <w:p w14:paraId="1E51D132" w14:textId="77777777" w:rsidR="007E079B" w:rsidRPr="00355959" w:rsidRDefault="00F90A75">
      <w:pPr>
        <w:pStyle w:val="Textonotapie1"/>
        <w:rPr>
          <w:lang w:val="es-PE"/>
        </w:rPr>
      </w:pPr>
      <w:r>
        <w:rPr>
          <w:rStyle w:val="Refdenotaalpie1"/>
        </w:rPr>
        <w:footnoteRef/>
      </w:r>
      <w:r w:rsidRPr="00355959">
        <w:rPr>
          <w:lang w:val="es-PE"/>
        </w:rPr>
        <w:t xml:space="preserve"> Se validará con la partida registral o el libro de matrícula de acciones en donde figure que es socio o accionista de la empresa.</w:t>
      </w:r>
    </w:p>
  </w:footnote>
  <w:footnote w:id="14">
    <w:p w14:paraId="43D33E69" w14:textId="77777777" w:rsidR="007E079B" w:rsidRPr="00355959" w:rsidRDefault="00F90A75">
      <w:pPr>
        <w:pStyle w:val="Textonotapie1"/>
        <w:rPr>
          <w:lang w:val="es-PE"/>
        </w:rPr>
      </w:pPr>
      <w:r>
        <w:rPr>
          <w:rStyle w:val="Refdenotaalpie1"/>
        </w:rPr>
        <w:footnoteRef/>
      </w:r>
      <w:r w:rsidRPr="00355959">
        <w:rPr>
          <w:lang w:val="es-PE"/>
        </w:rPr>
        <w:t xml:space="preserve"> El equipo emprendedor podrá estar conformado por más de un socio fundador o colaborador de la empresa.</w:t>
      </w:r>
    </w:p>
  </w:footnote>
  <w:footnote w:id="15">
    <w:p w14:paraId="1A0E146B" w14:textId="77777777" w:rsidR="007E079B" w:rsidRPr="00355959" w:rsidRDefault="00F90A75">
      <w:pPr>
        <w:pStyle w:val="Textonotapie1"/>
        <w:rPr>
          <w:lang w:val="es-PE"/>
        </w:rPr>
      </w:pPr>
      <w:r>
        <w:rPr>
          <w:rStyle w:val="Refdenotaalpie1"/>
        </w:rPr>
        <w:footnoteRef/>
      </w:r>
      <w:r w:rsidRPr="00355959">
        <w:rPr>
          <w:lang w:val="es-PE"/>
        </w:rPr>
        <w:t xml:space="preserve"> Las versiones del Concurso “Emprendimientos Innovadores” de PROINNÓVATE han sido Reto Biodiversidad, Reto Bio, Reto Resiliente, Mujer Emprende y Emprendimientos Innovadores - Perú Produce: Innovación Frente al Cambio Climático.</w:t>
      </w:r>
    </w:p>
  </w:footnote>
  <w:footnote w:id="16">
    <w:p w14:paraId="29321148" w14:textId="77777777" w:rsidR="007E079B" w:rsidRPr="00355959" w:rsidRDefault="00F90A75">
      <w:pPr>
        <w:pStyle w:val="Textonotapie1"/>
        <w:rPr>
          <w:lang w:val="es-PE"/>
        </w:rPr>
      </w:pPr>
      <w:r>
        <w:rPr>
          <w:rStyle w:val="Refdenotaalpie1"/>
        </w:rPr>
        <w:footnoteRef/>
      </w:r>
      <w:r w:rsidRPr="00355959">
        <w:rPr>
          <w:lang w:val="es-PE"/>
        </w:rPr>
        <w:t xml:space="preserve"> Ley General del Medio Ambiente 28611.</w:t>
      </w:r>
    </w:p>
  </w:footnote>
  <w:footnote w:id="17">
    <w:p w14:paraId="00CDCAC8" w14:textId="77777777" w:rsidR="007E079B" w:rsidRPr="00355959" w:rsidRDefault="00F90A75">
      <w:pPr>
        <w:pStyle w:val="Textonotapie1"/>
        <w:rPr>
          <w:lang w:val="es-PE"/>
        </w:rPr>
      </w:pPr>
      <w:r>
        <w:rPr>
          <w:rStyle w:val="Refdenotaalpie1"/>
        </w:rPr>
        <w:footnoteRef/>
      </w:r>
      <w:r w:rsidRPr="00355959">
        <w:rPr>
          <w:lang w:val="es-PE"/>
        </w:rPr>
        <w:t xml:space="preserve"> Priorizadas en su Plan de Desarrollo del Ecosistema Regional de Innovación y Emprendimiento (PDE).</w:t>
      </w:r>
    </w:p>
  </w:footnote>
  <w:footnote w:id="18">
    <w:p w14:paraId="71E9030A" w14:textId="77777777" w:rsidR="007E079B" w:rsidRPr="00355959" w:rsidRDefault="00F90A75">
      <w:pPr>
        <w:pStyle w:val="Textonotapie1"/>
        <w:rPr>
          <w:lang w:val="es-PE"/>
        </w:rPr>
      </w:pPr>
      <w:r>
        <w:rPr>
          <w:rStyle w:val="Refdenotaalpie1"/>
        </w:rPr>
        <w:footnoteRef/>
      </w:r>
      <w:r w:rsidRPr="00355959">
        <w:rPr>
          <w:lang w:val="es-PE"/>
        </w:rPr>
        <w:t xml:space="preserve"> Solo si la solución innovadora contribuye de manera directa al fortalecimiento de una de las áreas priorizadas mencionadas.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8566D" w14:textId="604A910F" w:rsidR="007E079B" w:rsidRDefault="007E079B">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302779626">
    <w:abstractNumId w:val="8"/>
  </w:num>
  <w:num w:numId="2" w16cid:durableId="192889070">
    <w:abstractNumId w:val="6"/>
  </w:num>
  <w:num w:numId="3" w16cid:durableId="913008420">
    <w:abstractNumId w:val="5"/>
  </w:num>
  <w:num w:numId="4" w16cid:durableId="169376831">
    <w:abstractNumId w:val="4"/>
  </w:num>
  <w:num w:numId="5" w16cid:durableId="1873493070">
    <w:abstractNumId w:val="7"/>
  </w:num>
  <w:num w:numId="6" w16cid:durableId="1195584467">
    <w:abstractNumId w:val="3"/>
  </w:num>
  <w:num w:numId="7" w16cid:durableId="1830560640">
    <w:abstractNumId w:val="2"/>
  </w:num>
  <w:num w:numId="8" w16cid:durableId="696925619">
    <w:abstractNumId w:val="1"/>
  </w:num>
  <w:num w:numId="9" w16cid:durableId="333652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5F40"/>
    <w:rsid w:val="0015074B"/>
    <w:rsid w:val="00160847"/>
    <w:rsid w:val="0029639D"/>
    <w:rsid w:val="00326F90"/>
    <w:rsid w:val="00355959"/>
    <w:rsid w:val="0047359B"/>
    <w:rsid w:val="007E079B"/>
    <w:rsid w:val="00801064"/>
    <w:rsid w:val="00AA1D8D"/>
    <w:rsid w:val="00B269B3"/>
    <w:rsid w:val="00B47730"/>
    <w:rsid w:val="00C269F9"/>
    <w:rsid w:val="00CB0664"/>
    <w:rsid w:val="00DC4180"/>
    <w:rsid w:val="00F90A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E7B701"/>
  <w14:defaultImageDpi w14:val="300"/>
  <w15:docId w15:val="{62DEC595-473C-4504-B3C7-834826B66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eastAsia="Calibri" w:hAnsi="Calibri"/>
    </w:rPr>
  </w:style>
  <w:style w:type="paragraph" w:styleId="Ttulo1">
    <w:name w:val="heading 1"/>
    <w:basedOn w:val="Normal"/>
    <w:next w:val="Normal"/>
    <w:link w:val="Ttulo1Car"/>
    <w:uiPriority w:val="9"/>
    <w:qFormat/>
    <w:rsid w:val="00FC693F"/>
    <w:pPr>
      <w:keepNext/>
      <w:keepLines/>
      <w:shd w:val="clear" w:color="auto" w:fill="D9D9D9"/>
      <w:spacing w:before="240" w:after="160"/>
      <w:outlineLvl w:val="0"/>
    </w:pPr>
    <w:rPr>
      <w:b/>
      <w:bCs/>
      <w:color w:val="000000"/>
      <w:szCs w:val="28"/>
    </w:rPr>
  </w:style>
  <w:style w:type="paragraph" w:styleId="Ttulo2">
    <w:name w:val="heading 2"/>
    <w:basedOn w:val="Normal"/>
    <w:next w:val="Normal"/>
    <w:link w:val="Ttulo2Car"/>
    <w:uiPriority w:val="9"/>
    <w:unhideWhenUsed/>
    <w:qFormat/>
    <w:rsid w:val="00FC693F"/>
    <w:pPr>
      <w:keepNext/>
      <w:keepLines/>
      <w:shd w:val="clear" w:color="auto" w:fill="F2F2F2"/>
      <w:spacing w:before="200"/>
      <w:outlineLvl w:val="1"/>
    </w:pPr>
    <w:rPr>
      <w:b/>
      <w:bCs/>
      <w:color w:val="000000"/>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xtonotapie1">
    <w:name w:val="Texto nota pie1"/>
    <w:basedOn w:val="Normal"/>
    <w:pPr>
      <w:spacing w:after="0" w:line="240" w:lineRule="auto"/>
      <w:jc w:val="both"/>
    </w:pPr>
    <w:rPr>
      <w:sz w:val="17"/>
    </w:rPr>
  </w:style>
  <w:style w:type="character" w:customStyle="1" w:styleId="Refdenotaalpie1">
    <w:name w:val="Ref. de nota al pi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3042</Words>
  <Characters>16734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19737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Formatos Emprendimientos Innovadores – Piura</dc:title>
  <dc:subject>GB|p=1|r=3|ronda=0|d=formatos</dc:subject>
  <dc:creator>Generador de Bases</dc:creator>
  <cp:keywords/>
  <dc:description>generated by python-docx</dc:description>
  <cp:lastModifiedBy>Sandra Barrantes</cp:lastModifiedBy>
  <cp:revision>3</cp:revision>
  <dcterms:created xsi:type="dcterms:W3CDTF">2013-12-23T23:15:00Z</dcterms:created>
  <dcterms:modified xsi:type="dcterms:W3CDTF">2026-10-22T19:40:00Z</dcterms:modified>
  <cp:category/>
</cp:coreProperties>
</file>