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6A5E7" w14:textId="2285D3CB" w:rsidR="00EA5834" w:rsidRDefault="00EA5834" w:rsidP="00EA5834">
      <w:pPr>
        <w:pStyle w:val="Ttulo1"/>
        <w:shd w:val="clear" w:color="auto" w:fill="auto"/>
        <w:jc w:val="center"/>
        <w:rPr>
          <w:lang w:val="es-PE"/>
        </w:rPr>
      </w:pPr>
      <w:r>
        <w:rPr>
          <w:noProof/>
          <w:lang w:val="es-PE"/>
        </w:rPr>
        <w:drawing>
          <wp:anchor distT="0" distB="0" distL="114300" distR="114300" simplePos="0" relativeHeight="251658240" behindDoc="0" locked="0" layoutInCell="1" allowOverlap="1" wp14:anchorId="2120F5DE" wp14:editId="3DDAD5C9">
            <wp:simplePos x="0" y="0"/>
            <wp:positionH relativeFrom="page">
              <wp:posOffset>-25136</wp:posOffset>
            </wp:positionH>
            <wp:positionV relativeFrom="paragraph">
              <wp:posOffset>-1151890</wp:posOffset>
            </wp:positionV>
            <wp:extent cx="7582619" cy="10663868"/>
            <wp:effectExtent l="0" t="0" r="0" b="4445"/>
            <wp:wrapNone/>
            <wp:docPr id="20652219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2619" cy="106638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73791E" w14:textId="77777777" w:rsidR="00EA5834" w:rsidRDefault="00EA5834" w:rsidP="00EA5834">
      <w:pPr>
        <w:rPr>
          <w:lang w:val="es-PE"/>
        </w:rPr>
      </w:pPr>
    </w:p>
    <w:p w14:paraId="381EA70C" w14:textId="77777777" w:rsidR="00EA5834" w:rsidRDefault="00EA5834" w:rsidP="00EA5834">
      <w:pPr>
        <w:rPr>
          <w:lang w:val="es-PE"/>
        </w:rPr>
      </w:pPr>
    </w:p>
    <w:p w14:paraId="67A8D4B6" w14:textId="77777777" w:rsidR="00EA5834" w:rsidRDefault="00EA5834" w:rsidP="00EA5834">
      <w:pPr>
        <w:rPr>
          <w:lang w:val="es-PE"/>
        </w:rPr>
      </w:pPr>
    </w:p>
    <w:p w14:paraId="26F1C04F" w14:textId="77777777" w:rsidR="00EA5834" w:rsidRDefault="00EA5834" w:rsidP="00EA5834">
      <w:pPr>
        <w:rPr>
          <w:lang w:val="es-PE"/>
        </w:rPr>
      </w:pPr>
    </w:p>
    <w:p w14:paraId="680EDABD" w14:textId="77777777" w:rsidR="00EA5834" w:rsidRDefault="00EA5834" w:rsidP="00EA5834">
      <w:pPr>
        <w:rPr>
          <w:lang w:val="es-PE"/>
        </w:rPr>
      </w:pPr>
    </w:p>
    <w:p w14:paraId="69F83AFA" w14:textId="77777777" w:rsidR="00EA5834" w:rsidRDefault="00EA5834" w:rsidP="00EA5834">
      <w:pPr>
        <w:rPr>
          <w:lang w:val="es-PE"/>
        </w:rPr>
      </w:pPr>
    </w:p>
    <w:p w14:paraId="31A5B7D3" w14:textId="77777777" w:rsidR="00EA5834" w:rsidRDefault="00EA5834" w:rsidP="00EA5834">
      <w:pPr>
        <w:rPr>
          <w:lang w:val="es-PE"/>
        </w:rPr>
      </w:pPr>
    </w:p>
    <w:p w14:paraId="702C7BFF" w14:textId="77777777" w:rsidR="00EA5834" w:rsidRDefault="00EA5834" w:rsidP="00EA5834">
      <w:pPr>
        <w:rPr>
          <w:lang w:val="es-PE"/>
        </w:rPr>
      </w:pPr>
    </w:p>
    <w:p w14:paraId="415FAAB4" w14:textId="77777777" w:rsidR="00EA5834" w:rsidRDefault="00EA5834" w:rsidP="00EA5834">
      <w:pPr>
        <w:rPr>
          <w:lang w:val="es-PE"/>
        </w:rPr>
      </w:pPr>
    </w:p>
    <w:p w14:paraId="2C050F8A" w14:textId="77777777" w:rsidR="00EA5834" w:rsidRDefault="00EA5834" w:rsidP="00EA5834">
      <w:pPr>
        <w:rPr>
          <w:lang w:val="es-PE"/>
        </w:rPr>
      </w:pPr>
    </w:p>
    <w:p w14:paraId="6A96153C" w14:textId="77777777" w:rsidR="00EA5834" w:rsidRDefault="00EA5834" w:rsidP="00EA5834">
      <w:pPr>
        <w:rPr>
          <w:lang w:val="es-PE"/>
        </w:rPr>
      </w:pPr>
    </w:p>
    <w:p w14:paraId="5B24768E" w14:textId="77777777" w:rsidR="00EA5834" w:rsidRDefault="00EA5834" w:rsidP="00EA5834">
      <w:pPr>
        <w:rPr>
          <w:lang w:val="es-PE"/>
        </w:rPr>
      </w:pPr>
    </w:p>
    <w:p w14:paraId="0CEB417B" w14:textId="77777777" w:rsidR="00EA5834" w:rsidRDefault="00EA5834" w:rsidP="00EA5834">
      <w:pPr>
        <w:rPr>
          <w:lang w:val="es-PE"/>
        </w:rPr>
      </w:pPr>
    </w:p>
    <w:p w14:paraId="654FAE84" w14:textId="77777777" w:rsidR="00EA5834" w:rsidRDefault="00EA5834" w:rsidP="00EA5834">
      <w:pPr>
        <w:rPr>
          <w:lang w:val="es-PE"/>
        </w:rPr>
      </w:pPr>
    </w:p>
    <w:p w14:paraId="01303E8F" w14:textId="77777777" w:rsidR="00EA5834" w:rsidRDefault="00EA5834" w:rsidP="00EA5834">
      <w:pPr>
        <w:rPr>
          <w:lang w:val="es-PE"/>
        </w:rPr>
      </w:pPr>
    </w:p>
    <w:p w14:paraId="5335B31E" w14:textId="77777777" w:rsidR="00EA5834" w:rsidRDefault="00EA5834" w:rsidP="00EA5834">
      <w:pPr>
        <w:rPr>
          <w:lang w:val="es-PE"/>
        </w:rPr>
      </w:pPr>
    </w:p>
    <w:p w14:paraId="0E22516A" w14:textId="77777777" w:rsidR="00EA5834" w:rsidRDefault="00EA5834" w:rsidP="00EA5834">
      <w:pPr>
        <w:rPr>
          <w:lang w:val="es-PE"/>
        </w:rPr>
      </w:pPr>
    </w:p>
    <w:p w14:paraId="139BEAC0" w14:textId="77777777" w:rsidR="00EA5834" w:rsidRDefault="00EA5834" w:rsidP="00EA5834">
      <w:pPr>
        <w:rPr>
          <w:lang w:val="es-PE"/>
        </w:rPr>
      </w:pPr>
    </w:p>
    <w:p w14:paraId="3C4883B4" w14:textId="77777777" w:rsidR="00EA5834" w:rsidRDefault="00EA5834" w:rsidP="00EA5834">
      <w:pPr>
        <w:rPr>
          <w:lang w:val="es-PE"/>
        </w:rPr>
      </w:pPr>
    </w:p>
    <w:p w14:paraId="7B0F7BEA" w14:textId="77777777" w:rsidR="00EA5834" w:rsidRDefault="00EA5834" w:rsidP="00EA5834">
      <w:pPr>
        <w:rPr>
          <w:lang w:val="es-PE"/>
        </w:rPr>
      </w:pPr>
    </w:p>
    <w:p w14:paraId="6FC2AC77" w14:textId="77777777" w:rsidR="00EA5834" w:rsidRDefault="00EA5834" w:rsidP="00EA5834">
      <w:pPr>
        <w:rPr>
          <w:lang w:val="es-PE"/>
        </w:rPr>
      </w:pPr>
    </w:p>
    <w:p w14:paraId="545111D4" w14:textId="77777777" w:rsidR="00EA5834" w:rsidRDefault="00EA5834" w:rsidP="00EA5834">
      <w:pPr>
        <w:rPr>
          <w:lang w:val="es-PE"/>
        </w:rPr>
      </w:pPr>
    </w:p>
    <w:p w14:paraId="573DF464" w14:textId="77777777" w:rsidR="00EA5834" w:rsidRDefault="00EA5834" w:rsidP="00EA5834">
      <w:pPr>
        <w:rPr>
          <w:lang w:val="es-PE"/>
        </w:rPr>
      </w:pPr>
    </w:p>
    <w:p w14:paraId="6193D492" w14:textId="77777777" w:rsidR="00EA5834" w:rsidRDefault="00EA5834" w:rsidP="00EA5834">
      <w:pPr>
        <w:rPr>
          <w:lang w:val="es-PE"/>
        </w:rPr>
      </w:pPr>
    </w:p>
    <w:p w14:paraId="0FA9599D" w14:textId="77777777" w:rsidR="00EA5834" w:rsidRDefault="00EA5834" w:rsidP="00EA5834">
      <w:pPr>
        <w:rPr>
          <w:lang w:val="es-PE"/>
        </w:rPr>
      </w:pPr>
    </w:p>
    <w:p w14:paraId="1351D217" w14:textId="77777777" w:rsidR="00EA5834" w:rsidRDefault="00EA5834" w:rsidP="00EA5834">
      <w:pPr>
        <w:rPr>
          <w:lang w:val="es-PE"/>
        </w:rPr>
      </w:pPr>
    </w:p>
    <w:p w14:paraId="18290089" w14:textId="77777777" w:rsidR="00EA5834" w:rsidRPr="00EA5834" w:rsidRDefault="00EA5834" w:rsidP="00EA5834">
      <w:pPr>
        <w:rPr>
          <w:lang w:val="es-PE"/>
        </w:rPr>
      </w:pPr>
    </w:p>
    <w:p w14:paraId="27FCD6B6" w14:textId="114DADF1" w:rsidR="00813EAE" w:rsidRPr="00D810F1" w:rsidRDefault="002D2F2D">
      <w:pPr>
        <w:pStyle w:val="Ttulo1"/>
        <w:jc w:val="center"/>
        <w:rPr>
          <w:lang w:val="es-PE"/>
        </w:rPr>
      </w:pPr>
      <w:r w:rsidRPr="00D810F1">
        <w:rPr>
          <w:lang w:val="es-PE"/>
        </w:rPr>
        <w:lastRenderedPageBreak/>
        <w:t>FORMATO I: Declaración Jurada de Chequeo Legal y Compromiso (para postulación como equipo de personas naturales)</w:t>
      </w:r>
    </w:p>
    <w:tbl>
      <w:tblPr>
        <w:tblStyle w:val="Tablaconcuadrcula"/>
        <w:tblW w:w="9071" w:type="dxa"/>
        <w:jc w:val="center"/>
        <w:tblLayout w:type="fixed"/>
        <w:tblLook w:val="04A0" w:firstRow="1" w:lastRow="0" w:firstColumn="1" w:lastColumn="0" w:noHBand="0" w:noVBand="1"/>
      </w:tblPr>
      <w:tblGrid>
        <w:gridCol w:w="7937"/>
        <w:gridCol w:w="1134"/>
      </w:tblGrid>
      <w:tr w:rsidR="00813EAE" w:rsidRPr="00EA5834" w14:paraId="4BB421DD" w14:textId="77777777" w:rsidTr="00BE7F58">
        <w:trPr>
          <w:cantSplit/>
          <w:tblHeader/>
          <w:jc w:val="center"/>
        </w:trPr>
        <w:tc>
          <w:tcPr>
            <w:tcW w:w="7937" w:type="dxa"/>
            <w:shd w:val="clear" w:color="auto" w:fill="D71920"/>
            <w:vAlign w:val="center"/>
          </w:tcPr>
          <w:p w14:paraId="29C5C4DB" w14:textId="77777777" w:rsidR="00813EAE" w:rsidRDefault="002D2F2D">
            <w:pPr>
              <w:spacing w:before="20" w:after="20" w:line="240" w:lineRule="auto"/>
              <w:jc w:val="center"/>
            </w:pPr>
            <w:bookmarkStart w:id="0" w:name="_gb533"/>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231DDD01" w14:textId="77777777" w:rsidR="00813EAE" w:rsidRPr="00D810F1" w:rsidRDefault="002D2F2D">
            <w:pPr>
              <w:spacing w:before="20" w:after="20" w:line="240" w:lineRule="auto"/>
              <w:jc w:val="center"/>
              <w:rPr>
                <w:lang w:val="es-PE"/>
              </w:rPr>
            </w:pPr>
            <w:r w:rsidRPr="00D810F1">
              <w:rPr>
                <w:b/>
                <w:color w:val="FFFFFF"/>
                <w:sz w:val="20"/>
                <w:lang w:val="es-PE"/>
              </w:rPr>
              <w:t>Sí cumplo (Marcar con una X)</w:t>
            </w:r>
          </w:p>
        </w:tc>
      </w:tr>
      <w:tr w:rsidR="00813EAE" w:rsidRPr="00EA5834" w14:paraId="2C3ECF2A" w14:textId="77777777" w:rsidTr="00BE7F58">
        <w:trPr>
          <w:cantSplit/>
          <w:jc w:val="center"/>
        </w:trPr>
        <w:tc>
          <w:tcPr>
            <w:tcW w:w="7937" w:type="dxa"/>
            <w:vAlign w:val="center"/>
          </w:tcPr>
          <w:p w14:paraId="58840575" w14:textId="77777777" w:rsidR="00813EAE" w:rsidRPr="00D810F1" w:rsidRDefault="002D2F2D">
            <w:pPr>
              <w:spacing w:before="20" w:after="20" w:line="240" w:lineRule="auto"/>
              <w:rPr>
                <w:lang w:val="es-PE"/>
              </w:rPr>
            </w:pPr>
            <w:r w:rsidRPr="00D810F1">
              <w:rPr>
                <w:b/>
                <w:sz w:val="20"/>
                <w:lang w:val="es-PE"/>
              </w:rPr>
              <w:t>Los miembros del equipo emprendedor, incluido el líder emprendedor, cumplen con los siguientes requisitos:</w:t>
            </w:r>
          </w:p>
        </w:tc>
        <w:tc>
          <w:tcPr>
            <w:tcW w:w="1134" w:type="dxa"/>
            <w:vAlign w:val="center"/>
          </w:tcPr>
          <w:p w14:paraId="5BD2421A" w14:textId="77777777" w:rsidR="00813EAE" w:rsidRPr="00D810F1" w:rsidRDefault="00813EAE">
            <w:pPr>
              <w:spacing w:before="20" w:after="20" w:line="240" w:lineRule="auto"/>
              <w:rPr>
                <w:lang w:val="es-PE"/>
              </w:rPr>
            </w:pPr>
          </w:p>
        </w:tc>
      </w:tr>
      <w:tr w:rsidR="00813EAE" w:rsidRPr="00EA5834" w14:paraId="1A5E5D3D" w14:textId="77777777" w:rsidTr="00BE7F58">
        <w:trPr>
          <w:cantSplit/>
          <w:jc w:val="center"/>
        </w:trPr>
        <w:tc>
          <w:tcPr>
            <w:tcW w:w="7937" w:type="dxa"/>
            <w:vAlign w:val="center"/>
          </w:tcPr>
          <w:p w14:paraId="009E516F"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Ser mayor de edad.</w:t>
            </w:r>
          </w:p>
        </w:tc>
        <w:tc>
          <w:tcPr>
            <w:tcW w:w="1134" w:type="dxa"/>
            <w:vAlign w:val="center"/>
          </w:tcPr>
          <w:p w14:paraId="54A6B443" w14:textId="77777777" w:rsidR="00813EAE" w:rsidRPr="00D810F1" w:rsidRDefault="00813EAE">
            <w:pPr>
              <w:spacing w:before="20" w:after="20" w:line="240" w:lineRule="auto"/>
              <w:rPr>
                <w:lang w:val="es-PE"/>
              </w:rPr>
            </w:pPr>
          </w:p>
        </w:tc>
      </w:tr>
      <w:tr w:rsidR="00813EAE" w:rsidRPr="00EA5834" w14:paraId="2F2BE6C0" w14:textId="77777777" w:rsidTr="00BE7F58">
        <w:trPr>
          <w:cantSplit/>
          <w:jc w:val="center"/>
        </w:trPr>
        <w:tc>
          <w:tcPr>
            <w:tcW w:w="7937" w:type="dxa"/>
            <w:vAlign w:val="center"/>
          </w:tcPr>
          <w:p w14:paraId="312BA582" w14:textId="77777777" w:rsidR="00813EAE" w:rsidRPr="00D810F1" w:rsidRDefault="002D2F2D">
            <w:pPr>
              <w:tabs>
                <w:tab w:val="left" w:pos="369"/>
              </w:tabs>
              <w:spacing w:before="20" w:after="20" w:line="240" w:lineRule="auto"/>
              <w:ind w:left="369" w:hanging="369"/>
              <w:rPr>
                <w:lang w:val="es-PE"/>
              </w:rPr>
            </w:pPr>
            <w:r w:rsidRPr="00D810F1">
              <w:rPr>
                <w:sz w:val="20"/>
                <w:lang w:val="es-PE"/>
              </w:rPr>
              <w:t>b)</w:t>
            </w:r>
            <w:r w:rsidRPr="00D810F1">
              <w:rPr>
                <w:sz w:val="20"/>
                <w:lang w:val="es-PE"/>
              </w:rPr>
              <w:tab/>
              <w:t>El Líder Emprendedor deberá tener domicilio en la región La Libertad, según su Documento Nacional de Identidad (DNI).</w:t>
            </w:r>
          </w:p>
        </w:tc>
        <w:tc>
          <w:tcPr>
            <w:tcW w:w="1134" w:type="dxa"/>
            <w:vAlign w:val="center"/>
          </w:tcPr>
          <w:p w14:paraId="7279367A" w14:textId="77777777" w:rsidR="00813EAE" w:rsidRPr="00D810F1" w:rsidRDefault="00813EAE">
            <w:pPr>
              <w:spacing w:before="20" w:after="20" w:line="240" w:lineRule="auto"/>
              <w:rPr>
                <w:lang w:val="es-PE"/>
              </w:rPr>
            </w:pPr>
          </w:p>
        </w:tc>
      </w:tr>
      <w:tr w:rsidR="00813EAE" w:rsidRPr="00EA5834" w14:paraId="3D05309C" w14:textId="77777777" w:rsidTr="00BE7F58">
        <w:trPr>
          <w:cantSplit/>
          <w:jc w:val="center"/>
        </w:trPr>
        <w:tc>
          <w:tcPr>
            <w:tcW w:w="7937" w:type="dxa"/>
            <w:vAlign w:val="center"/>
          </w:tcPr>
          <w:p w14:paraId="4240141D"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La mayoría</w:t>
            </w:r>
            <w:r>
              <w:rPr>
                <w:rStyle w:val="Refdenotaalpie1"/>
              </w:rPr>
              <w:footnoteReference w:id="1"/>
            </w:r>
            <w:r w:rsidRPr="00D810F1">
              <w:rPr>
                <w:sz w:val="20"/>
                <w:lang w:val="es-PE"/>
              </w:rPr>
              <w:t xml:space="preserve"> de los integrantes del equipo emprendedor deberá tener domicilio en la región La Libertad. Según su Documento Nacional de Identidad (DNI) o Carnet de Extranjería (CE).</w:t>
            </w:r>
          </w:p>
        </w:tc>
        <w:tc>
          <w:tcPr>
            <w:tcW w:w="1134" w:type="dxa"/>
            <w:vAlign w:val="center"/>
          </w:tcPr>
          <w:p w14:paraId="2F507780" w14:textId="77777777" w:rsidR="00813EAE" w:rsidRPr="00D810F1" w:rsidRDefault="00813EAE">
            <w:pPr>
              <w:spacing w:before="20" w:after="20" w:line="240" w:lineRule="auto"/>
              <w:rPr>
                <w:lang w:val="es-PE"/>
              </w:rPr>
            </w:pPr>
          </w:p>
        </w:tc>
      </w:tr>
      <w:tr w:rsidR="00813EAE" w:rsidRPr="00EA5834" w14:paraId="0012319D" w14:textId="77777777" w:rsidTr="00BE7F58">
        <w:trPr>
          <w:cantSplit/>
          <w:jc w:val="center"/>
        </w:trPr>
        <w:tc>
          <w:tcPr>
            <w:tcW w:w="7937" w:type="dxa"/>
            <w:vAlign w:val="center"/>
          </w:tcPr>
          <w:p w14:paraId="0B26929D" w14:textId="77777777" w:rsidR="00813EAE" w:rsidRPr="00D810F1" w:rsidRDefault="002D2F2D">
            <w:pPr>
              <w:tabs>
                <w:tab w:val="left" w:pos="369"/>
              </w:tabs>
              <w:spacing w:before="20" w:after="20" w:line="240" w:lineRule="auto"/>
              <w:ind w:left="369" w:hanging="369"/>
              <w:rPr>
                <w:lang w:val="es-PE"/>
              </w:rPr>
            </w:pPr>
            <w:r w:rsidRPr="00D810F1">
              <w:rPr>
                <w:sz w:val="20"/>
                <w:lang w:val="es-PE"/>
              </w:rPr>
              <w:t>d)</w:t>
            </w:r>
            <w:r w:rsidRPr="00D810F1">
              <w:rPr>
                <w:sz w:val="20"/>
                <w:lang w:val="es-PE"/>
              </w:rPr>
              <w:tab/>
              <w:t>Contar con DNI o carnet de extranjería vigente, en caso ser extranjero, con pasaporte vigente.</w:t>
            </w:r>
          </w:p>
        </w:tc>
        <w:tc>
          <w:tcPr>
            <w:tcW w:w="1134" w:type="dxa"/>
            <w:vAlign w:val="center"/>
          </w:tcPr>
          <w:p w14:paraId="61D33E84" w14:textId="77777777" w:rsidR="00813EAE" w:rsidRPr="00D810F1" w:rsidRDefault="00813EAE">
            <w:pPr>
              <w:spacing w:before="20" w:after="20" w:line="240" w:lineRule="auto"/>
              <w:rPr>
                <w:lang w:val="es-PE"/>
              </w:rPr>
            </w:pPr>
          </w:p>
        </w:tc>
      </w:tr>
      <w:tr w:rsidR="00813EAE" w:rsidRPr="00EA5834" w14:paraId="05FCB2C5" w14:textId="77777777" w:rsidTr="00BE7F58">
        <w:trPr>
          <w:cantSplit/>
          <w:jc w:val="center"/>
        </w:trPr>
        <w:tc>
          <w:tcPr>
            <w:tcW w:w="7937" w:type="dxa"/>
            <w:vAlign w:val="center"/>
          </w:tcPr>
          <w:p w14:paraId="5505F77A" w14:textId="74A02C6F" w:rsidR="00813EAE" w:rsidRPr="00D810F1" w:rsidRDefault="002D2F2D">
            <w:pPr>
              <w:tabs>
                <w:tab w:val="left" w:pos="369"/>
              </w:tabs>
              <w:spacing w:before="20" w:after="20" w:line="240" w:lineRule="auto"/>
              <w:ind w:left="369" w:hanging="369"/>
              <w:rPr>
                <w:lang w:val="es-PE"/>
              </w:rPr>
            </w:pPr>
            <w:r w:rsidRPr="00D810F1">
              <w:rPr>
                <w:sz w:val="20"/>
                <w:lang w:val="es-PE"/>
              </w:rPr>
              <w:t>e)</w:t>
            </w:r>
            <w:r w:rsidRPr="00D810F1">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D810F1">
              <w:rPr>
                <w:sz w:val="20"/>
                <w:lang w:val="es-PE"/>
              </w:rPr>
              <w:t xml:space="preserve"> </w:t>
            </w:r>
            <w:r w:rsidRPr="00D810F1">
              <w:rPr>
                <w:sz w:val="20"/>
                <w:lang w:val="es-PE"/>
              </w:rPr>
              <w:t>(CPP) al momento de la postulación.</w:t>
            </w:r>
          </w:p>
        </w:tc>
        <w:tc>
          <w:tcPr>
            <w:tcW w:w="1134" w:type="dxa"/>
            <w:vAlign w:val="center"/>
          </w:tcPr>
          <w:p w14:paraId="60F3D9F0" w14:textId="77777777" w:rsidR="00813EAE" w:rsidRPr="00D810F1" w:rsidRDefault="00813EAE">
            <w:pPr>
              <w:spacing w:before="20" w:after="20" w:line="240" w:lineRule="auto"/>
              <w:rPr>
                <w:lang w:val="es-PE"/>
              </w:rPr>
            </w:pPr>
          </w:p>
        </w:tc>
      </w:tr>
      <w:tr w:rsidR="00813EAE" w:rsidRPr="00EA5834" w14:paraId="32443435" w14:textId="77777777" w:rsidTr="00BE7F58">
        <w:trPr>
          <w:cantSplit/>
          <w:jc w:val="center"/>
        </w:trPr>
        <w:tc>
          <w:tcPr>
            <w:tcW w:w="7937" w:type="dxa"/>
            <w:vAlign w:val="center"/>
          </w:tcPr>
          <w:p w14:paraId="4A62D63B" w14:textId="77777777" w:rsidR="00813EAE" w:rsidRPr="00D810F1" w:rsidRDefault="002D2F2D">
            <w:pPr>
              <w:tabs>
                <w:tab w:val="left" w:pos="369"/>
              </w:tabs>
              <w:spacing w:before="20" w:after="20" w:line="240" w:lineRule="auto"/>
              <w:ind w:left="369" w:hanging="369"/>
              <w:rPr>
                <w:lang w:val="es-PE"/>
              </w:rPr>
            </w:pPr>
            <w:r w:rsidRPr="00D810F1">
              <w:rPr>
                <w:sz w:val="20"/>
                <w:lang w:val="es-PE"/>
              </w:rPr>
              <w:t>f)</w:t>
            </w:r>
            <w:r w:rsidRPr="00D810F1">
              <w:rPr>
                <w:sz w:val="20"/>
                <w:lang w:val="es-PE"/>
              </w:rPr>
              <w:tab/>
              <w:t>No contar con antecedentes penales ni policiales</w:t>
            </w:r>
          </w:p>
        </w:tc>
        <w:tc>
          <w:tcPr>
            <w:tcW w:w="1134" w:type="dxa"/>
            <w:vAlign w:val="center"/>
          </w:tcPr>
          <w:p w14:paraId="4CC164C8" w14:textId="77777777" w:rsidR="00813EAE" w:rsidRPr="00D810F1" w:rsidRDefault="00813EAE">
            <w:pPr>
              <w:spacing w:before="20" w:after="20" w:line="240" w:lineRule="auto"/>
              <w:rPr>
                <w:lang w:val="es-PE"/>
              </w:rPr>
            </w:pPr>
          </w:p>
        </w:tc>
      </w:tr>
      <w:tr w:rsidR="00813EAE" w:rsidRPr="00EA5834" w14:paraId="19CF8931" w14:textId="77777777" w:rsidTr="00BE7F58">
        <w:trPr>
          <w:cantSplit/>
          <w:jc w:val="center"/>
        </w:trPr>
        <w:tc>
          <w:tcPr>
            <w:tcW w:w="7937" w:type="dxa"/>
            <w:vAlign w:val="center"/>
          </w:tcPr>
          <w:p w14:paraId="7D93B023" w14:textId="77777777" w:rsidR="00813EAE" w:rsidRPr="00D810F1" w:rsidRDefault="002D2F2D">
            <w:pPr>
              <w:tabs>
                <w:tab w:val="left" w:pos="369"/>
              </w:tabs>
              <w:spacing w:before="20" w:after="20" w:line="240" w:lineRule="auto"/>
              <w:ind w:left="369" w:hanging="369"/>
              <w:rPr>
                <w:lang w:val="es-PE"/>
              </w:rPr>
            </w:pPr>
            <w:r w:rsidRPr="00D810F1">
              <w:rPr>
                <w:sz w:val="20"/>
                <w:lang w:val="es-PE"/>
              </w:rPr>
              <w:t>g)</w:t>
            </w:r>
            <w:r w:rsidRPr="00D810F1">
              <w:rPr>
                <w:sz w:val="20"/>
                <w:lang w:val="es-PE"/>
              </w:rPr>
              <w:tab/>
              <w:t>No tener deudas coactivas con la SUNAT, según consulta RUC, SUNAT</w:t>
            </w:r>
            <w:r>
              <w:rPr>
                <w:rStyle w:val="Refdenotaalpie1"/>
              </w:rPr>
              <w:footnoteReference w:id="2"/>
            </w:r>
            <w:r w:rsidRPr="00D810F1">
              <w:rPr>
                <w:sz w:val="20"/>
                <w:lang w:val="es-PE"/>
              </w:rPr>
              <w:t>, en caso sean peruanos o residentes.</w:t>
            </w:r>
          </w:p>
        </w:tc>
        <w:tc>
          <w:tcPr>
            <w:tcW w:w="1134" w:type="dxa"/>
            <w:vAlign w:val="center"/>
          </w:tcPr>
          <w:p w14:paraId="25D93B95" w14:textId="77777777" w:rsidR="00813EAE" w:rsidRPr="00D810F1" w:rsidRDefault="00813EAE">
            <w:pPr>
              <w:spacing w:before="20" w:after="20" w:line="240" w:lineRule="auto"/>
              <w:rPr>
                <w:lang w:val="es-PE"/>
              </w:rPr>
            </w:pPr>
          </w:p>
        </w:tc>
      </w:tr>
      <w:tr w:rsidR="00813EAE" w:rsidRPr="00EA5834" w14:paraId="239256EA" w14:textId="77777777" w:rsidTr="00BE7F58">
        <w:trPr>
          <w:cantSplit/>
          <w:jc w:val="center"/>
        </w:trPr>
        <w:tc>
          <w:tcPr>
            <w:tcW w:w="7937" w:type="dxa"/>
            <w:vAlign w:val="center"/>
          </w:tcPr>
          <w:p w14:paraId="49CEC9E8" w14:textId="77777777" w:rsidR="00813EAE" w:rsidRPr="00D810F1" w:rsidRDefault="002D2F2D">
            <w:pPr>
              <w:tabs>
                <w:tab w:val="left" w:pos="369"/>
              </w:tabs>
              <w:spacing w:before="20" w:after="20" w:line="240" w:lineRule="auto"/>
              <w:ind w:left="369" w:hanging="369"/>
              <w:rPr>
                <w:lang w:val="es-PE"/>
              </w:rPr>
            </w:pPr>
            <w:r w:rsidRPr="00D810F1">
              <w:rPr>
                <w:sz w:val="20"/>
                <w:lang w:val="es-PE"/>
              </w:rPr>
              <w:t>h)</w:t>
            </w:r>
            <w:r w:rsidRPr="00D810F1">
              <w:rPr>
                <w:sz w:val="20"/>
                <w:lang w:val="es-PE"/>
              </w:rPr>
              <w:tab/>
              <w:t>No estar sancionado con inhabilitación temporal o definitiva para contratar con el Estado peruano, mientras dure tal sanción.</w:t>
            </w:r>
          </w:p>
        </w:tc>
        <w:tc>
          <w:tcPr>
            <w:tcW w:w="1134" w:type="dxa"/>
            <w:vAlign w:val="center"/>
          </w:tcPr>
          <w:p w14:paraId="1D24B076" w14:textId="77777777" w:rsidR="00813EAE" w:rsidRPr="00D810F1" w:rsidRDefault="00813EAE">
            <w:pPr>
              <w:spacing w:before="20" w:after="20" w:line="240" w:lineRule="auto"/>
              <w:rPr>
                <w:lang w:val="es-PE"/>
              </w:rPr>
            </w:pPr>
          </w:p>
        </w:tc>
      </w:tr>
      <w:tr w:rsidR="00813EAE" w:rsidRPr="00EA5834" w14:paraId="2014B3B1" w14:textId="77777777" w:rsidTr="00BE7F58">
        <w:trPr>
          <w:cantSplit/>
          <w:jc w:val="center"/>
        </w:trPr>
        <w:tc>
          <w:tcPr>
            <w:tcW w:w="7937" w:type="dxa"/>
            <w:vAlign w:val="center"/>
          </w:tcPr>
          <w:p w14:paraId="401D23C1" w14:textId="77777777" w:rsidR="00813EAE" w:rsidRPr="00D810F1" w:rsidRDefault="002D2F2D">
            <w:pPr>
              <w:tabs>
                <w:tab w:val="left" w:pos="369"/>
              </w:tabs>
              <w:spacing w:before="20" w:after="20" w:line="240" w:lineRule="auto"/>
              <w:ind w:left="369" w:hanging="369"/>
              <w:rPr>
                <w:lang w:val="es-PE"/>
              </w:rPr>
            </w:pPr>
            <w:r w:rsidRPr="00D810F1">
              <w:rPr>
                <w:sz w:val="20"/>
                <w:lang w:val="es-PE"/>
              </w:rPr>
              <w:t>i)</w:t>
            </w:r>
            <w:r w:rsidRPr="00D810F1">
              <w:rPr>
                <w:sz w:val="20"/>
                <w:lang w:val="es-PE"/>
              </w:rPr>
              <w:tab/>
              <w:t>No tener sentencia consentida y/o ejecutoriada por delitos contra la administración pública en agravio del Estado.</w:t>
            </w:r>
          </w:p>
        </w:tc>
        <w:tc>
          <w:tcPr>
            <w:tcW w:w="1134" w:type="dxa"/>
            <w:vAlign w:val="center"/>
          </w:tcPr>
          <w:p w14:paraId="38F1674C" w14:textId="77777777" w:rsidR="00813EAE" w:rsidRPr="00D810F1" w:rsidRDefault="00813EAE">
            <w:pPr>
              <w:spacing w:before="20" w:after="20" w:line="240" w:lineRule="auto"/>
              <w:rPr>
                <w:lang w:val="es-PE"/>
              </w:rPr>
            </w:pPr>
          </w:p>
        </w:tc>
      </w:tr>
      <w:tr w:rsidR="00813EAE" w:rsidRPr="00EA5834" w14:paraId="43AE5C43" w14:textId="77777777" w:rsidTr="00BE7F58">
        <w:trPr>
          <w:cantSplit/>
          <w:jc w:val="center"/>
        </w:trPr>
        <w:tc>
          <w:tcPr>
            <w:tcW w:w="7937" w:type="dxa"/>
            <w:vAlign w:val="center"/>
          </w:tcPr>
          <w:p w14:paraId="553E420D" w14:textId="77777777" w:rsidR="00813EAE" w:rsidRPr="00D810F1" w:rsidRDefault="002D2F2D">
            <w:pPr>
              <w:tabs>
                <w:tab w:val="left" w:pos="369"/>
              </w:tabs>
              <w:spacing w:before="20" w:after="20" w:line="240" w:lineRule="auto"/>
              <w:ind w:left="369" w:hanging="369"/>
              <w:rPr>
                <w:lang w:val="es-PE"/>
              </w:rPr>
            </w:pPr>
            <w:r w:rsidRPr="00D810F1">
              <w:rPr>
                <w:sz w:val="20"/>
                <w:lang w:val="es-PE"/>
              </w:rPr>
              <w:t>j)</w:t>
            </w:r>
            <w:r w:rsidRPr="00D810F1">
              <w:rPr>
                <w:sz w:val="20"/>
                <w:lang w:val="es-PE"/>
              </w:rPr>
              <w:tab/>
              <w:t>No ejercer una función pública en las Entidades del Estado peruano al momento de la suscripción del contrato</w:t>
            </w:r>
            <w:r>
              <w:rPr>
                <w:rStyle w:val="Refdenotaalpie1"/>
              </w:rPr>
              <w:footnoteReference w:id="3"/>
            </w:r>
            <w:r w:rsidRPr="00D810F1">
              <w:rPr>
                <w:sz w:val="20"/>
                <w:lang w:val="es-PE"/>
              </w:rPr>
              <w:t>.</w:t>
            </w:r>
          </w:p>
        </w:tc>
        <w:tc>
          <w:tcPr>
            <w:tcW w:w="1134" w:type="dxa"/>
            <w:vAlign w:val="center"/>
          </w:tcPr>
          <w:p w14:paraId="5078C1C4" w14:textId="77777777" w:rsidR="00813EAE" w:rsidRPr="00D810F1" w:rsidRDefault="00813EAE">
            <w:pPr>
              <w:spacing w:before="20" w:after="20" w:line="240" w:lineRule="auto"/>
              <w:rPr>
                <w:lang w:val="es-PE"/>
              </w:rPr>
            </w:pPr>
          </w:p>
        </w:tc>
      </w:tr>
      <w:tr w:rsidR="00813EAE" w:rsidRPr="00EA5834" w14:paraId="5C9C82A5" w14:textId="77777777" w:rsidTr="00BE7F58">
        <w:trPr>
          <w:cantSplit/>
          <w:jc w:val="center"/>
        </w:trPr>
        <w:tc>
          <w:tcPr>
            <w:tcW w:w="7937" w:type="dxa"/>
            <w:vAlign w:val="center"/>
          </w:tcPr>
          <w:p w14:paraId="13164AF0" w14:textId="77777777" w:rsidR="00813EAE" w:rsidRPr="00D810F1" w:rsidRDefault="002D2F2D">
            <w:pPr>
              <w:tabs>
                <w:tab w:val="left" w:pos="369"/>
              </w:tabs>
              <w:spacing w:before="20" w:after="20" w:line="240" w:lineRule="auto"/>
              <w:ind w:left="369" w:hanging="369"/>
              <w:rPr>
                <w:lang w:val="es-PE"/>
              </w:rPr>
            </w:pPr>
            <w:r w:rsidRPr="00D810F1">
              <w:rPr>
                <w:sz w:val="20"/>
                <w:lang w:val="es-PE"/>
              </w:rPr>
              <w:t>k)</w:t>
            </w:r>
            <w:r w:rsidRPr="00D810F1">
              <w:rPr>
                <w:sz w:val="20"/>
                <w:lang w:val="es-PE"/>
              </w:rPr>
              <w:tab/>
              <w:t>No tener proyectos en estado interrumpido o judicializado en PROINNÓVATE (esto dado a incumplimiento contractuales).</w:t>
            </w:r>
          </w:p>
        </w:tc>
        <w:tc>
          <w:tcPr>
            <w:tcW w:w="1134" w:type="dxa"/>
            <w:vAlign w:val="center"/>
          </w:tcPr>
          <w:p w14:paraId="59458F6F" w14:textId="77777777" w:rsidR="00813EAE" w:rsidRPr="00D810F1" w:rsidRDefault="00813EAE">
            <w:pPr>
              <w:spacing w:before="20" w:after="20" w:line="240" w:lineRule="auto"/>
              <w:rPr>
                <w:lang w:val="es-PE"/>
              </w:rPr>
            </w:pPr>
          </w:p>
        </w:tc>
      </w:tr>
      <w:tr w:rsidR="00813EAE" w:rsidRPr="00EA5834" w14:paraId="4D33AC37" w14:textId="77777777" w:rsidTr="00BE7F58">
        <w:trPr>
          <w:cantSplit/>
          <w:jc w:val="center"/>
        </w:trPr>
        <w:tc>
          <w:tcPr>
            <w:tcW w:w="7937" w:type="dxa"/>
            <w:vAlign w:val="center"/>
          </w:tcPr>
          <w:p w14:paraId="7B4CCE4D" w14:textId="77777777" w:rsidR="00813EAE" w:rsidRPr="00D810F1" w:rsidRDefault="002D2F2D">
            <w:pPr>
              <w:tabs>
                <w:tab w:val="left" w:pos="369"/>
              </w:tabs>
              <w:spacing w:before="20" w:after="20" w:line="240" w:lineRule="auto"/>
              <w:ind w:left="369" w:hanging="369"/>
              <w:rPr>
                <w:lang w:val="es-PE"/>
              </w:rPr>
            </w:pPr>
            <w:r w:rsidRPr="00D810F1">
              <w:rPr>
                <w:sz w:val="20"/>
                <w:lang w:val="es-PE"/>
              </w:rPr>
              <w:t>l)</w:t>
            </w:r>
            <w:r w:rsidRPr="00D810F1">
              <w:rPr>
                <w:sz w:val="20"/>
                <w:lang w:val="es-PE"/>
              </w:rPr>
              <w:tab/>
              <w:t xml:space="preserve">No formar parte del equipo emprendedor de </w:t>
            </w:r>
            <w:proofErr w:type="gramStart"/>
            <w:r w:rsidRPr="00D810F1">
              <w:rPr>
                <w:sz w:val="20"/>
                <w:lang w:val="es-PE"/>
              </w:rPr>
              <w:t>una startup</w:t>
            </w:r>
            <w:proofErr w:type="gramEnd"/>
            <w:r w:rsidRPr="00D810F1">
              <w:rPr>
                <w:sz w:val="20"/>
                <w:lang w:val="es-PE"/>
              </w:rPr>
              <w:t xml:space="preserve">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4C93626C" w14:textId="77777777" w:rsidR="00813EAE" w:rsidRPr="00D810F1" w:rsidRDefault="00813EAE">
            <w:pPr>
              <w:spacing w:before="20" w:after="20" w:line="240" w:lineRule="auto"/>
              <w:rPr>
                <w:lang w:val="es-PE"/>
              </w:rPr>
            </w:pPr>
          </w:p>
        </w:tc>
      </w:tr>
      <w:tr w:rsidR="00813EAE" w:rsidRPr="00EA5834" w14:paraId="0E9D7BB6" w14:textId="77777777" w:rsidTr="00BE7F58">
        <w:trPr>
          <w:cantSplit/>
          <w:jc w:val="center"/>
        </w:trPr>
        <w:tc>
          <w:tcPr>
            <w:tcW w:w="7937" w:type="dxa"/>
            <w:vAlign w:val="center"/>
          </w:tcPr>
          <w:p w14:paraId="526291CC" w14:textId="77777777" w:rsidR="00813EAE" w:rsidRPr="00D810F1" w:rsidRDefault="002D2F2D">
            <w:pPr>
              <w:tabs>
                <w:tab w:val="left" w:pos="369"/>
              </w:tabs>
              <w:spacing w:before="20" w:after="20" w:line="240" w:lineRule="auto"/>
              <w:ind w:left="369" w:hanging="369"/>
              <w:rPr>
                <w:lang w:val="es-PE"/>
              </w:rPr>
            </w:pPr>
            <w:r w:rsidRPr="00D810F1">
              <w:rPr>
                <w:sz w:val="20"/>
                <w:lang w:val="es-PE"/>
              </w:rPr>
              <w:t>m)</w:t>
            </w:r>
            <w:r w:rsidRPr="00D810F1">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2A801474" w14:textId="77777777" w:rsidR="00813EAE" w:rsidRPr="00D810F1" w:rsidRDefault="00813EAE">
            <w:pPr>
              <w:spacing w:before="20" w:after="20" w:line="240" w:lineRule="auto"/>
              <w:rPr>
                <w:lang w:val="es-PE"/>
              </w:rPr>
            </w:pPr>
          </w:p>
        </w:tc>
      </w:tr>
      <w:tr w:rsidR="00813EAE" w:rsidRPr="00EA5834" w14:paraId="2F1FF7F2" w14:textId="77777777" w:rsidTr="00BE7F58">
        <w:trPr>
          <w:cantSplit/>
          <w:jc w:val="center"/>
        </w:trPr>
        <w:tc>
          <w:tcPr>
            <w:tcW w:w="7937" w:type="dxa"/>
            <w:vAlign w:val="center"/>
          </w:tcPr>
          <w:p w14:paraId="4A9FB93A" w14:textId="77777777" w:rsidR="00813EAE" w:rsidRPr="00D810F1" w:rsidRDefault="002D2F2D">
            <w:pPr>
              <w:tabs>
                <w:tab w:val="left" w:pos="369"/>
              </w:tabs>
              <w:spacing w:before="20" w:after="20" w:line="240" w:lineRule="auto"/>
              <w:ind w:left="369" w:hanging="369"/>
              <w:rPr>
                <w:lang w:val="es-PE"/>
              </w:rPr>
            </w:pPr>
            <w:r w:rsidRPr="00D810F1">
              <w:rPr>
                <w:sz w:val="20"/>
                <w:lang w:val="es-PE"/>
              </w:rPr>
              <w:t>n)</w:t>
            </w:r>
            <w:r w:rsidRPr="00D810F1">
              <w:rPr>
                <w:sz w:val="20"/>
                <w:lang w:val="es-PE"/>
              </w:rPr>
              <w:tab/>
              <w:t>No estar participando como evaluador externo y/o miembro del comité evaluador.</w:t>
            </w:r>
          </w:p>
        </w:tc>
        <w:tc>
          <w:tcPr>
            <w:tcW w:w="1134" w:type="dxa"/>
            <w:vAlign w:val="center"/>
          </w:tcPr>
          <w:p w14:paraId="6C91C42E" w14:textId="77777777" w:rsidR="00813EAE" w:rsidRPr="00D810F1" w:rsidRDefault="00813EAE">
            <w:pPr>
              <w:spacing w:before="20" w:after="20" w:line="240" w:lineRule="auto"/>
              <w:rPr>
                <w:lang w:val="es-PE"/>
              </w:rPr>
            </w:pPr>
          </w:p>
        </w:tc>
      </w:tr>
      <w:tr w:rsidR="00813EAE" w:rsidRPr="00EA5834" w14:paraId="193F18FF" w14:textId="77777777" w:rsidTr="00BE7F58">
        <w:trPr>
          <w:cantSplit/>
          <w:jc w:val="center"/>
        </w:trPr>
        <w:tc>
          <w:tcPr>
            <w:tcW w:w="7937" w:type="dxa"/>
            <w:vAlign w:val="center"/>
          </w:tcPr>
          <w:p w14:paraId="7877D3A8" w14:textId="77777777" w:rsidR="00813EAE" w:rsidRPr="00D810F1" w:rsidRDefault="002D2F2D">
            <w:pPr>
              <w:tabs>
                <w:tab w:val="left" w:pos="369"/>
              </w:tabs>
              <w:spacing w:before="20" w:after="20" w:line="240" w:lineRule="auto"/>
              <w:ind w:left="369" w:hanging="369"/>
              <w:rPr>
                <w:lang w:val="es-PE"/>
              </w:rPr>
            </w:pPr>
            <w:r w:rsidRPr="00D810F1">
              <w:rPr>
                <w:sz w:val="20"/>
                <w:lang w:val="es-PE"/>
              </w:rPr>
              <w:t>o)</w:t>
            </w:r>
            <w:r w:rsidRPr="00D810F1">
              <w:rPr>
                <w:sz w:val="20"/>
                <w:lang w:val="es-PE"/>
              </w:rPr>
              <w:tab/>
              <w:t>No estar participando como equipo técnico de un proyecto de Fortalecimiento de Entidades de Soporte en ejecución</w:t>
            </w:r>
            <w:r>
              <w:rPr>
                <w:rStyle w:val="Refdenotaalpie1"/>
              </w:rPr>
              <w:footnoteReference w:id="4"/>
            </w:r>
            <w:r w:rsidRPr="00D810F1">
              <w:rPr>
                <w:sz w:val="20"/>
                <w:lang w:val="es-PE"/>
              </w:rPr>
              <w:t>.</w:t>
            </w:r>
          </w:p>
        </w:tc>
        <w:tc>
          <w:tcPr>
            <w:tcW w:w="1134" w:type="dxa"/>
            <w:vAlign w:val="center"/>
          </w:tcPr>
          <w:p w14:paraId="27FFBE95" w14:textId="77777777" w:rsidR="00813EAE" w:rsidRPr="00D810F1" w:rsidRDefault="00813EAE">
            <w:pPr>
              <w:spacing w:before="20" w:after="20" w:line="240" w:lineRule="auto"/>
              <w:rPr>
                <w:lang w:val="es-PE"/>
              </w:rPr>
            </w:pPr>
          </w:p>
        </w:tc>
      </w:tr>
      <w:tr w:rsidR="00813EAE" w:rsidRPr="00EA5834" w14:paraId="071A3674" w14:textId="77777777" w:rsidTr="00BE7F58">
        <w:trPr>
          <w:cantSplit/>
          <w:jc w:val="center"/>
        </w:trPr>
        <w:tc>
          <w:tcPr>
            <w:tcW w:w="7937" w:type="dxa"/>
            <w:vAlign w:val="center"/>
          </w:tcPr>
          <w:p w14:paraId="24AEB153" w14:textId="77777777" w:rsidR="00813EAE" w:rsidRPr="00D810F1" w:rsidRDefault="002D2F2D">
            <w:pPr>
              <w:tabs>
                <w:tab w:val="left" w:pos="369"/>
              </w:tabs>
              <w:spacing w:before="20" w:after="20" w:line="240" w:lineRule="auto"/>
              <w:ind w:left="369" w:hanging="369"/>
              <w:rPr>
                <w:lang w:val="es-PE"/>
              </w:rPr>
            </w:pPr>
            <w:r w:rsidRPr="00D810F1">
              <w:rPr>
                <w:sz w:val="20"/>
                <w:lang w:val="es-PE"/>
              </w:rPr>
              <w:lastRenderedPageBreak/>
              <w:t>p)</w:t>
            </w:r>
            <w:r w:rsidRPr="00D810F1">
              <w:rPr>
                <w:sz w:val="20"/>
                <w:lang w:val="es-PE"/>
              </w:rPr>
              <w:tab/>
              <w:t>No estar involucrado directamente en la ejecución del proyecto DER 3.0 de PROINNÓVATE, en caso tenga relación contractual con la Cámara de Comercio y Producción de La Libertad.</w:t>
            </w:r>
          </w:p>
        </w:tc>
        <w:tc>
          <w:tcPr>
            <w:tcW w:w="1134" w:type="dxa"/>
            <w:vAlign w:val="center"/>
          </w:tcPr>
          <w:p w14:paraId="5CD589F4" w14:textId="77777777" w:rsidR="00813EAE" w:rsidRPr="00D810F1" w:rsidRDefault="00813EAE">
            <w:pPr>
              <w:spacing w:before="20" w:after="20" w:line="240" w:lineRule="auto"/>
              <w:rPr>
                <w:lang w:val="es-PE"/>
              </w:rPr>
            </w:pPr>
          </w:p>
        </w:tc>
      </w:tr>
      <w:tr w:rsidR="00813EAE" w:rsidRPr="00EA5834" w14:paraId="07E263DD" w14:textId="77777777" w:rsidTr="00BE7F58">
        <w:trPr>
          <w:cantSplit/>
          <w:jc w:val="center"/>
        </w:trPr>
        <w:tc>
          <w:tcPr>
            <w:tcW w:w="7937" w:type="dxa"/>
            <w:vAlign w:val="center"/>
          </w:tcPr>
          <w:p w14:paraId="13A7A755" w14:textId="77777777" w:rsidR="00813EAE" w:rsidRPr="00D810F1" w:rsidRDefault="002D2F2D">
            <w:pPr>
              <w:tabs>
                <w:tab w:val="left" w:pos="369"/>
              </w:tabs>
              <w:spacing w:before="20" w:after="20" w:line="240" w:lineRule="auto"/>
              <w:ind w:left="369" w:hanging="369"/>
              <w:rPr>
                <w:lang w:val="es-PE"/>
              </w:rPr>
            </w:pPr>
            <w:r w:rsidRPr="00D810F1">
              <w:rPr>
                <w:sz w:val="20"/>
                <w:lang w:val="es-PE"/>
              </w:rPr>
              <w:t>q)</w:t>
            </w:r>
            <w:r w:rsidRPr="00D810F1">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21CB1B48" w14:textId="77777777" w:rsidR="00813EAE" w:rsidRPr="00D810F1" w:rsidRDefault="00813EAE">
            <w:pPr>
              <w:spacing w:before="20" w:after="20" w:line="240" w:lineRule="auto"/>
              <w:rPr>
                <w:lang w:val="es-PE"/>
              </w:rPr>
            </w:pPr>
          </w:p>
        </w:tc>
      </w:tr>
      <w:tr w:rsidR="00813EAE" w:rsidRPr="00EA5834" w14:paraId="096669A0" w14:textId="77777777" w:rsidTr="00BE7F58">
        <w:trPr>
          <w:cantSplit/>
          <w:jc w:val="center"/>
        </w:trPr>
        <w:tc>
          <w:tcPr>
            <w:tcW w:w="7937" w:type="dxa"/>
            <w:vAlign w:val="center"/>
          </w:tcPr>
          <w:p w14:paraId="131DCC6F" w14:textId="77777777" w:rsidR="00813EAE" w:rsidRPr="00D810F1" w:rsidRDefault="002D2F2D">
            <w:pPr>
              <w:spacing w:before="20" w:after="20" w:line="240" w:lineRule="auto"/>
              <w:rPr>
                <w:lang w:val="es-PE"/>
              </w:rPr>
            </w:pPr>
            <w:r w:rsidRPr="00D810F1">
              <w:rPr>
                <w:b/>
                <w:sz w:val="20"/>
                <w:lang w:val="es-PE"/>
              </w:rPr>
              <w:t>El proyecto presentado al concurso cumple con los siguientes requisitos:</w:t>
            </w:r>
          </w:p>
        </w:tc>
        <w:tc>
          <w:tcPr>
            <w:tcW w:w="1134" w:type="dxa"/>
            <w:vAlign w:val="center"/>
          </w:tcPr>
          <w:p w14:paraId="79388C2C" w14:textId="77777777" w:rsidR="00813EAE" w:rsidRPr="00D810F1" w:rsidRDefault="00813EAE">
            <w:pPr>
              <w:spacing w:before="20" w:after="20" w:line="240" w:lineRule="auto"/>
              <w:rPr>
                <w:lang w:val="es-PE"/>
              </w:rPr>
            </w:pPr>
          </w:p>
        </w:tc>
      </w:tr>
      <w:tr w:rsidR="00813EAE" w:rsidRPr="00EA5834" w14:paraId="1F07A7BB" w14:textId="77777777" w:rsidTr="00BE7F58">
        <w:trPr>
          <w:cantSplit/>
          <w:jc w:val="center"/>
        </w:trPr>
        <w:tc>
          <w:tcPr>
            <w:tcW w:w="7937" w:type="dxa"/>
            <w:vAlign w:val="center"/>
          </w:tcPr>
          <w:p w14:paraId="38EED97F"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3E1AA3B8" w14:textId="77777777" w:rsidR="00813EAE" w:rsidRPr="00D810F1" w:rsidRDefault="00813EAE">
            <w:pPr>
              <w:spacing w:before="20" w:after="20" w:line="240" w:lineRule="auto"/>
              <w:rPr>
                <w:lang w:val="es-PE"/>
              </w:rPr>
            </w:pPr>
          </w:p>
        </w:tc>
      </w:tr>
      <w:tr w:rsidR="00813EAE" w:rsidRPr="00EA5834" w14:paraId="388A10F8" w14:textId="77777777" w:rsidTr="00BE7F58">
        <w:trPr>
          <w:cantSplit/>
          <w:jc w:val="center"/>
        </w:trPr>
        <w:tc>
          <w:tcPr>
            <w:tcW w:w="7937" w:type="dxa"/>
            <w:vAlign w:val="center"/>
          </w:tcPr>
          <w:p w14:paraId="03BA7B44" w14:textId="77777777" w:rsidR="00813EAE" w:rsidRPr="00D810F1" w:rsidRDefault="002D2F2D">
            <w:pPr>
              <w:tabs>
                <w:tab w:val="left" w:pos="369"/>
              </w:tabs>
              <w:spacing w:before="20" w:after="20" w:line="240" w:lineRule="auto"/>
              <w:ind w:left="369" w:hanging="369"/>
              <w:rPr>
                <w:lang w:val="es-PE"/>
              </w:rPr>
            </w:pPr>
            <w:r w:rsidRPr="00D810F1">
              <w:rPr>
                <w:sz w:val="20"/>
                <w:lang w:val="es-PE"/>
              </w:rPr>
              <w:t>b)</w:t>
            </w:r>
            <w:r w:rsidRPr="00D810F1">
              <w:rPr>
                <w:sz w:val="20"/>
                <w:lang w:val="es-PE"/>
              </w:rPr>
              <w:tab/>
              <w:t>Que la información consignada en el proyecto presentado a PROINNÓVATE es veraz.</w:t>
            </w:r>
          </w:p>
        </w:tc>
        <w:tc>
          <w:tcPr>
            <w:tcW w:w="1134" w:type="dxa"/>
            <w:vAlign w:val="center"/>
          </w:tcPr>
          <w:p w14:paraId="24179A60" w14:textId="77777777" w:rsidR="00813EAE" w:rsidRPr="00D810F1" w:rsidRDefault="00813EAE">
            <w:pPr>
              <w:spacing w:before="20" w:after="20" w:line="240" w:lineRule="auto"/>
              <w:rPr>
                <w:lang w:val="es-PE"/>
              </w:rPr>
            </w:pPr>
          </w:p>
        </w:tc>
      </w:tr>
      <w:tr w:rsidR="00813EAE" w:rsidRPr="00EA5834" w14:paraId="5CDBBCAD" w14:textId="77777777" w:rsidTr="00BE7F58">
        <w:trPr>
          <w:cantSplit/>
          <w:jc w:val="center"/>
        </w:trPr>
        <w:tc>
          <w:tcPr>
            <w:tcW w:w="7937" w:type="dxa"/>
            <w:vAlign w:val="center"/>
          </w:tcPr>
          <w:p w14:paraId="23B9C77F"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Que el proyecto que se postula no es cofinanciado por recursos provenientes de otros fondos del estado.</w:t>
            </w:r>
          </w:p>
        </w:tc>
        <w:tc>
          <w:tcPr>
            <w:tcW w:w="1134" w:type="dxa"/>
            <w:vAlign w:val="center"/>
          </w:tcPr>
          <w:p w14:paraId="29271EF7" w14:textId="77777777" w:rsidR="00813EAE" w:rsidRPr="00D810F1" w:rsidRDefault="00813EAE">
            <w:pPr>
              <w:spacing w:before="20" w:after="20" w:line="240" w:lineRule="auto"/>
              <w:rPr>
                <w:lang w:val="es-PE"/>
              </w:rPr>
            </w:pPr>
          </w:p>
        </w:tc>
      </w:tr>
      <w:tr w:rsidR="00BE7F58" w:rsidRPr="00EA5834" w14:paraId="7B8F2194" w14:textId="77777777" w:rsidTr="00BE7F58">
        <w:trPr>
          <w:cantSplit/>
          <w:jc w:val="center"/>
        </w:trPr>
        <w:tc>
          <w:tcPr>
            <w:tcW w:w="7937" w:type="dxa"/>
            <w:vAlign w:val="center"/>
          </w:tcPr>
          <w:p w14:paraId="50B67992" w14:textId="66A33E5A" w:rsidR="00BE7F58" w:rsidRPr="00D810F1" w:rsidRDefault="00BE7F58">
            <w:pPr>
              <w:tabs>
                <w:tab w:val="left" w:pos="369"/>
              </w:tabs>
              <w:spacing w:before="20" w:after="20" w:line="240" w:lineRule="auto"/>
              <w:ind w:left="369" w:hanging="369"/>
              <w:rPr>
                <w:sz w:val="20"/>
                <w:lang w:val="es-PE"/>
              </w:rPr>
            </w:pPr>
            <w:r w:rsidRPr="005F2851">
              <w:rPr>
                <w:sz w:val="20"/>
                <w:lang w:val="es-PE"/>
              </w:rPr>
              <w:t>d)</w:t>
            </w:r>
            <w:r w:rsidRPr="005F2851">
              <w:rPr>
                <w:sz w:val="20"/>
                <w:lang w:val="es-PE"/>
              </w:rPr>
              <w:tab/>
            </w:r>
            <w:r w:rsidRPr="005364B9">
              <w:rPr>
                <w:sz w:val="20"/>
                <w:lang w:val="es-PE"/>
              </w:rPr>
              <w:t xml:space="preserve">Que el proyecto que se postula en la presente convocatoria no es presentado en ninguno de los otros concursos regionales vigentes (convocados por la región </w:t>
            </w:r>
            <w:r>
              <w:rPr>
                <w:sz w:val="20"/>
                <w:lang w:val="es-PE"/>
              </w:rPr>
              <w:t>La Libertad</w:t>
            </w:r>
            <w:r w:rsidRPr="005364B9">
              <w:rPr>
                <w:sz w:val="20"/>
                <w:lang w:val="es-PE"/>
              </w:rPr>
              <w:t xml:space="preserve"> y/o las otras regiones)</w:t>
            </w:r>
          </w:p>
        </w:tc>
        <w:tc>
          <w:tcPr>
            <w:tcW w:w="1134" w:type="dxa"/>
            <w:vAlign w:val="center"/>
          </w:tcPr>
          <w:p w14:paraId="0362ACE3" w14:textId="77777777" w:rsidR="00BE7F58" w:rsidRPr="00D810F1" w:rsidRDefault="00BE7F58">
            <w:pPr>
              <w:spacing w:before="20" w:after="20" w:line="240" w:lineRule="auto"/>
              <w:rPr>
                <w:lang w:val="es-PE"/>
              </w:rPr>
            </w:pPr>
          </w:p>
        </w:tc>
      </w:tr>
      <w:tr w:rsidR="00813EAE" w:rsidRPr="00EA5834" w14:paraId="312B4AE0" w14:textId="77777777" w:rsidTr="00BE7F58">
        <w:trPr>
          <w:cantSplit/>
          <w:jc w:val="center"/>
        </w:trPr>
        <w:tc>
          <w:tcPr>
            <w:tcW w:w="7937" w:type="dxa"/>
            <w:vAlign w:val="center"/>
          </w:tcPr>
          <w:p w14:paraId="74E2159B" w14:textId="5F9756DD" w:rsidR="00813EAE" w:rsidRPr="00D810F1" w:rsidRDefault="00BE7F58">
            <w:pPr>
              <w:tabs>
                <w:tab w:val="left" w:pos="369"/>
              </w:tabs>
              <w:spacing w:before="20" w:after="20" w:line="240" w:lineRule="auto"/>
              <w:ind w:left="369" w:hanging="369"/>
              <w:rPr>
                <w:lang w:val="es-PE"/>
              </w:rPr>
            </w:pPr>
            <w:r>
              <w:rPr>
                <w:sz w:val="20"/>
                <w:lang w:val="es-PE"/>
              </w:rPr>
              <w:t>e</w:t>
            </w:r>
            <w:r w:rsidR="002D2F2D" w:rsidRPr="00D810F1">
              <w:rPr>
                <w:sz w:val="20"/>
                <w:lang w:val="es-PE"/>
              </w:rPr>
              <w:t>)</w:t>
            </w:r>
            <w:r w:rsidR="002D2F2D" w:rsidRPr="00D810F1">
              <w:rPr>
                <w:sz w:val="20"/>
                <w:lang w:val="es-PE"/>
              </w:rPr>
              <w:tab/>
              <w:t>Que el proyecto no está relacionado con armas, juegos de azar, actividades ilegales, prohibidas o innecesarias para el logro de los resultados del proyecto.</w:t>
            </w:r>
          </w:p>
        </w:tc>
        <w:tc>
          <w:tcPr>
            <w:tcW w:w="1134" w:type="dxa"/>
            <w:vAlign w:val="center"/>
          </w:tcPr>
          <w:p w14:paraId="2063D691" w14:textId="77777777" w:rsidR="00813EAE" w:rsidRPr="00D810F1" w:rsidRDefault="00813EAE">
            <w:pPr>
              <w:spacing w:before="20" w:after="20" w:line="240" w:lineRule="auto"/>
              <w:rPr>
                <w:lang w:val="es-PE"/>
              </w:rPr>
            </w:pPr>
          </w:p>
        </w:tc>
      </w:tr>
      <w:tr w:rsidR="00813EAE" w:rsidRPr="00EA5834" w14:paraId="06E10380" w14:textId="77777777" w:rsidTr="00BE7F58">
        <w:trPr>
          <w:cantSplit/>
          <w:jc w:val="center"/>
        </w:trPr>
        <w:tc>
          <w:tcPr>
            <w:tcW w:w="7937" w:type="dxa"/>
            <w:vAlign w:val="center"/>
          </w:tcPr>
          <w:p w14:paraId="64E430D0" w14:textId="40B9F1BA" w:rsidR="00813EAE" w:rsidRPr="00D810F1" w:rsidRDefault="00BE7F58">
            <w:pPr>
              <w:tabs>
                <w:tab w:val="left" w:pos="369"/>
              </w:tabs>
              <w:spacing w:before="20" w:after="20" w:line="240" w:lineRule="auto"/>
              <w:ind w:left="369" w:hanging="369"/>
              <w:rPr>
                <w:lang w:val="es-PE"/>
              </w:rPr>
            </w:pPr>
            <w:r>
              <w:rPr>
                <w:sz w:val="20"/>
                <w:lang w:val="es-PE"/>
              </w:rPr>
              <w:t>f</w:t>
            </w:r>
            <w:r w:rsidR="002D2F2D" w:rsidRPr="00D810F1">
              <w:rPr>
                <w:sz w:val="20"/>
                <w:lang w:val="es-PE"/>
              </w:rPr>
              <w:t>)</w:t>
            </w:r>
            <w:r w:rsidR="002D2F2D" w:rsidRPr="00D810F1">
              <w:rPr>
                <w:sz w:val="20"/>
                <w:lang w:val="es-PE"/>
              </w:rPr>
              <w:tab/>
              <w:t>Que el proyecto cumpla con la normativa ambiental vigente, en lo que le corresponda</w:t>
            </w:r>
            <w:r w:rsidR="002D2F2D">
              <w:rPr>
                <w:rStyle w:val="Refdenotaalpie1"/>
              </w:rPr>
              <w:footnoteReference w:id="5"/>
            </w:r>
            <w:r w:rsidR="002D2F2D" w:rsidRPr="00D810F1">
              <w:rPr>
                <w:sz w:val="20"/>
                <w:lang w:val="es-PE"/>
              </w:rPr>
              <w:t>.</w:t>
            </w:r>
          </w:p>
        </w:tc>
        <w:tc>
          <w:tcPr>
            <w:tcW w:w="1134" w:type="dxa"/>
            <w:vAlign w:val="center"/>
          </w:tcPr>
          <w:p w14:paraId="213199AB" w14:textId="77777777" w:rsidR="00813EAE" w:rsidRPr="00D810F1" w:rsidRDefault="00813EAE">
            <w:pPr>
              <w:spacing w:before="20" w:after="20" w:line="240" w:lineRule="auto"/>
              <w:rPr>
                <w:lang w:val="es-PE"/>
              </w:rPr>
            </w:pPr>
          </w:p>
        </w:tc>
      </w:tr>
      <w:tr w:rsidR="00813EAE" w:rsidRPr="00EA5834" w14:paraId="3068C762" w14:textId="77777777" w:rsidTr="00BE7F58">
        <w:trPr>
          <w:cantSplit/>
          <w:jc w:val="center"/>
        </w:trPr>
        <w:tc>
          <w:tcPr>
            <w:tcW w:w="7937" w:type="dxa"/>
            <w:vAlign w:val="center"/>
          </w:tcPr>
          <w:p w14:paraId="014FF8D4" w14:textId="1F6F02DB" w:rsidR="00813EAE" w:rsidRPr="00D810F1" w:rsidRDefault="00BE7F58">
            <w:pPr>
              <w:tabs>
                <w:tab w:val="left" w:pos="369"/>
              </w:tabs>
              <w:spacing w:before="20" w:after="20" w:line="240" w:lineRule="auto"/>
              <w:ind w:left="369" w:hanging="369"/>
              <w:rPr>
                <w:lang w:val="es-PE"/>
              </w:rPr>
            </w:pPr>
            <w:r>
              <w:rPr>
                <w:sz w:val="20"/>
                <w:lang w:val="es-PE"/>
              </w:rPr>
              <w:t>g</w:t>
            </w:r>
            <w:r w:rsidR="002D2F2D" w:rsidRPr="00D810F1">
              <w:rPr>
                <w:sz w:val="20"/>
                <w:lang w:val="es-PE"/>
              </w:rPr>
              <w:t>)</w:t>
            </w:r>
            <w:r w:rsidR="002D2F2D" w:rsidRPr="00D810F1">
              <w:rPr>
                <w:sz w:val="20"/>
                <w:lang w:val="es-PE"/>
              </w:rPr>
              <w:tab/>
              <w:t>Que el proyecto este orientado a los sectores priorizados por la región</w:t>
            </w:r>
            <w:r w:rsidR="002D2F2D">
              <w:rPr>
                <w:rStyle w:val="Refdenotaalpie1"/>
              </w:rPr>
              <w:footnoteReference w:id="6"/>
            </w:r>
            <w:r w:rsidR="002D2F2D" w:rsidRPr="00D810F1">
              <w:rPr>
                <w:sz w:val="20"/>
                <w:lang w:val="es-PE"/>
              </w:rPr>
              <w:t>: (i)</w:t>
            </w:r>
            <w:proofErr w:type="spellStart"/>
            <w:r w:rsidR="002D2F2D" w:rsidRPr="00D810F1">
              <w:rPr>
                <w:sz w:val="20"/>
                <w:lang w:val="es-PE"/>
              </w:rPr>
              <w:t>Agro</w:t>
            </w:r>
            <w:r w:rsidR="007A0FCE">
              <w:rPr>
                <w:sz w:val="20"/>
                <w:lang w:val="es-PE"/>
              </w:rPr>
              <w:t>alimentos</w:t>
            </w:r>
            <w:proofErr w:type="spellEnd"/>
            <w:r w:rsidR="002D2F2D" w:rsidRPr="00D810F1">
              <w:rPr>
                <w:sz w:val="20"/>
                <w:lang w:val="es-PE"/>
              </w:rPr>
              <w:t>, (</w:t>
            </w:r>
            <w:proofErr w:type="spellStart"/>
            <w:r w:rsidR="002D2F2D" w:rsidRPr="00D810F1">
              <w:rPr>
                <w:sz w:val="20"/>
                <w:lang w:val="es-PE"/>
              </w:rPr>
              <w:t>ii</w:t>
            </w:r>
            <w:proofErr w:type="spellEnd"/>
            <w:r w:rsidR="002D2F2D" w:rsidRPr="00D810F1">
              <w:rPr>
                <w:sz w:val="20"/>
                <w:lang w:val="es-PE"/>
              </w:rPr>
              <w:t>)Minería, (</w:t>
            </w:r>
            <w:proofErr w:type="spellStart"/>
            <w:r w:rsidR="002D2F2D" w:rsidRPr="00D810F1">
              <w:rPr>
                <w:sz w:val="20"/>
                <w:lang w:val="es-PE"/>
              </w:rPr>
              <w:t>iii</w:t>
            </w:r>
            <w:proofErr w:type="spellEnd"/>
            <w:r w:rsidR="002D2F2D" w:rsidRPr="00D810F1">
              <w:rPr>
                <w:sz w:val="20"/>
                <w:lang w:val="es-PE"/>
              </w:rPr>
              <w:t>) Metal mecánica, (</w:t>
            </w:r>
            <w:proofErr w:type="spellStart"/>
            <w:r w:rsidR="002D2F2D" w:rsidRPr="00D810F1">
              <w:rPr>
                <w:sz w:val="20"/>
                <w:lang w:val="es-PE"/>
              </w:rPr>
              <w:t>iv</w:t>
            </w:r>
            <w:proofErr w:type="spellEnd"/>
            <w:r w:rsidR="002D2F2D" w:rsidRPr="00D810F1">
              <w:rPr>
                <w:sz w:val="20"/>
                <w:lang w:val="es-PE"/>
              </w:rPr>
              <w:t>) Cuero y Calzado, (v)Turismo. Adicionalmente, se podrá incorporar el sector priorizado por la región</w:t>
            </w:r>
            <w:r w:rsidR="002D2F2D">
              <w:rPr>
                <w:rStyle w:val="Refdenotaalpie1"/>
              </w:rPr>
              <w:footnoteReference w:id="7"/>
            </w:r>
            <w:r w:rsidR="002D2F2D" w:rsidRPr="00D810F1">
              <w:rPr>
                <w:sz w:val="20"/>
                <w:lang w:val="es-PE"/>
              </w:rPr>
              <w:t>: i) Tecnologías de la Información y Comunicaciones (</w:t>
            </w:r>
            <w:proofErr w:type="spellStart"/>
            <w:r w:rsidR="002D2F2D" w:rsidRPr="00D810F1">
              <w:rPr>
                <w:sz w:val="20"/>
                <w:lang w:val="es-PE"/>
              </w:rPr>
              <w:t>TICs</w:t>
            </w:r>
            <w:proofErr w:type="spellEnd"/>
            <w:r w:rsidR="002D2F2D" w:rsidRPr="00D810F1">
              <w:rPr>
                <w:sz w:val="20"/>
                <w:lang w:val="es-PE"/>
              </w:rPr>
              <w:t>), contribuyendo a mejorar su productividad, competitividad o sostenibilidad.</w:t>
            </w:r>
          </w:p>
        </w:tc>
        <w:tc>
          <w:tcPr>
            <w:tcW w:w="1134" w:type="dxa"/>
            <w:vAlign w:val="center"/>
          </w:tcPr>
          <w:p w14:paraId="7409A0BF" w14:textId="77777777" w:rsidR="00813EAE" w:rsidRPr="00D810F1" w:rsidRDefault="00813EAE">
            <w:pPr>
              <w:spacing w:before="20" w:after="20" w:line="240" w:lineRule="auto"/>
              <w:rPr>
                <w:lang w:val="es-PE"/>
              </w:rPr>
            </w:pPr>
          </w:p>
        </w:tc>
      </w:tr>
      <w:tr w:rsidR="00813EAE" w:rsidRPr="00EA5834" w14:paraId="36FEA3B1" w14:textId="77777777" w:rsidTr="00BE7F58">
        <w:trPr>
          <w:cantSplit/>
          <w:jc w:val="center"/>
        </w:trPr>
        <w:tc>
          <w:tcPr>
            <w:tcW w:w="7937" w:type="dxa"/>
            <w:vAlign w:val="center"/>
          </w:tcPr>
          <w:p w14:paraId="3EB5D3B1" w14:textId="7618E7C7" w:rsidR="00813EAE" w:rsidRPr="00D810F1" w:rsidRDefault="00BE7F58">
            <w:pPr>
              <w:tabs>
                <w:tab w:val="left" w:pos="369"/>
              </w:tabs>
              <w:spacing w:before="20" w:after="20" w:line="240" w:lineRule="auto"/>
              <w:ind w:left="369" w:hanging="369"/>
              <w:rPr>
                <w:lang w:val="es-PE"/>
              </w:rPr>
            </w:pPr>
            <w:r>
              <w:rPr>
                <w:sz w:val="20"/>
                <w:lang w:val="es-PE"/>
              </w:rPr>
              <w:t>h</w:t>
            </w:r>
            <w:r w:rsidR="002D2F2D" w:rsidRPr="00D810F1">
              <w:rPr>
                <w:sz w:val="20"/>
                <w:lang w:val="es-PE"/>
              </w:rPr>
              <w:t>)</w:t>
            </w:r>
            <w:r w:rsidR="002D2F2D" w:rsidRPr="00D810F1">
              <w:rPr>
                <w:sz w:val="20"/>
                <w:lang w:val="es-PE"/>
              </w:rPr>
              <w:tab/>
              <w:t>Los miembros del Equipo emprendedor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60870604" w14:textId="77777777" w:rsidR="00813EAE" w:rsidRPr="00D810F1" w:rsidRDefault="00813EAE">
            <w:pPr>
              <w:spacing w:before="20" w:after="20" w:line="240" w:lineRule="auto"/>
              <w:rPr>
                <w:lang w:val="es-PE"/>
              </w:rPr>
            </w:pPr>
          </w:p>
        </w:tc>
      </w:tr>
      <w:tr w:rsidR="00813EAE" w:rsidRPr="00EA5834" w14:paraId="3584008E" w14:textId="77777777" w:rsidTr="00BE7F58">
        <w:trPr>
          <w:cantSplit/>
          <w:jc w:val="center"/>
        </w:trPr>
        <w:tc>
          <w:tcPr>
            <w:tcW w:w="7937" w:type="dxa"/>
            <w:vAlign w:val="center"/>
          </w:tcPr>
          <w:p w14:paraId="61DA87C7" w14:textId="49D2E43B" w:rsidR="00813EAE" w:rsidRPr="00D810F1" w:rsidRDefault="00BE7F58">
            <w:pPr>
              <w:tabs>
                <w:tab w:val="left" w:pos="369"/>
              </w:tabs>
              <w:spacing w:before="20" w:after="20" w:line="240" w:lineRule="auto"/>
              <w:ind w:left="369" w:hanging="369"/>
              <w:rPr>
                <w:lang w:val="es-PE"/>
              </w:rPr>
            </w:pPr>
            <w:r>
              <w:rPr>
                <w:sz w:val="20"/>
                <w:lang w:val="es-PE"/>
              </w:rPr>
              <w:t>i</w:t>
            </w:r>
            <w:r w:rsidR="002D2F2D" w:rsidRPr="00D810F1">
              <w:rPr>
                <w:sz w:val="20"/>
                <w:lang w:val="es-PE"/>
              </w:rPr>
              <w:t>)</w:t>
            </w:r>
            <w:r w:rsidR="002D2F2D" w:rsidRPr="00D810F1">
              <w:rPr>
                <w:sz w:val="20"/>
                <w:lang w:val="es-PE"/>
              </w:rPr>
              <w:tab/>
              <w:t>Los miembros del Equipo emprendedor; así como los socios, apoderados y representantes legales de la empresa joven, no deben tener relación contractual, consanguinidad y/o afinidad con las personas con vínculo laboral y/o contractual de PROINNÓVATE o de Cámara de Comercio y Producción de La Libertad hasta el cuarto grado de consanguinidad y/o afinidad por razones de matrimonio, unión de hecho o convivencia.</w:t>
            </w:r>
          </w:p>
        </w:tc>
        <w:tc>
          <w:tcPr>
            <w:tcW w:w="1134" w:type="dxa"/>
            <w:vAlign w:val="center"/>
          </w:tcPr>
          <w:p w14:paraId="1797CC44" w14:textId="77777777" w:rsidR="00813EAE" w:rsidRPr="00D810F1" w:rsidRDefault="00813EAE">
            <w:pPr>
              <w:spacing w:before="20" w:after="20" w:line="240" w:lineRule="auto"/>
              <w:rPr>
                <w:lang w:val="es-PE"/>
              </w:rPr>
            </w:pPr>
          </w:p>
        </w:tc>
      </w:tr>
      <w:tr w:rsidR="00813EAE" w:rsidRPr="00EA5834" w14:paraId="604CBD83" w14:textId="77777777" w:rsidTr="00BE7F58">
        <w:trPr>
          <w:cantSplit/>
          <w:jc w:val="center"/>
        </w:trPr>
        <w:tc>
          <w:tcPr>
            <w:tcW w:w="7937" w:type="dxa"/>
            <w:vAlign w:val="center"/>
          </w:tcPr>
          <w:p w14:paraId="241615BD" w14:textId="77777777" w:rsidR="00813EAE" w:rsidRPr="00D810F1" w:rsidRDefault="002D2F2D">
            <w:pPr>
              <w:spacing w:before="20" w:after="20" w:line="240" w:lineRule="auto"/>
              <w:rPr>
                <w:lang w:val="es-PE"/>
              </w:rPr>
            </w:pPr>
            <w:r w:rsidRPr="00D810F1">
              <w:rPr>
                <w:b/>
                <w:sz w:val="20"/>
                <w:lang w:val="es-PE"/>
              </w:rPr>
              <w:t>El Equipo Emprendedor asume los siguientes compromisos:</w:t>
            </w:r>
          </w:p>
        </w:tc>
        <w:tc>
          <w:tcPr>
            <w:tcW w:w="1134" w:type="dxa"/>
            <w:vAlign w:val="center"/>
          </w:tcPr>
          <w:p w14:paraId="7E4CB871" w14:textId="77777777" w:rsidR="00813EAE" w:rsidRPr="00D810F1" w:rsidRDefault="00813EAE">
            <w:pPr>
              <w:spacing w:before="20" w:after="20" w:line="240" w:lineRule="auto"/>
              <w:rPr>
                <w:lang w:val="es-PE"/>
              </w:rPr>
            </w:pPr>
          </w:p>
        </w:tc>
      </w:tr>
      <w:tr w:rsidR="00813EAE" w:rsidRPr="00EA5834" w14:paraId="3B709767" w14:textId="77777777" w:rsidTr="00BE7F58">
        <w:trPr>
          <w:cantSplit/>
          <w:jc w:val="center"/>
        </w:trPr>
        <w:tc>
          <w:tcPr>
            <w:tcW w:w="7937" w:type="dxa"/>
            <w:vAlign w:val="center"/>
          </w:tcPr>
          <w:p w14:paraId="7B0F2B2B"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Por lo menos 1 miembro del equipo emprendedor se dedicará al 100% al proyecto (40 horas a la semana). Los demás miembros deben tener una disponibilidad de al menos 20%.</w:t>
            </w:r>
          </w:p>
        </w:tc>
        <w:tc>
          <w:tcPr>
            <w:tcW w:w="1134" w:type="dxa"/>
            <w:vAlign w:val="center"/>
          </w:tcPr>
          <w:p w14:paraId="0FF815FF" w14:textId="77777777" w:rsidR="00813EAE" w:rsidRPr="00D810F1" w:rsidRDefault="00813EAE">
            <w:pPr>
              <w:spacing w:before="20" w:after="20" w:line="240" w:lineRule="auto"/>
              <w:rPr>
                <w:lang w:val="es-PE"/>
              </w:rPr>
            </w:pPr>
          </w:p>
        </w:tc>
      </w:tr>
      <w:tr w:rsidR="00813EAE" w:rsidRPr="00EA5834" w14:paraId="0DD8FC6C" w14:textId="77777777" w:rsidTr="00BE7F58">
        <w:trPr>
          <w:cantSplit/>
          <w:jc w:val="center"/>
        </w:trPr>
        <w:tc>
          <w:tcPr>
            <w:tcW w:w="7937" w:type="dxa"/>
            <w:vAlign w:val="center"/>
          </w:tcPr>
          <w:p w14:paraId="696D13FF" w14:textId="77777777" w:rsidR="00813EAE" w:rsidRPr="00D810F1" w:rsidRDefault="002D2F2D">
            <w:pPr>
              <w:tabs>
                <w:tab w:val="left" w:pos="369"/>
              </w:tabs>
              <w:spacing w:before="20" w:after="20" w:line="240" w:lineRule="auto"/>
              <w:ind w:left="369" w:hanging="369"/>
              <w:rPr>
                <w:lang w:val="es-PE"/>
              </w:rPr>
            </w:pPr>
            <w:r w:rsidRPr="00D810F1">
              <w:rPr>
                <w:sz w:val="20"/>
                <w:lang w:val="es-PE"/>
              </w:rPr>
              <w:lastRenderedPageBreak/>
              <w:t>b)</w:t>
            </w:r>
            <w:r w:rsidRPr="00D810F1">
              <w:rPr>
                <w:sz w:val="20"/>
                <w:lang w:val="es-PE"/>
              </w:rPr>
              <w:tab/>
              <w:t>El Líder emprendedor deberá comprometerse a constituir una nueva empresa (persona jurídica), como socio fundador, domiciliada en la región de La Libertad. Esta nueva empresa deberá constituirse únicamente después de la fecha máxima para el envío del proyecto o durante la ejecución del hito 1 del proyecto</w:t>
            </w:r>
          </w:p>
        </w:tc>
        <w:tc>
          <w:tcPr>
            <w:tcW w:w="1134" w:type="dxa"/>
            <w:vAlign w:val="center"/>
          </w:tcPr>
          <w:p w14:paraId="18A505B7" w14:textId="77777777" w:rsidR="00813EAE" w:rsidRPr="00D810F1" w:rsidRDefault="00813EAE">
            <w:pPr>
              <w:spacing w:before="20" w:after="20" w:line="240" w:lineRule="auto"/>
              <w:rPr>
                <w:lang w:val="es-PE"/>
              </w:rPr>
            </w:pPr>
          </w:p>
        </w:tc>
      </w:tr>
      <w:tr w:rsidR="00813EAE" w:rsidRPr="00EA5834" w14:paraId="26344769" w14:textId="77777777" w:rsidTr="00BE7F58">
        <w:trPr>
          <w:cantSplit/>
          <w:jc w:val="center"/>
        </w:trPr>
        <w:tc>
          <w:tcPr>
            <w:tcW w:w="7937" w:type="dxa"/>
            <w:vAlign w:val="center"/>
          </w:tcPr>
          <w:p w14:paraId="585884E3"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Los demás miembros del equipo emprendedor se comprometen a ser socios fundadores o colaboradores de la nueva empresa que se va a constituir.</w:t>
            </w:r>
          </w:p>
        </w:tc>
        <w:tc>
          <w:tcPr>
            <w:tcW w:w="1134" w:type="dxa"/>
            <w:vAlign w:val="center"/>
          </w:tcPr>
          <w:p w14:paraId="56EEE782" w14:textId="77777777" w:rsidR="00813EAE" w:rsidRPr="00D810F1" w:rsidRDefault="00813EAE">
            <w:pPr>
              <w:spacing w:before="20" w:after="20" w:line="240" w:lineRule="auto"/>
              <w:rPr>
                <w:lang w:val="es-PE"/>
              </w:rPr>
            </w:pPr>
          </w:p>
        </w:tc>
      </w:tr>
      <w:tr w:rsidR="00813EAE" w:rsidRPr="00EA5834" w14:paraId="447977CE" w14:textId="77777777" w:rsidTr="00BE7F58">
        <w:trPr>
          <w:cantSplit/>
          <w:jc w:val="center"/>
        </w:trPr>
        <w:tc>
          <w:tcPr>
            <w:tcW w:w="7937" w:type="dxa"/>
            <w:vAlign w:val="center"/>
          </w:tcPr>
          <w:p w14:paraId="3EA4512D" w14:textId="77777777" w:rsidR="00813EAE" w:rsidRPr="00D810F1" w:rsidRDefault="002D2F2D">
            <w:pPr>
              <w:tabs>
                <w:tab w:val="left" w:pos="369"/>
              </w:tabs>
              <w:spacing w:before="20" w:after="20" w:line="240" w:lineRule="auto"/>
              <w:ind w:left="369" w:hanging="369"/>
              <w:rPr>
                <w:lang w:val="es-PE"/>
              </w:rPr>
            </w:pPr>
            <w:r w:rsidRPr="00D810F1">
              <w:rPr>
                <w:sz w:val="20"/>
                <w:lang w:val="es-PE"/>
              </w:rPr>
              <w:t>d)</w:t>
            </w:r>
            <w:r w:rsidRPr="00D810F1">
              <w:rPr>
                <w:sz w:val="20"/>
                <w:lang w:val="es-PE"/>
              </w:rPr>
              <w:tab/>
              <w:t>Cumpliremos con prácticas empresariales responsables y éticas para el desarrollo de la propuesta.</w:t>
            </w:r>
          </w:p>
        </w:tc>
        <w:tc>
          <w:tcPr>
            <w:tcW w:w="1134" w:type="dxa"/>
            <w:vAlign w:val="center"/>
          </w:tcPr>
          <w:p w14:paraId="40CAF082" w14:textId="77777777" w:rsidR="00813EAE" w:rsidRPr="00D810F1" w:rsidRDefault="00813EAE">
            <w:pPr>
              <w:spacing w:before="20" w:after="20" w:line="240" w:lineRule="auto"/>
              <w:rPr>
                <w:lang w:val="es-PE"/>
              </w:rPr>
            </w:pPr>
          </w:p>
        </w:tc>
      </w:tr>
      <w:tr w:rsidR="00813EAE" w:rsidRPr="00EA5834" w14:paraId="4DC1A90B" w14:textId="77777777" w:rsidTr="00BE7F58">
        <w:trPr>
          <w:cantSplit/>
          <w:jc w:val="center"/>
        </w:trPr>
        <w:tc>
          <w:tcPr>
            <w:tcW w:w="7937" w:type="dxa"/>
            <w:vAlign w:val="center"/>
          </w:tcPr>
          <w:p w14:paraId="02F5E5BE" w14:textId="77777777" w:rsidR="00813EAE" w:rsidRPr="00D810F1" w:rsidRDefault="002D2F2D">
            <w:pPr>
              <w:tabs>
                <w:tab w:val="left" w:pos="369"/>
              </w:tabs>
              <w:spacing w:before="20" w:after="20" w:line="240" w:lineRule="auto"/>
              <w:ind w:left="369" w:hanging="369"/>
              <w:rPr>
                <w:lang w:val="es-PE"/>
              </w:rPr>
            </w:pPr>
            <w:r w:rsidRPr="00D810F1">
              <w:rPr>
                <w:sz w:val="20"/>
                <w:lang w:val="es-PE"/>
              </w:rPr>
              <w:t>e)</w:t>
            </w:r>
            <w:r w:rsidRPr="00D810F1">
              <w:rPr>
                <w:sz w:val="20"/>
                <w:lang w:val="es-PE"/>
              </w:rPr>
              <w:tab/>
              <w:t>Proporcionaremos la información necesaria para fines de difusión y medición del proyecto.</w:t>
            </w:r>
          </w:p>
        </w:tc>
        <w:tc>
          <w:tcPr>
            <w:tcW w:w="1134" w:type="dxa"/>
            <w:vAlign w:val="center"/>
          </w:tcPr>
          <w:p w14:paraId="2E7B5D93" w14:textId="77777777" w:rsidR="00813EAE" w:rsidRPr="00D810F1" w:rsidRDefault="00813EAE">
            <w:pPr>
              <w:spacing w:before="20" w:after="20" w:line="240" w:lineRule="auto"/>
              <w:rPr>
                <w:lang w:val="es-PE"/>
              </w:rPr>
            </w:pPr>
          </w:p>
        </w:tc>
      </w:tr>
      <w:tr w:rsidR="00813EAE" w:rsidRPr="00EA5834" w14:paraId="6ABBF800" w14:textId="77777777" w:rsidTr="00BE7F58">
        <w:trPr>
          <w:cantSplit/>
          <w:jc w:val="center"/>
        </w:trPr>
        <w:tc>
          <w:tcPr>
            <w:tcW w:w="7937" w:type="dxa"/>
            <w:vAlign w:val="center"/>
          </w:tcPr>
          <w:p w14:paraId="197EF745" w14:textId="77777777" w:rsidR="00813EAE" w:rsidRPr="00D810F1" w:rsidRDefault="002D2F2D">
            <w:pPr>
              <w:tabs>
                <w:tab w:val="left" w:pos="369"/>
              </w:tabs>
              <w:spacing w:before="20" w:after="20" w:line="240" w:lineRule="auto"/>
              <w:ind w:left="369" w:hanging="369"/>
              <w:rPr>
                <w:lang w:val="es-PE"/>
              </w:rPr>
            </w:pPr>
            <w:r w:rsidRPr="00D810F1">
              <w:rPr>
                <w:sz w:val="20"/>
                <w:lang w:val="es-PE"/>
              </w:rPr>
              <w:t>f)</w:t>
            </w:r>
            <w:r w:rsidRPr="00D810F1">
              <w:rPr>
                <w:sz w:val="20"/>
                <w:lang w:val="es-PE"/>
              </w:rPr>
              <w:tab/>
              <w:t>Participaremos activamente en las actividades que sean convocadas como parte de Startup Perú de PROINNÓVATE.</w:t>
            </w:r>
          </w:p>
        </w:tc>
        <w:tc>
          <w:tcPr>
            <w:tcW w:w="1134" w:type="dxa"/>
            <w:vAlign w:val="center"/>
          </w:tcPr>
          <w:p w14:paraId="36E0D79A" w14:textId="77777777" w:rsidR="00813EAE" w:rsidRPr="00D810F1" w:rsidRDefault="00813EAE">
            <w:pPr>
              <w:spacing w:before="20" w:after="20" w:line="240" w:lineRule="auto"/>
              <w:rPr>
                <w:lang w:val="es-PE"/>
              </w:rPr>
            </w:pPr>
          </w:p>
        </w:tc>
      </w:tr>
      <w:tr w:rsidR="00813EAE" w:rsidRPr="00EA5834" w14:paraId="199B421C" w14:textId="77777777" w:rsidTr="00BE7F58">
        <w:trPr>
          <w:cantSplit/>
          <w:jc w:val="center"/>
        </w:trPr>
        <w:tc>
          <w:tcPr>
            <w:tcW w:w="7937" w:type="dxa"/>
            <w:vAlign w:val="center"/>
          </w:tcPr>
          <w:p w14:paraId="4825F5A9" w14:textId="77777777" w:rsidR="00813EAE" w:rsidRPr="00D810F1" w:rsidRDefault="002D2F2D">
            <w:pPr>
              <w:tabs>
                <w:tab w:val="left" w:pos="369"/>
              </w:tabs>
              <w:spacing w:before="20" w:after="20" w:line="240" w:lineRule="auto"/>
              <w:ind w:left="369" w:hanging="369"/>
              <w:rPr>
                <w:lang w:val="es-PE"/>
              </w:rPr>
            </w:pPr>
            <w:r w:rsidRPr="00D810F1">
              <w:rPr>
                <w:sz w:val="20"/>
                <w:lang w:val="es-PE"/>
              </w:rPr>
              <w:t>g)</w:t>
            </w:r>
            <w:r w:rsidRPr="00D810F1">
              <w:rPr>
                <w:sz w:val="20"/>
                <w:lang w:val="es-PE"/>
              </w:rPr>
              <w:tab/>
              <w:t>Cumpliremos con las bases del concurso.</w:t>
            </w:r>
          </w:p>
        </w:tc>
        <w:bookmarkEnd w:id="0"/>
        <w:tc>
          <w:tcPr>
            <w:tcW w:w="1134" w:type="dxa"/>
            <w:vAlign w:val="center"/>
          </w:tcPr>
          <w:p w14:paraId="734E302E" w14:textId="77777777" w:rsidR="00813EAE" w:rsidRPr="00D810F1" w:rsidRDefault="00813EAE">
            <w:pPr>
              <w:spacing w:before="20" w:after="20" w:line="240" w:lineRule="auto"/>
              <w:rPr>
                <w:lang w:val="es-PE"/>
              </w:rPr>
            </w:pPr>
          </w:p>
        </w:tc>
      </w:tr>
    </w:tbl>
    <w:p w14:paraId="7443E723" w14:textId="77777777" w:rsidR="00813EAE" w:rsidRPr="00D810F1" w:rsidRDefault="00813EAE">
      <w:pPr>
        <w:spacing w:after="40"/>
        <w:rPr>
          <w:lang w:val="es-PE"/>
        </w:rPr>
      </w:pPr>
    </w:p>
    <w:p w14:paraId="6C07280B" w14:textId="77777777" w:rsidR="00813EAE" w:rsidRPr="00D810F1" w:rsidRDefault="002D2F2D">
      <w:pPr>
        <w:ind w:left="567"/>
        <w:jc w:val="both"/>
        <w:rPr>
          <w:lang w:val="es-PE"/>
        </w:rPr>
      </w:pPr>
      <w:bookmarkStart w:id="1" w:name="_gb534"/>
      <w:r w:rsidRPr="00D810F1">
        <w:rPr>
          <w:lang w:val="es-PE"/>
        </w:rPr>
        <w:t>En caso de surgir contradicciones entre las bases, sus anexos y formatos, tendrán prelación las condiciones establecidas en las bases del concurso.</w:t>
      </w:r>
      <w:bookmarkEnd w:id="1"/>
    </w:p>
    <w:p w14:paraId="6998116C" w14:textId="77777777" w:rsidR="00813EAE" w:rsidRPr="00D810F1" w:rsidRDefault="002D2F2D">
      <w:pPr>
        <w:ind w:left="567"/>
        <w:jc w:val="both"/>
        <w:rPr>
          <w:lang w:val="es-PE"/>
        </w:rPr>
      </w:pPr>
      <w:bookmarkStart w:id="2" w:name="_gb535"/>
      <w:r w:rsidRPr="00D810F1">
        <w:rPr>
          <w:lang w:val="es-PE"/>
        </w:rPr>
        <w:t>En tal sentido, declaramos que cumplimos de manera íntegra los requisitos descritos en las Bases para poder ser beneficiarios del concurso.</w:t>
      </w:r>
      <w:bookmarkEnd w:id="2"/>
    </w:p>
    <w:p w14:paraId="09E15DF0" w14:textId="77777777" w:rsidR="00813EAE" w:rsidRPr="00D810F1" w:rsidRDefault="002D2F2D">
      <w:pPr>
        <w:ind w:left="567"/>
        <w:jc w:val="both"/>
        <w:rPr>
          <w:lang w:val="es-PE"/>
        </w:rPr>
      </w:pPr>
      <w:bookmarkStart w:id="3" w:name="_gb536"/>
      <w:r w:rsidRPr="00D810F1">
        <w:rPr>
          <w:b/>
          <w:lang w:val="es-PE"/>
        </w:rPr>
        <w:t>Asimismo, nos comprometemos a:</w:t>
      </w:r>
      <w:bookmarkEnd w:id="3"/>
    </w:p>
    <w:p w14:paraId="25DD83C6" w14:textId="77777777" w:rsidR="00813EAE" w:rsidRPr="00D810F1" w:rsidRDefault="002D2F2D">
      <w:pPr>
        <w:tabs>
          <w:tab w:val="left" w:pos="1134"/>
        </w:tabs>
        <w:spacing w:after="60"/>
        <w:ind w:left="1134" w:hanging="454"/>
        <w:jc w:val="both"/>
        <w:rPr>
          <w:lang w:val="es-PE"/>
        </w:rPr>
      </w:pPr>
      <w:bookmarkStart w:id="4" w:name="_gb537"/>
      <w:r w:rsidRPr="00D810F1">
        <w:rPr>
          <w:lang w:val="es-PE"/>
        </w:rPr>
        <w:t>i.</w:t>
      </w:r>
      <w:r w:rsidRPr="00D810F1">
        <w:rPr>
          <w:lang w:val="es-PE"/>
        </w:rPr>
        <w:tab/>
      </w:r>
      <w:r w:rsidRPr="00D810F1">
        <w:rPr>
          <w:b/>
          <w:lang w:val="es-PE"/>
        </w:rPr>
        <w:t>Acatar el resultado del proceso de evaluación de mi proyecto, tomando conocimiento de que los mismos son inapelables.</w:t>
      </w:r>
      <w:bookmarkEnd w:id="4"/>
    </w:p>
    <w:p w14:paraId="3E1516A0" w14:textId="77777777" w:rsidR="00813EAE" w:rsidRPr="00D810F1" w:rsidRDefault="002D2F2D">
      <w:pPr>
        <w:tabs>
          <w:tab w:val="left" w:pos="1134"/>
        </w:tabs>
        <w:spacing w:after="60"/>
        <w:ind w:left="1134" w:hanging="454"/>
        <w:jc w:val="both"/>
        <w:rPr>
          <w:lang w:val="es-PE"/>
        </w:rPr>
      </w:pPr>
      <w:bookmarkStart w:id="5" w:name="_gb538"/>
      <w:proofErr w:type="spellStart"/>
      <w:r w:rsidRPr="00D810F1">
        <w:rPr>
          <w:lang w:val="es-PE"/>
        </w:rPr>
        <w:t>ii</w:t>
      </w:r>
      <w:proofErr w:type="spellEnd"/>
      <w:r w:rsidRPr="00D810F1">
        <w:rPr>
          <w:lang w:val="es-PE"/>
        </w:rPr>
        <w:t>.</w:t>
      </w:r>
      <w:r w:rsidRPr="00D810F1">
        <w:rPr>
          <w:lang w:val="es-PE"/>
        </w:rPr>
        <w:tab/>
      </w:r>
      <w:r w:rsidRPr="00D810F1">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5"/>
    </w:p>
    <w:p w14:paraId="4A11CDD8" w14:textId="77777777" w:rsidR="00813EAE" w:rsidRPr="00D810F1" w:rsidRDefault="002D2F2D">
      <w:pPr>
        <w:ind w:left="567"/>
        <w:jc w:val="both"/>
        <w:rPr>
          <w:lang w:val="es-PE"/>
        </w:rPr>
      </w:pPr>
      <w:bookmarkStart w:id="6" w:name="_gb539"/>
      <w:r w:rsidRPr="00D810F1">
        <w:rPr>
          <w:b/>
          <w:lang w:val="es-PE"/>
        </w:rPr>
        <w:t>NOTA:</w:t>
      </w:r>
      <w:r w:rsidRPr="00D810F1">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6"/>
    </w:p>
    <w:p w14:paraId="2812A984" w14:textId="77777777" w:rsidR="00813EAE" w:rsidRPr="00D810F1" w:rsidRDefault="002D2F2D">
      <w:pPr>
        <w:ind w:left="567"/>
        <w:jc w:val="both"/>
        <w:rPr>
          <w:lang w:val="es-PE"/>
        </w:rPr>
      </w:pPr>
      <w:bookmarkStart w:id="7" w:name="_gb540"/>
      <w:r w:rsidRPr="00D810F1">
        <w:rPr>
          <w:lang w:val="es-PE"/>
        </w:rPr>
        <w:t>El presente documento tiene carácter de declaración jurada por lo que no puede ser modificada o alterada.</w:t>
      </w:r>
      <w:bookmarkEnd w:id="7"/>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813EAE" w:rsidRPr="00EA5834" w14:paraId="64F93AB0" w14:textId="77777777" w:rsidTr="00D810F1">
        <w:trPr>
          <w:cantSplit/>
          <w:jc w:val="center"/>
        </w:trPr>
        <w:tc>
          <w:tcPr>
            <w:tcW w:w="3969" w:type="dxa"/>
            <w:vAlign w:val="center"/>
          </w:tcPr>
          <w:p w14:paraId="6EFE02D2" w14:textId="11A53D66" w:rsidR="00813EAE" w:rsidRPr="00D810F1" w:rsidRDefault="002D2F2D">
            <w:pPr>
              <w:keepNext/>
              <w:spacing w:before="20" w:after="20" w:line="240" w:lineRule="auto"/>
              <w:rPr>
                <w:lang w:val="es-PE"/>
              </w:rPr>
            </w:pPr>
            <w:bookmarkStart w:id="8" w:name="_gb541"/>
            <w:r w:rsidRPr="00D810F1">
              <w:rPr>
                <w:lang w:val="es-PE"/>
              </w:rPr>
              <w:br/>
            </w:r>
            <w:r w:rsidRPr="00D810F1">
              <w:rPr>
                <w:sz w:val="20"/>
                <w:lang w:val="es-PE"/>
              </w:rPr>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 </w:t>
            </w:r>
            <w:r w:rsidRPr="00D810F1">
              <w:rPr>
                <w:lang w:val="es-PE"/>
              </w:rPr>
              <w:br/>
            </w:r>
            <w:r w:rsidRPr="00D810F1">
              <w:rPr>
                <w:sz w:val="20"/>
                <w:lang w:val="es-PE"/>
              </w:rPr>
              <w:t>Líder Emprendedor</w:t>
            </w:r>
          </w:p>
        </w:tc>
        <w:tc>
          <w:tcPr>
            <w:tcW w:w="567" w:type="dxa"/>
            <w:vAlign w:val="center"/>
          </w:tcPr>
          <w:p w14:paraId="21BF1246" w14:textId="77777777" w:rsidR="00813EAE" w:rsidRPr="00D810F1" w:rsidRDefault="00813EAE">
            <w:pPr>
              <w:keepNext/>
              <w:spacing w:before="20" w:after="20" w:line="240" w:lineRule="auto"/>
              <w:rPr>
                <w:lang w:val="es-PE"/>
              </w:rPr>
            </w:pPr>
          </w:p>
        </w:tc>
        <w:tc>
          <w:tcPr>
            <w:tcW w:w="3969" w:type="dxa"/>
            <w:vAlign w:val="center"/>
          </w:tcPr>
          <w:p w14:paraId="3A2CD522" w14:textId="193C9542" w:rsidR="00813EAE" w:rsidRPr="00D810F1" w:rsidRDefault="002D2F2D">
            <w:pPr>
              <w:keepNext/>
              <w:spacing w:before="20" w:after="20" w:line="240" w:lineRule="auto"/>
              <w:rPr>
                <w:lang w:val="es-PE"/>
              </w:rPr>
            </w:pPr>
            <w:r w:rsidRPr="00D810F1">
              <w:rPr>
                <w:lang w:val="es-PE"/>
              </w:rPr>
              <w:br/>
            </w:r>
            <w:r w:rsidRPr="00D810F1">
              <w:rPr>
                <w:sz w:val="20"/>
                <w:lang w:val="es-PE"/>
              </w:rPr>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DNI/CE/Pasaporte: </w:t>
            </w:r>
            <w:r w:rsidRPr="00D810F1">
              <w:rPr>
                <w:lang w:val="es-PE"/>
              </w:rPr>
              <w:br/>
            </w:r>
            <w:r w:rsidRPr="00D810F1">
              <w:rPr>
                <w:sz w:val="20"/>
                <w:lang w:val="es-PE"/>
              </w:rPr>
              <w:t>Equipo Emprendedor</w:t>
            </w:r>
          </w:p>
        </w:tc>
      </w:tr>
      <w:tr w:rsidR="00813EAE" w:rsidRPr="00EA5834" w14:paraId="7F86D709" w14:textId="77777777" w:rsidTr="00D810F1">
        <w:trPr>
          <w:cantSplit/>
          <w:jc w:val="center"/>
        </w:trPr>
        <w:tc>
          <w:tcPr>
            <w:tcW w:w="3969" w:type="dxa"/>
            <w:vAlign w:val="center"/>
          </w:tcPr>
          <w:p w14:paraId="484D5AC3" w14:textId="043B428F" w:rsidR="00813EAE" w:rsidRPr="00D810F1" w:rsidRDefault="002D2F2D">
            <w:pPr>
              <w:spacing w:before="20" w:after="20" w:line="240" w:lineRule="auto"/>
              <w:rPr>
                <w:lang w:val="es-PE"/>
              </w:rPr>
            </w:pPr>
            <w:r w:rsidRPr="00D810F1">
              <w:rPr>
                <w:lang w:val="es-PE"/>
              </w:rPr>
              <w:br/>
            </w:r>
            <w:r w:rsidRPr="00D810F1">
              <w:rPr>
                <w:sz w:val="20"/>
                <w:lang w:val="es-PE"/>
              </w:rPr>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DNI/CE/Pasaporte: </w:t>
            </w:r>
            <w:r w:rsidRPr="00D810F1">
              <w:rPr>
                <w:lang w:val="es-PE"/>
              </w:rPr>
              <w:br/>
            </w:r>
            <w:r w:rsidRPr="00D810F1">
              <w:rPr>
                <w:sz w:val="20"/>
                <w:lang w:val="es-PE"/>
              </w:rPr>
              <w:t>Equipo Emprendedor (en caso aplique)</w:t>
            </w:r>
          </w:p>
        </w:tc>
        <w:tc>
          <w:tcPr>
            <w:tcW w:w="567" w:type="dxa"/>
            <w:vAlign w:val="center"/>
          </w:tcPr>
          <w:p w14:paraId="5A9FC919" w14:textId="77777777" w:rsidR="00813EAE" w:rsidRPr="00D810F1" w:rsidRDefault="00813EAE">
            <w:pPr>
              <w:spacing w:before="20" w:after="20" w:line="240" w:lineRule="auto"/>
              <w:rPr>
                <w:lang w:val="es-PE"/>
              </w:rPr>
            </w:pPr>
          </w:p>
        </w:tc>
        <w:tc>
          <w:tcPr>
            <w:tcW w:w="3969" w:type="dxa"/>
            <w:vAlign w:val="center"/>
          </w:tcPr>
          <w:p w14:paraId="3EF2B141" w14:textId="4A333305" w:rsidR="00813EAE" w:rsidRPr="00D810F1" w:rsidRDefault="002D2F2D">
            <w:pPr>
              <w:spacing w:before="20" w:after="20" w:line="240" w:lineRule="auto"/>
              <w:rPr>
                <w:lang w:val="es-PE"/>
              </w:rPr>
            </w:pPr>
            <w:r w:rsidRPr="00D810F1">
              <w:rPr>
                <w:lang w:val="es-PE"/>
              </w:rPr>
              <w:br/>
            </w:r>
            <w:r w:rsidRPr="00D810F1">
              <w:rPr>
                <w:sz w:val="20"/>
                <w:lang w:val="es-PE"/>
              </w:rPr>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DNI/CE/Pasaporte: </w:t>
            </w:r>
            <w:r w:rsidRPr="00D810F1">
              <w:rPr>
                <w:lang w:val="es-PE"/>
              </w:rPr>
              <w:br/>
            </w:r>
            <w:r w:rsidRPr="00D810F1">
              <w:rPr>
                <w:sz w:val="20"/>
                <w:lang w:val="es-PE"/>
              </w:rPr>
              <w:t>Equipo Emprendedor (en caso aplique)</w:t>
            </w:r>
            <w:bookmarkEnd w:id="8"/>
          </w:p>
        </w:tc>
      </w:tr>
    </w:tbl>
    <w:p w14:paraId="72F47EF6" w14:textId="77777777" w:rsidR="00813EAE" w:rsidRPr="00D810F1" w:rsidRDefault="00813EAE">
      <w:pPr>
        <w:spacing w:after="40"/>
        <w:rPr>
          <w:lang w:val="es-PE"/>
        </w:rPr>
      </w:pPr>
    </w:p>
    <w:p w14:paraId="28B7859A" w14:textId="77777777" w:rsidR="00813EAE" w:rsidRPr="00D810F1" w:rsidRDefault="002D2F2D">
      <w:pPr>
        <w:pStyle w:val="Ttulo1"/>
        <w:pageBreakBefore/>
        <w:jc w:val="center"/>
        <w:rPr>
          <w:lang w:val="es-PE"/>
        </w:rPr>
      </w:pPr>
      <w:r w:rsidRPr="00D810F1">
        <w:rPr>
          <w:lang w:val="es-PE"/>
        </w:rPr>
        <w:lastRenderedPageBreak/>
        <w:t>FORMATO II: Declaración Jurada de Chequeo Legal y Compromiso (para postulación como empresa joven)</w:t>
      </w:r>
    </w:p>
    <w:tbl>
      <w:tblPr>
        <w:tblStyle w:val="Tablaconcuadrcula"/>
        <w:tblW w:w="9071" w:type="dxa"/>
        <w:jc w:val="center"/>
        <w:tblLayout w:type="fixed"/>
        <w:tblLook w:val="04A0" w:firstRow="1" w:lastRow="0" w:firstColumn="1" w:lastColumn="0" w:noHBand="0" w:noVBand="1"/>
      </w:tblPr>
      <w:tblGrid>
        <w:gridCol w:w="7937"/>
        <w:gridCol w:w="1134"/>
      </w:tblGrid>
      <w:tr w:rsidR="00813EAE" w:rsidRPr="00EA5834" w14:paraId="09EC963D" w14:textId="77777777" w:rsidTr="00BE7F58">
        <w:trPr>
          <w:cantSplit/>
          <w:tblHeader/>
          <w:jc w:val="center"/>
        </w:trPr>
        <w:tc>
          <w:tcPr>
            <w:tcW w:w="7937" w:type="dxa"/>
            <w:shd w:val="clear" w:color="auto" w:fill="D71920"/>
            <w:vAlign w:val="center"/>
          </w:tcPr>
          <w:p w14:paraId="238D1D85" w14:textId="77777777" w:rsidR="00813EAE" w:rsidRDefault="002D2F2D">
            <w:pPr>
              <w:spacing w:before="20" w:after="20" w:line="240" w:lineRule="auto"/>
              <w:jc w:val="center"/>
            </w:pPr>
            <w:bookmarkStart w:id="9" w:name="_gb542"/>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77B2301C" w14:textId="77777777" w:rsidR="00813EAE" w:rsidRPr="00D810F1" w:rsidRDefault="002D2F2D">
            <w:pPr>
              <w:spacing w:before="20" w:after="20" w:line="240" w:lineRule="auto"/>
              <w:jc w:val="center"/>
              <w:rPr>
                <w:lang w:val="es-PE"/>
              </w:rPr>
            </w:pPr>
            <w:r w:rsidRPr="00D810F1">
              <w:rPr>
                <w:b/>
                <w:color w:val="FFFFFF"/>
                <w:sz w:val="20"/>
                <w:lang w:val="es-PE"/>
              </w:rPr>
              <w:t>Sí cumplo (Marcar con una X)</w:t>
            </w:r>
          </w:p>
        </w:tc>
      </w:tr>
      <w:tr w:rsidR="00813EAE" w:rsidRPr="00EA5834" w14:paraId="13C31085" w14:textId="77777777" w:rsidTr="00BE7F58">
        <w:trPr>
          <w:cantSplit/>
          <w:jc w:val="center"/>
        </w:trPr>
        <w:tc>
          <w:tcPr>
            <w:tcW w:w="7937" w:type="dxa"/>
            <w:vAlign w:val="center"/>
          </w:tcPr>
          <w:p w14:paraId="544C6392" w14:textId="77777777" w:rsidR="00813EAE" w:rsidRPr="00D810F1" w:rsidRDefault="002D2F2D">
            <w:pPr>
              <w:spacing w:before="20" w:after="20" w:line="240" w:lineRule="auto"/>
              <w:rPr>
                <w:lang w:val="es-PE"/>
              </w:rPr>
            </w:pPr>
            <w:r w:rsidRPr="00D810F1">
              <w:rPr>
                <w:b/>
                <w:sz w:val="20"/>
                <w:lang w:val="es-PE"/>
              </w:rPr>
              <w:t>Los miembros del equipo emprendedor, incluido el líder emprendedor, cumplen con los siguientes requisitos:</w:t>
            </w:r>
          </w:p>
        </w:tc>
        <w:tc>
          <w:tcPr>
            <w:tcW w:w="1134" w:type="dxa"/>
            <w:vAlign w:val="center"/>
          </w:tcPr>
          <w:p w14:paraId="1194C7D6" w14:textId="77777777" w:rsidR="00813EAE" w:rsidRPr="00D810F1" w:rsidRDefault="00813EAE">
            <w:pPr>
              <w:spacing w:before="20" w:after="20" w:line="240" w:lineRule="auto"/>
              <w:rPr>
                <w:lang w:val="es-PE"/>
              </w:rPr>
            </w:pPr>
          </w:p>
        </w:tc>
      </w:tr>
      <w:tr w:rsidR="00813EAE" w:rsidRPr="00EA5834" w14:paraId="29018D82" w14:textId="77777777" w:rsidTr="00BE7F58">
        <w:trPr>
          <w:cantSplit/>
          <w:jc w:val="center"/>
        </w:trPr>
        <w:tc>
          <w:tcPr>
            <w:tcW w:w="7937" w:type="dxa"/>
            <w:vAlign w:val="center"/>
          </w:tcPr>
          <w:p w14:paraId="3D5D8580"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Ser mayor de edad.</w:t>
            </w:r>
          </w:p>
        </w:tc>
        <w:tc>
          <w:tcPr>
            <w:tcW w:w="1134" w:type="dxa"/>
            <w:vAlign w:val="center"/>
          </w:tcPr>
          <w:p w14:paraId="47D74868" w14:textId="77777777" w:rsidR="00813EAE" w:rsidRPr="00D810F1" w:rsidRDefault="00813EAE">
            <w:pPr>
              <w:spacing w:before="20" w:after="20" w:line="240" w:lineRule="auto"/>
              <w:rPr>
                <w:lang w:val="es-PE"/>
              </w:rPr>
            </w:pPr>
          </w:p>
        </w:tc>
      </w:tr>
      <w:tr w:rsidR="00813EAE" w:rsidRPr="00EA5834" w14:paraId="10781E56" w14:textId="77777777" w:rsidTr="00BE7F58">
        <w:trPr>
          <w:cantSplit/>
          <w:jc w:val="center"/>
        </w:trPr>
        <w:tc>
          <w:tcPr>
            <w:tcW w:w="7937" w:type="dxa"/>
            <w:vAlign w:val="center"/>
          </w:tcPr>
          <w:p w14:paraId="3B9E71E5" w14:textId="77777777" w:rsidR="00813EAE" w:rsidRPr="00D810F1" w:rsidRDefault="002D2F2D">
            <w:pPr>
              <w:tabs>
                <w:tab w:val="left" w:pos="369"/>
              </w:tabs>
              <w:spacing w:before="20" w:after="20" w:line="240" w:lineRule="auto"/>
              <w:ind w:left="369" w:hanging="369"/>
              <w:rPr>
                <w:lang w:val="es-PE"/>
              </w:rPr>
            </w:pPr>
            <w:r w:rsidRPr="00D810F1">
              <w:rPr>
                <w:sz w:val="20"/>
                <w:lang w:val="es-PE"/>
              </w:rPr>
              <w:t>b)</w:t>
            </w:r>
            <w:r w:rsidRPr="00D810F1">
              <w:rPr>
                <w:sz w:val="20"/>
                <w:lang w:val="es-PE"/>
              </w:rPr>
              <w:tab/>
              <w:t>El Líder Emprendedor deberá tener domicilio en la región La Libertad, según su Documento Nacional de Identidad (DNI).</w:t>
            </w:r>
          </w:p>
        </w:tc>
        <w:tc>
          <w:tcPr>
            <w:tcW w:w="1134" w:type="dxa"/>
            <w:vAlign w:val="center"/>
          </w:tcPr>
          <w:p w14:paraId="48842479" w14:textId="77777777" w:rsidR="00813EAE" w:rsidRPr="00D810F1" w:rsidRDefault="00813EAE">
            <w:pPr>
              <w:spacing w:before="20" w:after="20" w:line="240" w:lineRule="auto"/>
              <w:rPr>
                <w:lang w:val="es-PE"/>
              </w:rPr>
            </w:pPr>
          </w:p>
        </w:tc>
      </w:tr>
      <w:tr w:rsidR="00813EAE" w:rsidRPr="00EA5834" w14:paraId="09D5B200" w14:textId="77777777" w:rsidTr="00BE7F58">
        <w:trPr>
          <w:cantSplit/>
          <w:jc w:val="center"/>
        </w:trPr>
        <w:tc>
          <w:tcPr>
            <w:tcW w:w="7937" w:type="dxa"/>
            <w:vAlign w:val="center"/>
          </w:tcPr>
          <w:p w14:paraId="6B307DB1"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La mayoría</w:t>
            </w:r>
            <w:r>
              <w:rPr>
                <w:rStyle w:val="Refdenotaalpie1"/>
              </w:rPr>
              <w:footnoteReference w:id="8"/>
            </w:r>
            <w:r w:rsidRPr="00D810F1">
              <w:rPr>
                <w:sz w:val="20"/>
                <w:lang w:val="es-PE"/>
              </w:rPr>
              <w:t xml:space="preserve"> de los integrantes del equipo emprendedor deberá tener domicilio en la región La Libertad. Según su Documento Nacional de Identidad (DNI) o Carnet de Extranjería (CE).</w:t>
            </w:r>
          </w:p>
        </w:tc>
        <w:tc>
          <w:tcPr>
            <w:tcW w:w="1134" w:type="dxa"/>
            <w:vAlign w:val="center"/>
          </w:tcPr>
          <w:p w14:paraId="3E52CED6" w14:textId="77777777" w:rsidR="00813EAE" w:rsidRPr="00D810F1" w:rsidRDefault="00813EAE">
            <w:pPr>
              <w:spacing w:before="20" w:after="20" w:line="240" w:lineRule="auto"/>
              <w:rPr>
                <w:lang w:val="es-PE"/>
              </w:rPr>
            </w:pPr>
          </w:p>
        </w:tc>
      </w:tr>
      <w:tr w:rsidR="00813EAE" w:rsidRPr="00EA5834" w14:paraId="62644155" w14:textId="77777777" w:rsidTr="00BE7F58">
        <w:trPr>
          <w:cantSplit/>
          <w:jc w:val="center"/>
        </w:trPr>
        <w:tc>
          <w:tcPr>
            <w:tcW w:w="7937" w:type="dxa"/>
            <w:vAlign w:val="center"/>
          </w:tcPr>
          <w:p w14:paraId="661A5DB3" w14:textId="77777777" w:rsidR="00813EAE" w:rsidRPr="00D810F1" w:rsidRDefault="002D2F2D">
            <w:pPr>
              <w:tabs>
                <w:tab w:val="left" w:pos="369"/>
              </w:tabs>
              <w:spacing w:before="20" w:after="20" w:line="240" w:lineRule="auto"/>
              <w:ind w:left="369" w:hanging="369"/>
              <w:rPr>
                <w:lang w:val="es-PE"/>
              </w:rPr>
            </w:pPr>
            <w:r w:rsidRPr="00D810F1">
              <w:rPr>
                <w:sz w:val="20"/>
                <w:lang w:val="es-PE"/>
              </w:rPr>
              <w:t>d)</w:t>
            </w:r>
            <w:r w:rsidRPr="00D810F1">
              <w:rPr>
                <w:sz w:val="20"/>
                <w:lang w:val="es-PE"/>
              </w:rPr>
              <w:tab/>
              <w:t>Contar con DNI o carnet de extranjería vigente, en caso ser extranjero, con pasaporte vigente.</w:t>
            </w:r>
          </w:p>
        </w:tc>
        <w:tc>
          <w:tcPr>
            <w:tcW w:w="1134" w:type="dxa"/>
            <w:vAlign w:val="center"/>
          </w:tcPr>
          <w:p w14:paraId="1C89829B" w14:textId="77777777" w:rsidR="00813EAE" w:rsidRPr="00D810F1" w:rsidRDefault="00813EAE">
            <w:pPr>
              <w:spacing w:before="20" w:after="20" w:line="240" w:lineRule="auto"/>
              <w:rPr>
                <w:lang w:val="es-PE"/>
              </w:rPr>
            </w:pPr>
          </w:p>
        </w:tc>
      </w:tr>
      <w:tr w:rsidR="00813EAE" w:rsidRPr="00EA5834" w14:paraId="1C88DFAC" w14:textId="77777777" w:rsidTr="00BE7F58">
        <w:trPr>
          <w:cantSplit/>
          <w:jc w:val="center"/>
        </w:trPr>
        <w:tc>
          <w:tcPr>
            <w:tcW w:w="7937" w:type="dxa"/>
            <w:vAlign w:val="center"/>
          </w:tcPr>
          <w:p w14:paraId="3B2B4F98" w14:textId="3FD59250" w:rsidR="00813EAE" w:rsidRPr="00D810F1" w:rsidRDefault="002D2F2D">
            <w:pPr>
              <w:tabs>
                <w:tab w:val="left" w:pos="369"/>
              </w:tabs>
              <w:spacing w:before="20" w:after="20" w:line="240" w:lineRule="auto"/>
              <w:ind w:left="369" w:hanging="369"/>
              <w:rPr>
                <w:lang w:val="es-PE"/>
              </w:rPr>
            </w:pPr>
            <w:r w:rsidRPr="00D810F1">
              <w:rPr>
                <w:sz w:val="20"/>
                <w:lang w:val="es-PE"/>
              </w:rPr>
              <w:t>e)</w:t>
            </w:r>
            <w:r w:rsidRPr="00D810F1">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D810F1">
              <w:rPr>
                <w:sz w:val="20"/>
                <w:lang w:val="es-PE"/>
              </w:rPr>
              <w:t xml:space="preserve"> </w:t>
            </w:r>
            <w:r w:rsidRPr="00D810F1">
              <w:rPr>
                <w:sz w:val="20"/>
                <w:lang w:val="es-PE"/>
              </w:rPr>
              <w:t>(CPP) al momento de la postulación.</w:t>
            </w:r>
          </w:p>
        </w:tc>
        <w:tc>
          <w:tcPr>
            <w:tcW w:w="1134" w:type="dxa"/>
            <w:vAlign w:val="center"/>
          </w:tcPr>
          <w:p w14:paraId="07993B69" w14:textId="77777777" w:rsidR="00813EAE" w:rsidRPr="00D810F1" w:rsidRDefault="00813EAE">
            <w:pPr>
              <w:spacing w:before="20" w:after="20" w:line="240" w:lineRule="auto"/>
              <w:rPr>
                <w:lang w:val="es-PE"/>
              </w:rPr>
            </w:pPr>
          </w:p>
        </w:tc>
      </w:tr>
      <w:tr w:rsidR="00813EAE" w:rsidRPr="00EA5834" w14:paraId="71FF2F8B" w14:textId="77777777" w:rsidTr="00BE7F58">
        <w:trPr>
          <w:cantSplit/>
          <w:jc w:val="center"/>
        </w:trPr>
        <w:tc>
          <w:tcPr>
            <w:tcW w:w="7937" w:type="dxa"/>
            <w:vAlign w:val="center"/>
          </w:tcPr>
          <w:p w14:paraId="49F9899F" w14:textId="77777777" w:rsidR="00813EAE" w:rsidRPr="00D810F1" w:rsidRDefault="002D2F2D">
            <w:pPr>
              <w:tabs>
                <w:tab w:val="left" w:pos="369"/>
              </w:tabs>
              <w:spacing w:before="20" w:after="20" w:line="240" w:lineRule="auto"/>
              <w:ind w:left="369" w:hanging="369"/>
              <w:rPr>
                <w:lang w:val="es-PE"/>
              </w:rPr>
            </w:pPr>
            <w:r w:rsidRPr="00D810F1">
              <w:rPr>
                <w:sz w:val="20"/>
                <w:lang w:val="es-PE"/>
              </w:rPr>
              <w:t>f)</w:t>
            </w:r>
            <w:r w:rsidRPr="00D810F1">
              <w:rPr>
                <w:sz w:val="20"/>
                <w:lang w:val="es-PE"/>
              </w:rPr>
              <w:tab/>
              <w:t>No contar con antecedentes penales ni policiales</w:t>
            </w:r>
          </w:p>
        </w:tc>
        <w:tc>
          <w:tcPr>
            <w:tcW w:w="1134" w:type="dxa"/>
            <w:vAlign w:val="center"/>
          </w:tcPr>
          <w:p w14:paraId="05218530" w14:textId="77777777" w:rsidR="00813EAE" w:rsidRPr="00D810F1" w:rsidRDefault="00813EAE">
            <w:pPr>
              <w:spacing w:before="20" w:after="20" w:line="240" w:lineRule="auto"/>
              <w:rPr>
                <w:lang w:val="es-PE"/>
              </w:rPr>
            </w:pPr>
          </w:p>
        </w:tc>
      </w:tr>
      <w:tr w:rsidR="00813EAE" w:rsidRPr="00EA5834" w14:paraId="41D257CE" w14:textId="77777777" w:rsidTr="00BE7F58">
        <w:trPr>
          <w:cantSplit/>
          <w:jc w:val="center"/>
        </w:trPr>
        <w:tc>
          <w:tcPr>
            <w:tcW w:w="7937" w:type="dxa"/>
            <w:vAlign w:val="center"/>
          </w:tcPr>
          <w:p w14:paraId="65CFCEAC" w14:textId="77777777" w:rsidR="00813EAE" w:rsidRPr="00D810F1" w:rsidRDefault="002D2F2D">
            <w:pPr>
              <w:tabs>
                <w:tab w:val="left" w:pos="369"/>
              </w:tabs>
              <w:spacing w:before="20" w:after="20" w:line="240" w:lineRule="auto"/>
              <w:ind w:left="369" w:hanging="369"/>
              <w:rPr>
                <w:lang w:val="es-PE"/>
              </w:rPr>
            </w:pPr>
            <w:r w:rsidRPr="00D810F1">
              <w:rPr>
                <w:sz w:val="20"/>
                <w:lang w:val="es-PE"/>
              </w:rPr>
              <w:t>g)</w:t>
            </w:r>
            <w:r w:rsidRPr="00D810F1">
              <w:rPr>
                <w:sz w:val="20"/>
                <w:lang w:val="es-PE"/>
              </w:rPr>
              <w:tab/>
              <w:t>No tener deudas coactivas con la SUNAT, según consulta RUC, SUNAT</w:t>
            </w:r>
            <w:r>
              <w:rPr>
                <w:rStyle w:val="Refdenotaalpie1"/>
              </w:rPr>
              <w:footnoteReference w:id="9"/>
            </w:r>
            <w:r w:rsidRPr="00D810F1">
              <w:rPr>
                <w:sz w:val="20"/>
                <w:lang w:val="es-PE"/>
              </w:rPr>
              <w:t>, en caso sean peruanos o residentes.</w:t>
            </w:r>
          </w:p>
        </w:tc>
        <w:tc>
          <w:tcPr>
            <w:tcW w:w="1134" w:type="dxa"/>
            <w:vAlign w:val="center"/>
          </w:tcPr>
          <w:p w14:paraId="70387AF7" w14:textId="77777777" w:rsidR="00813EAE" w:rsidRPr="00D810F1" w:rsidRDefault="00813EAE">
            <w:pPr>
              <w:spacing w:before="20" w:after="20" w:line="240" w:lineRule="auto"/>
              <w:rPr>
                <w:lang w:val="es-PE"/>
              </w:rPr>
            </w:pPr>
          </w:p>
        </w:tc>
      </w:tr>
      <w:tr w:rsidR="00813EAE" w:rsidRPr="00EA5834" w14:paraId="4CDC7656" w14:textId="77777777" w:rsidTr="00BE7F58">
        <w:trPr>
          <w:cantSplit/>
          <w:jc w:val="center"/>
        </w:trPr>
        <w:tc>
          <w:tcPr>
            <w:tcW w:w="7937" w:type="dxa"/>
            <w:vAlign w:val="center"/>
          </w:tcPr>
          <w:p w14:paraId="3D7F6043" w14:textId="77777777" w:rsidR="00813EAE" w:rsidRPr="00D810F1" w:rsidRDefault="002D2F2D">
            <w:pPr>
              <w:tabs>
                <w:tab w:val="left" w:pos="369"/>
              </w:tabs>
              <w:spacing w:before="20" w:after="20" w:line="240" w:lineRule="auto"/>
              <w:ind w:left="369" w:hanging="369"/>
              <w:rPr>
                <w:lang w:val="es-PE"/>
              </w:rPr>
            </w:pPr>
            <w:r w:rsidRPr="00D810F1">
              <w:rPr>
                <w:sz w:val="20"/>
                <w:lang w:val="es-PE"/>
              </w:rPr>
              <w:t>h)</w:t>
            </w:r>
            <w:r w:rsidRPr="00D810F1">
              <w:rPr>
                <w:sz w:val="20"/>
                <w:lang w:val="es-PE"/>
              </w:rPr>
              <w:tab/>
              <w:t>No estar sancionado con inhabilitación temporal o definitiva para contratar con el Estado peruano, mientras dure tal sanción.</w:t>
            </w:r>
          </w:p>
        </w:tc>
        <w:tc>
          <w:tcPr>
            <w:tcW w:w="1134" w:type="dxa"/>
            <w:vAlign w:val="center"/>
          </w:tcPr>
          <w:p w14:paraId="5A9CCFCB" w14:textId="77777777" w:rsidR="00813EAE" w:rsidRPr="00D810F1" w:rsidRDefault="00813EAE">
            <w:pPr>
              <w:spacing w:before="20" w:after="20" w:line="240" w:lineRule="auto"/>
              <w:rPr>
                <w:lang w:val="es-PE"/>
              </w:rPr>
            </w:pPr>
          </w:p>
        </w:tc>
      </w:tr>
      <w:tr w:rsidR="00813EAE" w:rsidRPr="00EA5834" w14:paraId="1D616073" w14:textId="77777777" w:rsidTr="00BE7F58">
        <w:trPr>
          <w:cantSplit/>
          <w:jc w:val="center"/>
        </w:trPr>
        <w:tc>
          <w:tcPr>
            <w:tcW w:w="7937" w:type="dxa"/>
            <w:vAlign w:val="center"/>
          </w:tcPr>
          <w:p w14:paraId="40B4A80B" w14:textId="77777777" w:rsidR="00813EAE" w:rsidRPr="00D810F1" w:rsidRDefault="002D2F2D">
            <w:pPr>
              <w:tabs>
                <w:tab w:val="left" w:pos="369"/>
              </w:tabs>
              <w:spacing w:before="20" w:after="20" w:line="240" w:lineRule="auto"/>
              <w:ind w:left="369" w:hanging="369"/>
              <w:rPr>
                <w:lang w:val="es-PE"/>
              </w:rPr>
            </w:pPr>
            <w:r w:rsidRPr="00D810F1">
              <w:rPr>
                <w:sz w:val="20"/>
                <w:lang w:val="es-PE"/>
              </w:rPr>
              <w:t>i)</w:t>
            </w:r>
            <w:r w:rsidRPr="00D810F1">
              <w:rPr>
                <w:sz w:val="20"/>
                <w:lang w:val="es-PE"/>
              </w:rPr>
              <w:tab/>
              <w:t>No tener sentencia consentida y/o ejecutoriada por delitos contra la administración pública en agravio del Estado.</w:t>
            </w:r>
          </w:p>
        </w:tc>
        <w:tc>
          <w:tcPr>
            <w:tcW w:w="1134" w:type="dxa"/>
            <w:vAlign w:val="center"/>
          </w:tcPr>
          <w:p w14:paraId="6D9F8FED" w14:textId="77777777" w:rsidR="00813EAE" w:rsidRPr="00D810F1" w:rsidRDefault="00813EAE">
            <w:pPr>
              <w:spacing w:before="20" w:after="20" w:line="240" w:lineRule="auto"/>
              <w:rPr>
                <w:lang w:val="es-PE"/>
              </w:rPr>
            </w:pPr>
          </w:p>
        </w:tc>
      </w:tr>
      <w:tr w:rsidR="00813EAE" w:rsidRPr="00EA5834" w14:paraId="6D60FE0A" w14:textId="77777777" w:rsidTr="00BE7F58">
        <w:trPr>
          <w:cantSplit/>
          <w:jc w:val="center"/>
        </w:trPr>
        <w:tc>
          <w:tcPr>
            <w:tcW w:w="7937" w:type="dxa"/>
            <w:vAlign w:val="center"/>
          </w:tcPr>
          <w:p w14:paraId="3BBDDE3D" w14:textId="77777777" w:rsidR="00813EAE" w:rsidRPr="00D810F1" w:rsidRDefault="002D2F2D">
            <w:pPr>
              <w:tabs>
                <w:tab w:val="left" w:pos="369"/>
              </w:tabs>
              <w:spacing w:before="20" w:after="20" w:line="240" w:lineRule="auto"/>
              <w:ind w:left="369" w:hanging="369"/>
              <w:rPr>
                <w:lang w:val="es-PE"/>
              </w:rPr>
            </w:pPr>
            <w:r w:rsidRPr="00D810F1">
              <w:rPr>
                <w:sz w:val="20"/>
                <w:lang w:val="es-PE"/>
              </w:rPr>
              <w:t>j)</w:t>
            </w:r>
            <w:r w:rsidRPr="00D810F1">
              <w:rPr>
                <w:sz w:val="20"/>
                <w:lang w:val="es-PE"/>
              </w:rPr>
              <w:tab/>
              <w:t>No ejercer una función pública en las Entidades del Estado peruano al momento de la suscripción del contrato</w:t>
            </w:r>
            <w:r>
              <w:rPr>
                <w:rStyle w:val="Refdenotaalpie1"/>
              </w:rPr>
              <w:footnoteReference w:id="10"/>
            </w:r>
            <w:r w:rsidRPr="00D810F1">
              <w:rPr>
                <w:sz w:val="20"/>
                <w:lang w:val="es-PE"/>
              </w:rPr>
              <w:t>.</w:t>
            </w:r>
          </w:p>
        </w:tc>
        <w:tc>
          <w:tcPr>
            <w:tcW w:w="1134" w:type="dxa"/>
            <w:vAlign w:val="center"/>
          </w:tcPr>
          <w:p w14:paraId="7E03A86B" w14:textId="77777777" w:rsidR="00813EAE" w:rsidRPr="00D810F1" w:rsidRDefault="00813EAE">
            <w:pPr>
              <w:spacing w:before="20" w:after="20" w:line="240" w:lineRule="auto"/>
              <w:rPr>
                <w:lang w:val="es-PE"/>
              </w:rPr>
            </w:pPr>
          </w:p>
        </w:tc>
      </w:tr>
      <w:tr w:rsidR="00813EAE" w:rsidRPr="00EA5834" w14:paraId="6DA41F3A" w14:textId="77777777" w:rsidTr="00BE7F58">
        <w:trPr>
          <w:cantSplit/>
          <w:jc w:val="center"/>
        </w:trPr>
        <w:tc>
          <w:tcPr>
            <w:tcW w:w="7937" w:type="dxa"/>
            <w:vAlign w:val="center"/>
          </w:tcPr>
          <w:p w14:paraId="3CFEB880" w14:textId="77777777" w:rsidR="00813EAE" w:rsidRPr="00D810F1" w:rsidRDefault="002D2F2D">
            <w:pPr>
              <w:tabs>
                <w:tab w:val="left" w:pos="369"/>
              </w:tabs>
              <w:spacing w:before="20" w:after="20" w:line="240" w:lineRule="auto"/>
              <w:ind w:left="369" w:hanging="369"/>
              <w:rPr>
                <w:lang w:val="es-PE"/>
              </w:rPr>
            </w:pPr>
            <w:r w:rsidRPr="00D810F1">
              <w:rPr>
                <w:sz w:val="20"/>
                <w:lang w:val="es-PE"/>
              </w:rPr>
              <w:t>k)</w:t>
            </w:r>
            <w:r w:rsidRPr="00D810F1">
              <w:rPr>
                <w:sz w:val="20"/>
                <w:lang w:val="es-PE"/>
              </w:rPr>
              <w:tab/>
              <w:t>No tener proyectos en estado interrumpido o judicializado en PROINNÓVATE (esto dado a incumplimiento contractuales).</w:t>
            </w:r>
          </w:p>
        </w:tc>
        <w:tc>
          <w:tcPr>
            <w:tcW w:w="1134" w:type="dxa"/>
            <w:vAlign w:val="center"/>
          </w:tcPr>
          <w:p w14:paraId="12F8CB83" w14:textId="77777777" w:rsidR="00813EAE" w:rsidRPr="00D810F1" w:rsidRDefault="00813EAE">
            <w:pPr>
              <w:spacing w:before="20" w:after="20" w:line="240" w:lineRule="auto"/>
              <w:rPr>
                <w:lang w:val="es-PE"/>
              </w:rPr>
            </w:pPr>
          </w:p>
        </w:tc>
      </w:tr>
      <w:tr w:rsidR="00813EAE" w:rsidRPr="00EA5834" w14:paraId="6B7F7603" w14:textId="77777777" w:rsidTr="00BE7F58">
        <w:trPr>
          <w:cantSplit/>
          <w:jc w:val="center"/>
        </w:trPr>
        <w:tc>
          <w:tcPr>
            <w:tcW w:w="7937" w:type="dxa"/>
            <w:vAlign w:val="center"/>
          </w:tcPr>
          <w:p w14:paraId="4C4EEE94" w14:textId="77777777" w:rsidR="00813EAE" w:rsidRPr="00D810F1" w:rsidRDefault="002D2F2D">
            <w:pPr>
              <w:tabs>
                <w:tab w:val="left" w:pos="369"/>
              </w:tabs>
              <w:spacing w:before="20" w:after="20" w:line="240" w:lineRule="auto"/>
              <w:ind w:left="369" w:hanging="369"/>
              <w:rPr>
                <w:lang w:val="es-PE"/>
              </w:rPr>
            </w:pPr>
            <w:r w:rsidRPr="00D810F1">
              <w:rPr>
                <w:sz w:val="20"/>
                <w:lang w:val="es-PE"/>
              </w:rPr>
              <w:t>l)</w:t>
            </w:r>
            <w:r w:rsidRPr="00D810F1">
              <w:rPr>
                <w:sz w:val="20"/>
                <w:lang w:val="es-PE"/>
              </w:rPr>
              <w:tab/>
              <w:t xml:space="preserve">No formar parte del equipo emprendedor de </w:t>
            </w:r>
            <w:proofErr w:type="gramStart"/>
            <w:r w:rsidRPr="00D810F1">
              <w:rPr>
                <w:sz w:val="20"/>
                <w:lang w:val="es-PE"/>
              </w:rPr>
              <w:t>una startup</w:t>
            </w:r>
            <w:proofErr w:type="gramEnd"/>
            <w:r w:rsidRPr="00D810F1">
              <w:rPr>
                <w:sz w:val="20"/>
                <w:lang w:val="es-PE"/>
              </w:rPr>
              <w:t xml:space="preserve">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0B237D02" w14:textId="77777777" w:rsidR="00813EAE" w:rsidRPr="00D810F1" w:rsidRDefault="00813EAE">
            <w:pPr>
              <w:spacing w:before="20" w:after="20" w:line="240" w:lineRule="auto"/>
              <w:rPr>
                <w:lang w:val="es-PE"/>
              </w:rPr>
            </w:pPr>
          </w:p>
        </w:tc>
      </w:tr>
      <w:tr w:rsidR="00813EAE" w:rsidRPr="00EA5834" w14:paraId="53B35C29" w14:textId="77777777" w:rsidTr="00BE7F58">
        <w:trPr>
          <w:cantSplit/>
          <w:jc w:val="center"/>
        </w:trPr>
        <w:tc>
          <w:tcPr>
            <w:tcW w:w="7937" w:type="dxa"/>
            <w:vAlign w:val="center"/>
          </w:tcPr>
          <w:p w14:paraId="13DF4B73" w14:textId="77777777" w:rsidR="00813EAE" w:rsidRPr="00D810F1" w:rsidRDefault="002D2F2D">
            <w:pPr>
              <w:tabs>
                <w:tab w:val="left" w:pos="369"/>
              </w:tabs>
              <w:spacing w:before="20" w:after="20" w:line="240" w:lineRule="auto"/>
              <w:ind w:left="369" w:hanging="369"/>
              <w:rPr>
                <w:lang w:val="es-PE"/>
              </w:rPr>
            </w:pPr>
            <w:r w:rsidRPr="00D810F1">
              <w:rPr>
                <w:sz w:val="20"/>
                <w:lang w:val="es-PE"/>
              </w:rPr>
              <w:t>m)</w:t>
            </w:r>
            <w:r w:rsidRPr="00D810F1">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785E4614" w14:textId="77777777" w:rsidR="00813EAE" w:rsidRPr="00D810F1" w:rsidRDefault="00813EAE">
            <w:pPr>
              <w:spacing w:before="20" w:after="20" w:line="240" w:lineRule="auto"/>
              <w:rPr>
                <w:lang w:val="es-PE"/>
              </w:rPr>
            </w:pPr>
          </w:p>
        </w:tc>
      </w:tr>
      <w:tr w:rsidR="00813EAE" w:rsidRPr="00EA5834" w14:paraId="063FC01C" w14:textId="77777777" w:rsidTr="00BE7F58">
        <w:trPr>
          <w:cantSplit/>
          <w:jc w:val="center"/>
        </w:trPr>
        <w:tc>
          <w:tcPr>
            <w:tcW w:w="7937" w:type="dxa"/>
            <w:vAlign w:val="center"/>
          </w:tcPr>
          <w:p w14:paraId="22E36424" w14:textId="77777777" w:rsidR="00813EAE" w:rsidRPr="00D810F1" w:rsidRDefault="002D2F2D">
            <w:pPr>
              <w:tabs>
                <w:tab w:val="left" w:pos="369"/>
              </w:tabs>
              <w:spacing w:before="20" w:after="20" w:line="240" w:lineRule="auto"/>
              <w:ind w:left="369" w:hanging="369"/>
              <w:rPr>
                <w:lang w:val="es-PE"/>
              </w:rPr>
            </w:pPr>
            <w:r w:rsidRPr="00D810F1">
              <w:rPr>
                <w:sz w:val="20"/>
                <w:lang w:val="es-PE"/>
              </w:rPr>
              <w:t>n)</w:t>
            </w:r>
            <w:r w:rsidRPr="00D810F1">
              <w:rPr>
                <w:sz w:val="20"/>
                <w:lang w:val="es-PE"/>
              </w:rPr>
              <w:tab/>
              <w:t>No estar participando como evaluador externo y/o miembro del comité evaluador.</w:t>
            </w:r>
          </w:p>
        </w:tc>
        <w:tc>
          <w:tcPr>
            <w:tcW w:w="1134" w:type="dxa"/>
            <w:vAlign w:val="center"/>
          </w:tcPr>
          <w:p w14:paraId="08858B5A" w14:textId="77777777" w:rsidR="00813EAE" w:rsidRPr="00D810F1" w:rsidRDefault="00813EAE">
            <w:pPr>
              <w:spacing w:before="20" w:after="20" w:line="240" w:lineRule="auto"/>
              <w:rPr>
                <w:lang w:val="es-PE"/>
              </w:rPr>
            </w:pPr>
          </w:p>
        </w:tc>
      </w:tr>
      <w:tr w:rsidR="00813EAE" w:rsidRPr="00EA5834" w14:paraId="10E8D54A" w14:textId="77777777" w:rsidTr="00BE7F58">
        <w:trPr>
          <w:cantSplit/>
          <w:jc w:val="center"/>
        </w:trPr>
        <w:tc>
          <w:tcPr>
            <w:tcW w:w="7937" w:type="dxa"/>
            <w:vAlign w:val="center"/>
          </w:tcPr>
          <w:p w14:paraId="56B99F6D" w14:textId="77777777" w:rsidR="00813EAE" w:rsidRPr="00D810F1" w:rsidRDefault="002D2F2D">
            <w:pPr>
              <w:tabs>
                <w:tab w:val="left" w:pos="369"/>
              </w:tabs>
              <w:spacing w:before="20" w:after="20" w:line="240" w:lineRule="auto"/>
              <w:ind w:left="369" w:hanging="369"/>
              <w:rPr>
                <w:lang w:val="es-PE"/>
              </w:rPr>
            </w:pPr>
            <w:r w:rsidRPr="00D810F1">
              <w:rPr>
                <w:sz w:val="20"/>
                <w:lang w:val="es-PE"/>
              </w:rPr>
              <w:t>o)</w:t>
            </w:r>
            <w:r w:rsidRPr="00D810F1">
              <w:rPr>
                <w:sz w:val="20"/>
                <w:lang w:val="es-PE"/>
              </w:rPr>
              <w:tab/>
              <w:t>No estar participando como equipo técnico de un proyecto de Fortalecimiento de Entidades de Soporte en ejecución</w:t>
            </w:r>
            <w:r>
              <w:rPr>
                <w:rStyle w:val="Refdenotaalpie1"/>
              </w:rPr>
              <w:footnoteReference w:id="11"/>
            </w:r>
            <w:r w:rsidRPr="00D810F1">
              <w:rPr>
                <w:sz w:val="20"/>
                <w:lang w:val="es-PE"/>
              </w:rPr>
              <w:t>.</w:t>
            </w:r>
          </w:p>
        </w:tc>
        <w:tc>
          <w:tcPr>
            <w:tcW w:w="1134" w:type="dxa"/>
            <w:vAlign w:val="center"/>
          </w:tcPr>
          <w:p w14:paraId="2A260DB6" w14:textId="77777777" w:rsidR="00813EAE" w:rsidRPr="00D810F1" w:rsidRDefault="00813EAE">
            <w:pPr>
              <w:spacing w:before="20" w:after="20" w:line="240" w:lineRule="auto"/>
              <w:rPr>
                <w:lang w:val="es-PE"/>
              </w:rPr>
            </w:pPr>
          </w:p>
        </w:tc>
      </w:tr>
      <w:tr w:rsidR="00813EAE" w:rsidRPr="00EA5834" w14:paraId="408C8673" w14:textId="77777777" w:rsidTr="00BE7F58">
        <w:trPr>
          <w:cantSplit/>
          <w:jc w:val="center"/>
        </w:trPr>
        <w:tc>
          <w:tcPr>
            <w:tcW w:w="7937" w:type="dxa"/>
            <w:vAlign w:val="center"/>
          </w:tcPr>
          <w:p w14:paraId="4F4B2703" w14:textId="77777777" w:rsidR="00813EAE" w:rsidRPr="00D810F1" w:rsidRDefault="002D2F2D">
            <w:pPr>
              <w:tabs>
                <w:tab w:val="left" w:pos="369"/>
              </w:tabs>
              <w:spacing w:before="20" w:after="20" w:line="240" w:lineRule="auto"/>
              <w:ind w:left="369" w:hanging="369"/>
              <w:rPr>
                <w:lang w:val="es-PE"/>
              </w:rPr>
            </w:pPr>
            <w:r w:rsidRPr="00D810F1">
              <w:rPr>
                <w:sz w:val="20"/>
                <w:lang w:val="es-PE"/>
              </w:rPr>
              <w:lastRenderedPageBreak/>
              <w:t>p)</w:t>
            </w:r>
            <w:r w:rsidRPr="00D810F1">
              <w:rPr>
                <w:sz w:val="20"/>
                <w:lang w:val="es-PE"/>
              </w:rPr>
              <w:tab/>
              <w:t>No estar involucrado directamente en la ejecución del proyecto DER 3.0 de PROINNÓVATE, en caso tenga relación contractual con la Cámara de Comercio y Producción de La Libertad.</w:t>
            </w:r>
          </w:p>
        </w:tc>
        <w:tc>
          <w:tcPr>
            <w:tcW w:w="1134" w:type="dxa"/>
            <w:vAlign w:val="center"/>
          </w:tcPr>
          <w:p w14:paraId="11248199" w14:textId="77777777" w:rsidR="00813EAE" w:rsidRPr="00D810F1" w:rsidRDefault="00813EAE">
            <w:pPr>
              <w:spacing w:before="20" w:after="20" w:line="240" w:lineRule="auto"/>
              <w:rPr>
                <w:lang w:val="es-PE"/>
              </w:rPr>
            </w:pPr>
          </w:p>
        </w:tc>
      </w:tr>
      <w:tr w:rsidR="00813EAE" w:rsidRPr="00EA5834" w14:paraId="6727809A" w14:textId="77777777" w:rsidTr="00BE7F58">
        <w:trPr>
          <w:cantSplit/>
          <w:jc w:val="center"/>
        </w:trPr>
        <w:tc>
          <w:tcPr>
            <w:tcW w:w="7937" w:type="dxa"/>
            <w:vAlign w:val="center"/>
          </w:tcPr>
          <w:p w14:paraId="6A0EC8A2" w14:textId="77777777" w:rsidR="00813EAE" w:rsidRPr="00D810F1" w:rsidRDefault="002D2F2D">
            <w:pPr>
              <w:tabs>
                <w:tab w:val="left" w:pos="369"/>
              </w:tabs>
              <w:spacing w:before="20" w:after="20" w:line="240" w:lineRule="auto"/>
              <w:ind w:left="369" w:hanging="369"/>
              <w:rPr>
                <w:lang w:val="es-PE"/>
              </w:rPr>
            </w:pPr>
            <w:r w:rsidRPr="00D810F1">
              <w:rPr>
                <w:sz w:val="20"/>
                <w:lang w:val="es-PE"/>
              </w:rPr>
              <w:t>q)</w:t>
            </w:r>
            <w:r w:rsidRPr="00D810F1">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5433ED68" w14:textId="77777777" w:rsidR="00813EAE" w:rsidRPr="00D810F1" w:rsidRDefault="00813EAE">
            <w:pPr>
              <w:spacing w:before="20" w:after="20" w:line="240" w:lineRule="auto"/>
              <w:rPr>
                <w:lang w:val="es-PE"/>
              </w:rPr>
            </w:pPr>
          </w:p>
        </w:tc>
      </w:tr>
      <w:tr w:rsidR="00813EAE" w:rsidRPr="00EA5834" w14:paraId="6AD69928" w14:textId="77777777" w:rsidTr="00BE7F58">
        <w:trPr>
          <w:cantSplit/>
          <w:jc w:val="center"/>
        </w:trPr>
        <w:tc>
          <w:tcPr>
            <w:tcW w:w="7937" w:type="dxa"/>
            <w:vAlign w:val="center"/>
          </w:tcPr>
          <w:p w14:paraId="717D7B45" w14:textId="77777777" w:rsidR="00813EAE" w:rsidRPr="00D810F1" w:rsidRDefault="002D2F2D">
            <w:pPr>
              <w:spacing w:before="20" w:after="20" w:line="240" w:lineRule="auto"/>
              <w:rPr>
                <w:lang w:val="es-PE"/>
              </w:rPr>
            </w:pPr>
            <w:r w:rsidRPr="00D810F1">
              <w:rPr>
                <w:b/>
                <w:sz w:val="20"/>
                <w:lang w:val="es-PE"/>
              </w:rPr>
              <w:t>La Empresa Joven cumple con los siguientes requisitos:</w:t>
            </w:r>
          </w:p>
        </w:tc>
        <w:tc>
          <w:tcPr>
            <w:tcW w:w="1134" w:type="dxa"/>
            <w:vAlign w:val="center"/>
          </w:tcPr>
          <w:p w14:paraId="75EEF269" w14:textId="77777777" w:rsidR="00813EAE" w:rsidRPr="00D810F1" w:rsidRDefault="00813EAE">
            <w:pPr>
              <w:spacing w:before="20" w:after="20" w:line="240" w:lineRule="auto"/>
              <w:rPr>
                <w:lang w:val="es-PE"/>
              </w:rPr>
            </w:pPr>
          </w:p>
        </w:tc>
      </w:tr>
      <w:tr w:rsidR="00813EAE" w:rsidRPr="00EA5834" w14:paraId="0F81296B" w14:textId="77777777" w:rsidTr="00BE7F58">
        <w:trPr>
          <w:cantSplit/>
          <w:jc w:val="center"/>
        </w:trPr>
        <w:tc>
          <w:tcPr>
            <w:tcW w:w="7937" w:type="dxa"/>
            <w:vAlign w:val="center"/>
          </w:tcPr>
          <w:p w14:paraId="45BE8CD7"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Tener domicilio fiscal y RUC (activo y habido) registrados en la región La Libertad, conforme a la información consignada en el Registro Único de Contribuyentes (RUC) de la SUNAT.</w:t>
            </w:r>
          </w:p>
        </w:tc>
        <w:tc>
          <w:tcPr>
            <w:tcW w:w="1134" w:type="dxa"/>
            <w:vAlign w:val="center"/>
          </w:tcPr>
          <w:p w14:paraId="3A2DF0F1" w14:textId="77777777" w:rsidR="00813EAE" w:rsidRPr="00D810F1" w:rsidRDefault="00813EAE">
            <w:pPr>
              <w:spacing w:before="20" w:after="20" w:line="240" w:lineRule="auto"/>
              <w:rPr>
                <w:lang w:val="es-PE"/>
              </w:rPr>
            </w:pPr>
          </w:p>
        </w:tc>
      </w:tr>
      <w:tr w:rsidR="00813EAE" w:rsidRPr="00EA5834" w14:paraId="0AF19608" w14:textId="77777777" w:rsidTr="00BE7F58">
        <w:trPr>
          <w:cantSplit/>
          <w:jc w:val="center"/>
        </w:trPr>
        <w:tc>
          <w:tcPr>
            <w:tcW w:w="7937" w:type="dxa"/>
            <w:vAlign w:val="center"/>
          </w:tcPr>
          <w:p w14:paraId="691E9582" w14:textId="77777777" w:rsidR="00813EAE" w:rsidRPr="00D810F1" w:rsidRDefault="002D2F2D">
            <w:pPr>
              <w:tabs>
                <w:tab w:val="left" w:pos="369"/>
              </w:tabs>
              <w:spacing w:before="20" w:after="20" w:line="240" w:lineRule="auto"/>
              <w:ind w:left="369" w:hanging="369"/>
              <w:rPr>
                <w:lang w:val="es-PE"/>
              </w:rPr>
            </w:pPr>
            <w:r w:rsidRPr="00D810F1">
              <w:rPr>
                <w:sz w:val="20"/>
                <w:lang w:val="es-PE"/>
              </w:rPr>
              <w:t>b)</w:t>
            </w:r>
            <w:r w:rsidRPr="00D810F1">
              <w:rPr>
                <w:sz w:val="20"/>
                <w:lang w:val="es-PE"/>
              </w:rPr>
              <w:tab/>
              <w:t>Haber sido constituida e inscrita en los Registros Públicos de la región La Libertad, lo cual será verificado mediante la partida registral correspondiente de SUNARP</w:t>
            </w:r>
            <w:r>
              <w:rPr>
                <w:rStyle w:val="Refdenotaalpie1"/>
              </w:rPr>
              <w:footnoteReference w:id="12"/>
            </w:r>
            <w:r w:rsidRPr="00D810F1">
              <w:rPr>
                <w:sz w:val="20"/>
                <w:lang w:val="es-PE"/>
              </w:rPr>
              <w:t>.</w:t>
            </w:r>
          </w:p>
        </w:tc>
        <w:tc>
          <w:tcPr>
            <w:tcW w:w="1134" w:type="dxa"/>
            <w:vAlign w:val="center"/>
          </w:tcPr>
          <w:p w14:paraId="555A7970" w14:textId="77777777" w:rsidR="00813EAE" w:rsidRPr="00D810F1" w:rsidRDefault="00813EAE">
            <w:pPr>
              <w:spacing w:before="20" w:after="20" w:line="240" w:lineRule="auto"/>
              <w:rPr>
                <w:lang w:val="es-PE"/>
              </w:rPr>
            </w:pPr>
          </w:p>
        </w:tc>
      </w:tr>
      <w:tr w:rsidR="00813EAE" w:rsidRPr="00EA5834" w14:paraId="41956542" w14:textId="77777777" w:rsidTr="00BE7F58">
        <w:trPr>
          <w:cantSplit/>
          <w:jc w:val="center"/>
        </w:trPr>
        <w:tc>
          <w:tcPr>
            <w:tcW w:w="7937" w:type="dxa"/>
            <w:vAlign w:val="center"/>
          </w:tcPr>
          <w:p w14:paraId="71156A4C"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Máximo 18 meses de inscripción contados retroactivamente desde la fecha máxima para el envío del proyecto y acorde a la información del Registro Único de Contribuyentes (RUC) de la SUNAT.</w:t>
            </w:r>
          </w:p>
        </w:tc>
        <w:tc>
          <w:tcPr>
            <w:tcW w:w="1134" w:type="dxa"/>
            <w:vAlign w:val="center"/>
          </w:tcPr>
          <w:p w14:paraId="5D9BEB0E" w14:textId="77777777" w:rsidR="00813EAE" w:rsidRPr="00D810F1" w:rsidRDefault="00813EAE">
            <w:pPr>
              <w:spacing w:before="20" w:after="20" w:line="240" w:lineRule="auto"/>
              <w:rPr>
                <w:lang w:val="es-PE"/>
              </w:rPr>
            </w:pPr>
          </w:p>
        </w:tc>
      </w:tr>
      <w:tr w:rsidR="00813EAE" w14:paraId="3B58D18B" w14:textId="77777777" w:rsidTr="00BE7F58">
        <w:trPr>
          <w:cantSplit/>
          <w:jc w:val="center"/>
        </w:trPr>
        <w:tc>
          <w:tcPr>
            <w:tcW w:w="7937" w:type="dxa"/>
            <w:vAlign w:val="center"/>
          </w:tcPr>
          <w:p w14:paraId="1B5A6168" w14:textId="77777777" w:rsidR="00813EAE" w:rsidRDefault="002D2F2D">
            <w:pPr>
              <w:tabs>
                <w:tab w:val="left" w:pos="369"/>
              </w:tabs>
              <w:spacing w:before="20" w:after="20" w:line="240" w:lineRule="auto"/>
              <w:ind w:left="369" w:hanging="369"/>
            </w:pPr>
            <w:r w:rsidRPr="00D810F1">
              <w:rPr>
                <w:sz w:val="20"/>
                <w:lang w:val="es-PE"/>
              </w:rPr>
              <w:t>d)</w:t>
            </w:r>
            <w:r w:rsidRPr="00D810F1">
              <w:rPr>
                <w:sz w:val="20"/>
                <w:lang w:val="es-PE"/>
              </w:rPr>
              <w:tab/>
              <w:t xml:space="preserve">De registrar ventas, estas no deben ser mayores a S/ 120,000 (ciento veinte mil soles) sin incluir IGV, en el último año. </w:t>
            </w:r>
            <w:r>
              <w:rPr>
                <w:sz w:val="20"/>
              </w:rPr>
              <w:t xml:space="preserve">Es </w:t>
            </w:r>
            <w:proofErr w:type="spellStart"/>
            <w:r>
              <w:rPr>
                <w:sz w:val="20"/>
              </w:rPr>
              <w:t>decir</w:t>
            </w:r>
            <w:proofErr w:type="spellEnd"/>
            <w:r>
              <w:rPr>
                <w:sz w:val="20"/>
              </w:rPr>
              <w:t xml:space="preserve">, de </w:t>
            </w:r>
            <w:proofErr w:type="spellStart"/>
            <w:r>
              <w:rPr>
                <w:sz w:val="20"/>
              </w:rPr>
              <w:t>enero</w:t>
            </w:r>
            <w:proofErr w:type="spellEnd"/>
            <w:r>
              <w:rPr>
                <w:sz w:val="20"/>
              </w:rPr>
              <w:t xml:space="preserve"> a </w:t>
            </w:r>
            <w:proofErr w:type="spellStart"/>
            <w:r>
              <w:rPr>
                <w:sz w:val="20"/>
              </w:rPr>
              <w:t>diciembre</w:t>
            </w:r>
            <w:proofErr w:type="spellEnd"/>
            <w:r>
              <w:rPr>
                <w:sz w:val="20"/>
              </w:rPr>
              <w:t xml:space="preserve"> de 2025.</w:t>
            </w:r>
          </w:p>
        </w:tc>
        <w:tc>
          <w:tcPr>
            <w:tcW w:w="1134" w:type="dxa"/>
            <w:vAlign w:val="center"/>
          </w:tcPr>
          <w:p w14:paraId="755790BE" w14:textId="77777777" w:rsidR="00813EAE" w:rsidRDefault="00813EAE">
            <w:pPr>
              <w:spacing w:before="20" w:after="20" w:line="240" w:lineRule="auto"/>
            </w:pPr>
          </w:p>
        </w:tc>
      </w:tr>
      <w:tr w:rsidR="00813EAE" w:rsidRPr="00EA5834" w14:paraId="39901406" w14:textId="77777777" w:rsidTr="00BE7F58">
        <w:trPr>
          <w:cantSplit/>
          <w:jc w:val="center"/>
        </w:trPr>
        <w:tc>
          <w:tcPr>
            <w:tcW w:w="7937" w:type="dxa"/>
            <w:vAlign w:val="center"/>
          </w:tcPr>
          <w:p w14:paraId="596B9989" w14:textId="77777777" w:rsidR="00813EAE" w:rsidRPr="00D810F1" w:rsidRDefault="002D2F2D">
            <w:pPr>
              <w:tabs>
                <w:tab w:val="left" w:pos="369"/>
              </w:tabs>
              <w:spacing w:before="20" w:after="20" w:line="240" w:lineRule="auto"/>
              <w:ind w:left="369" w:hanging="369"/>
              <w:rPr>
                <w:lang w:val="es-PE"/>
              </w:rPr>
            </w:pPr>
            <w:r w:rsidRPr="00D810F1">
              <w:rPr>
                <w:sz w:val="20"/>
                <w:lang w:val="es-PE"/>
              </w:rPr>
              <w:t>e)</w:t>
            </w:r>
            <w:r w:rsidRPr="00D810F1">
              <w:rPr>
                <w:sz w:val="20"/>
                <w:lang w:val="es-PE"/>
              </w:rPr>
              <w:tab/>
              <w:t>El Líder Emprendedor debe ser socio fundador de la startup</w:t>
            </w:r>
            <w:r>
              <w:rPr>
                <w:rStyle w:val="Refdenotaalpie1"/>
              </w:rPr>
              <w:footnoteReference w:id="13"/>
            </w:r>
            <w:r w:rsidRPr="00D810F1">
              <w:rPr>
                <w:sz w:val="20"/>
                <w:lang w:val="es-PE"/>
              </w:rPr>
              <w:t>.</w:t>
            </w:r>
          </w:p>
        </w:tc>
        <w:tc>
          <w:tcPr>
            <w:tcW w:w="1134" w:type="dxa"/>
            <w:vAlign w:val="center"/>
          </w:tcPr>
          <w:p w14:paraId="0FEE0705" w14:textId="77777777" w:rsidR="00813EAE" w:rsidRPr="00D810F1" w:rsidRDefault="00813EAE">
            <w:pPr>
              <w:spacing w:before="20" w:after="20" w:line="240" w:lineRule="auto"/>
              <w:rPr>
                <w:lang w:val="es-PE"/>
              </w:rPr>
            </w:pPr>
          </w:p>
        </w:tc>
      </w:tr>
      <w:tr w:rsidR="00813EAE" w:rsidRPr="00EA5834" w14:paraId="4CEBA5DE" w14:textId="77777777" w:rsidTr="00BE7F58">
        <w:trPr>
          <w:cantSplit/>
          <w:jc w:val="center"/>
        </w:trPr>
        <w:tc>
          <w:tcPr>
            <w:tcW w:w="7937" w:type="dxa"/>
            <w:vAlign w:val="center"/>
          </w:tcPr>
          <w:p w14:paraId="675CEF69" w14:textId="77777777" w:rsidR="00813EAE" w:rsidRPr="00D810F1" w:rsidRDefault="002D2F2D">
            <w:pPr>
              <w:tabs>
                <w:tab w:val="left" w:pos="369"/>
              </w:tabs>
              <w:spacing w:before="20" w:after="20" w:line="240" w:lineRule="auto"/>
              <w:ind w:left="369" w:hanging="369"/>
              <w:rPr>
                <w:lang w:val="es-PE"/>
              </w:rPr>
            </w:pPr>
            <w:r w:rsidRPr="00D810F1">
              <w:rPr>
                <w:sz w:val="20"/>
                <w:lang w:val="es-PE"/>
              </w:rPr>
              <w:t>f)</w:t>
            </w:r>
            <w:r w:rsidRPr="00D810F1">
              <w:rPr>
                <w:sz w:val="20"/>
                <w:lang w:val="es-PE"/>
              </w:rPr>
              <w:tab/>
              <w:t>Los socios fundadores que sean parte del equipo emprendedor</w:t>
            </w:r>
            <w:r>
              <w:rPr>
                <w:rStyle w:val="Refdenotaalpie1"/>
              </w:rPr>
              <w:footnoteReference w:id="14"/>
            </w:r>
            <w:r w:rsidRPr="00D810F1">
              <w:rPr>
                <w:sz w:val="20"/>
                <w:lang w:val="es-PE"/>
              </w:rPr>
              <w:t xml:space="preserve"> deberán contar en suma con al menos 51% de participación en la empresa.</w:t>
            </w:r>
          </w:p>
        </w:tc>
        <w:tc>
          <w:tcPr>
            <w:tcW w:w="1134" w:type="dxa"/>
            <w:vAlign w:val="center"/>
          </w:tcPr>
          <w:p w14:paraId="7359890D" w14:textId="77777777" w:rsidR="00813EAE" w:rsidRPr="00D810F1" w:rsidRDefault="00813EAE">
            <w:pPr>
              <w:spacing w:before="20" w:after="20" w:line="240" w:lineRule="auto"/>
              <w:rPr>
                <w:lang w:val="es-PE"/>
              </w:rPr>
            </w:pPr>
          </w:p>
        </w:tc>
      </w:tr>
      <w:tr w:rsidR="00813EAE" w:rsidRPr="00EA5834" w14:paraId="74854E24" w14:textId="77777777" w:rsidTr="00BE7F58">
        <w:trPr>
          <w:cantSplit/>
          <w:jc w:val="center"/>
        </w:trPr>
        <w:tc>
          <w:tcPr>
            <w:tcW w:w="7937" w:type="dxa"/>
            <w:vAlign w:val="center"/>
          </w:tcPr>
          <w:p w14:paraId="07471017" w14:textId="7F5AE7CB" w:rsidR="00813EAE" w:rsidRPr="00D810F1" w:rsidRDefault="002D2F2D">
            <w:pPr>
              <w:tabs>
                <w:tab w:val="left" w:pos="369"/>
              </w:tabs>
              <w:spacing w:before="20" w:after="20" w:line="240" w:lineRule="auto"/>
              <w:ind w:left="369" w:hanging="369"/>
              <w:rPr>
                <w:lang w:val="es-PE"/>
              </w:rPr>
            </w:pPr>
            <w:r w:rsidRPr="00D810F1">
              <w:rPr>
                <w:sz w:val="20"/>
                <w:lang w:val="es-PE"/>
              </w:rPr>
              <w:t>g)</w:t>
            </w:r>
            <w:r w:rsidRPr="00D810F1">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D810F1">
              <w:rPr>
                <w:sz w:val="20"/>
                <w:lang w:val="es-PE"/>
              </w:rPr>
              <w:t xml:space="preserve"> </w:t>
            </w:r>
            <w:r w:rsidRPr="00D810F1">
              <w:rPr>
                <w:sz w:val="20"/>
                <w:lang w:val="es-PE"/>
              </w:rPr>
              <w:t>(CPP) al momento de la postulación.</w:t>
            </w:r>
          </w:p>
        </w:tc>
        <w:tc>
          <w:tcPr>
            <w:tcW w:w="1134" w:type="dxa"/>
            <w:vAlign w:val="center"/>
          </w:tcPr>
          <w:p w14:paraId="4C40FF0C" w14:textId="77777777" w:rsidR="00813EAE" w:rsidRPr="00D810F1" w:rsidRDefault="00813EAE">
            <w:pPr>
              <w:spacing w:before="20" w:after="20" w:line="240" w:lineRule="auto"/>
              <w:rPr>
                <w:lang w:val="es-PE"/>
              </w:rPr>
            </w:pPr>
          </w:p>
        </w:tc>
      </w:tr>
      <w:tr w:rsidR="00813EAE" w:rsidRPr="00EA5834" w14:paraId="50AD2EFA" w14:textId="77777777" w:rsidTr="00BE7F58">
        <w:trPr>
          <w:cantSplit/>
          <w:jc w:val="center"/>
        </w:trPr>
        <w:tc>
          <w:tcPr>
            <w:tcW w:w="7937" w:type="dxa"/>
            <w:vAlign w:val="center"/>
          </w:tcPr>
          <w:p w14:paraId="3913B2AA" w14:textId="77777777" w:rsidR="00813EAE" w:rsidRPr="00D810F1" w:rsidRDefault="002D2F2D">
            <w:pPr>
              <w:tabs>
                <w:tab w:val="left" w:pos="369"/>
              </w:tabs>
              <w:spacing w:before="20" w:after="20" w:line="240" w:lineRule="auto"/>
              <w:ind w:left="369" w:hanging="369"/>
              <w:rPr>
                <w:lang w:val="es-PE"/>
              </w:rPr>
            </w:pPr>
            <w:r w:rsidRPr="00D810F1">
              <w:rPr>
                <w:sz w:val="20"/>
                <w:lang w:val="es-PE"/>
              </w:rPr>
              <w:t>h)</w:t>
            </w:r>
            <w:r w:rsidRPr="00D810F1">
              <w:rPr>
                <w:sz w:val="20"/>
                <w:lang w:val="es-PE"/>
              </w:rPr>
              <w:tab/>
              <w:t>No ha sido beneficiaria del Concurso “Emprendimientos Innovadores” de PROINNÓVATE en cualquiera de sus versiones en generaciones anteriores</w:t>
            </w:r>
            <w:r>
              <w:rPr>
                <w:rStyle w:val="Refdenotaalpie1"/>
              </w:rPr>
              <w:footnoteReference w:id="15"/>
            </w:r>
            <w:r w:rsidRPr="00D810F1">
              <w:rPr>
                <w:sz w:val="20"/>
                <w:lang w:val="es-PE"/>
              </w:rPr>
              <w:t xml:space="preserve"> (desde la 1G hasta la 12G) con la misma idea de negocio o variaciones del mismo. Esto incluye variaciones de nombre del proyecto o la startup y/o variaciones de los miembros del equipo emprendedor. También si ha sido beneficiaria con la misma persona jurídica.</w:t>
            </w:r>
          </w:p>
        </w:tc>
        <w:tc>
          <w:tcPr>
            <w:tcW w:w="1134" w:type="dxa"/>
            <w:vAlign w:val="center"/>
          </w:tcPr>
          <w:p w14:paraId="43B9F9B3" w14:textId="77777777" w:rsidR="00813EAE" w:rsidRPr="00D810F1" w:rsidRDefault="00813EAE">
            <w:pPr>
              <w:spacing w:before="20" w:after="20" w:line="240" w:lineRule="auto"/>
              <w:rPr>
                <w:lang w:val="es-PE"/>
              </w:rPr>
            </w:pPr>
          </w:p>
        </w:tc>
      </w:tr>
      <w:tr w:rsidR="00813EAE" w:rsidRPr="00EA5834" w14:paraId="3F29286C" w14:textId="77777777" w:rsidTr="00BE7F58">
        <w:trPr>
          <w:cantSplit/>
          <w:jc w:val="center"/>
        </w:trPr>
        <w:tc>
          <w:tcPr>
            <w:tcW w:w="7937" w:type="dxa"/>
            <w:vAlign w:val="center"/>
          </w:tcPr>
          <w:p w14:paraId="1EF01CB1" w14:textId="77777777" w:rsidR="00813EAE" w:rsidRPr="00D810F1" w:rsidRDefault="002D2F2D">
            <w:pPr>
              <w:tabs>
                <w:tab w:val="left" w:pos="369"/>
              </w:tabs>
              <w:spacing w:before="20" w:after="20" w:line="240" w:lineRule="auto"/>
              <w:ind w:left="369" w:hanging="369"/>
              <w:rPr>
                <w:lang w:val="es-PE"/>
              </w:rPr>
            </w:pPr>
            <w:r w:rsidRPr="00D810F1">
              <w:rPr>
                <w:sz w:val="20"/>
                <w:lang w:val="es-PE"/>
              </w:rPr>
              <w:t>i)</w:t>
            </w:r>
            <w:r w:rsidRPr="00D810F1">
              <w:rPr>
                <w:sz w:val="20"/>
                <w:lang w:val="es-PE"/>
              </w:rPr>
              <w:tab/>
              <w:t xml:space="preserve">Cumple con la legislación ambiental nacional en lo que le corresponda y que no tenga sanción vigente a la fecha de la postulación (según Resolución </w:t>
            </w:r>
            <w:proofErr w:type="spellStart"/>
            <w:r w:rsidRPr="00D810F1">
              <w:rPr>
                <w:sz w:val="20"/>
                <w:lang w:val="es-PE"/>
              </w:rPr>
              <w:t>N°</w:t>
            </w:r>
            <w:proofErr w:type="spellEnd"/>
            <w:r w:rsidRPr="00D810F1">
              <w:rPr>
                <w:sz w:val="20"/>
                <w:lang w:val="es-PE"/>
              </w:rPr>
              <w:t xml:space="preserve"> 032-2021-OEFA/CD) se verificará en el siguiente enlace: https://publico.oefa.gob.pe/administrados-sancionados/#/</w:t>
            </w:r>
          </w:p>
        </w:tc>
        <w:tc>
          <w:tcPr>
            <w:tcW w:w="1134" w:type="dxa"/>
            <w:vAlign w:val="center"/>
          </w:tcPr>
          <w:p w14:paraId="7C896D0B" w14:textId="77777777" w:rsidR="00813EAE" w:rsidRPr="00D810F1" w:rsidRDefault="00813EAE">
            <w:pPr>
              <w:spacing w:before="20" w:after="20" w:line="240" w:lineRule="auto"/>
              <w:rPr>
                <w:lang w:val="es-PE"/>
              </w:rPr>
            </w:pPr>
          </w:p>
        </w:tc>
      </w:tr>
      <w:tr w:rsidR="00813EAE" w:rsidRPr="00EA5834" w14:paraId="4A0B7BD8" w14:textId="77777777" w:rsidTr="00BE7F58">
        <w:trPr>
          <w:cantSplit/>
          <w:jc w:val="center"/>
        </w:trPr>
        <w:tc>
          <w:tcPr>
            <w:tcW w:w="7937" w:type="dxa"/>
            <w:vAlign w:val="center"/>
          </w:tcPr>
          <w:p w14:paraId="29008097" w14:textId="77777777" w:rsidR="00813EAE" w:rsidRPr="00D810F1" w:rsidRDefault="002D2F2D">
            <w:pPr>
              <w:tabs>
                <w:tab w:val="left" w:pos="369"/>
              </w:tabs>
              <w:spacing w:before="20" w:after="20" w:line="240" w:lineRule="auto"/>
              <w:ind w:left="369" w:hanging="369"/>
              <w:rPr>
                <w:lang w:val="es-PE"/>
              </w:rPr>
            </w:pPr>
            <w:r w:rsidRPr="00D810F1">
              <w:rPr>
                <w:sz w:val="20"/>
                <w:lang w:val="es-PE"/>
              </w:rPr>
              <w:t>j)</w:t>
            </w:r>
            <w:r w:rsidRPr="00D810F1">
              <w:rPr>
                <w:sz w:val="20"/>
                <w:lang w:val="es-PE"/>
              </w:rPr>
              <w:tab/>
              <w:t>No tener en ejecución uno o más convenios/contratos de adjudicación de RNR para la ejecución de un proyecto cofinanciado por PROINNÓVATE a la fecha de cierre de la presente convocatoria.</w:t>
            </w:r>
          </w:p>
        </w:tc>
        <w:tc>
          <w:tcPr>
            <w:tcW w:w="1134" w:type="dxa"/>
            <w:vAlign w:val="center"/>
          </w:tcPr>
          <w:p w14:paraId="1351F407" w14:textId="77777777" w:rsidR="00813EAE" w:rsidRPr="00D810F1" w:rsidRDefault="00813EAE">
            <w:pPr>
              <w:spacing w:before="20" w:after="20" w:line="240" w:lineRule="auto"/>
              <w:rPr>
                <w:lang w:val="es-PE"/>
              </w:rPr>
            </w:pPr>
          </w:p>
        </w:tc>
      </w:tr>
      <w:tr w:rsidR="00813EAE" w:rsidRPr="00EA5834" w14:paraId="7374B82D" w14:textId="77777777" w:rsidTr="00BE7F58">
        <w:trPr>
          <w:cantSplit/>
          <w:jc w:val="center"/>
        </w:trPr>
        <w:tc>
          <w:tcPr>
            <w:tcW w:w="7937" w:type="dxa"/>
            <w:vAlign w:val="center"/>
          </w:tcPr>
          <w:p w14:paraId="359AFC5D" w14:textId="77777777" w:rsidR="00813EAE" w:rsidRPr="00D810F1" w:rsidRDefault="002D2F2D">
            <w:pPr>
              <w:tabs>
                <w:tab w:val="left" w:pos="369"/>
              </w:tabs>
              <w:spacing w:before="20" w:after="20" w:line="240" w:lineRule="auto"/>
              <w:ind w:left="369" w:hanging="369"/>
              <w:rPr>
                <w:lang w:val="es-PE"/>
              </w:rPr>
            </w:pPr>
            <w:r w:rsidRPr="00D810F1">
              <w:rPr>
                <w:sz w:val="20"/>
                <w:lang w:val="es-PE"/>
              </w:rPr>
              <w:t>k)</w:t>
            </w:r>
            <w:r w:rsidRPr="00D810F1">
              <w:rPr>
                <w:sz w:val="20"/>
                <w:lang w:val="es-PE"/>
              </w:rPr>
              <w:tab/>
              <w:t>No presentar deudas coactivas reportadas de seguridad social de los trabajadores ni de otras obligaciones tributarias o no tributarias según SUNAT y en caso, de tenerla cuenta con Resolución que aprueba el fraccionamiento.</w:t>
            </w:r>
          </w:p>
        </w:tc>
        <w:tc>
          <w:tcPr>
            <w:tcW w:w="1134" w:type="dxa"/>
            <w:vAlign w:val="center"/>
          </w:tcPr>
          <w:p w14:paraId="15D04F09" w14:textId="77777777" w:rsidR="00813EAE" w:rsidRPr="00D810F1" w:rsidRDefault="00813EAE">
            <w:pPr>
              <w:spacing w:before="20" w:after="20" w:line="240" w:lineRule="auto"/>
              <w:rPr>
                <w:lang w:val="es-PE"/>
              </w:rPr>
            </w:pPr>
          </w:p>
        </w:tc>
      </w:tr>
      <w:tr w:rsidR="00813EAE" w:rsidRPr="00EA5834" w14:paraId="7E966DB8" w14:textId="77777777" w:rsidTr="00BE7F58">
        <w:trPr>
          <w:cantSplit/>
          <w:jc w:val="center"/>
        </w:trPr>
        <w:tc>
          <w:tcPr>
            <w:tcW w:w="7937" w:type="dxa"/>
            <w:vAlign w:val="center"/>
          </w:tcPr>
          <w:p w14:paraId="5FCA811E" w14:textId="77777777" w:rsidR="00813EAE" w:rsidRPr="00D810F1" w:rsidRDefault="002D2F2D">
            <w:pPr>
              <w:tabs>
                <w:tab w:val="left" w:pos="369"/>
              </w:tabs>
              <w:spacing w:before="20" w:after="20" w:line="240" w:lineRule="auto"/>
              <w:ind w:left="369" w:hanging="369"/>
              <w:rPr>
                <w:lang w:val="es-PE"/>
              </w:rPr>
            </w:pPr>
            <w:r w:rsidRPr="00D810F1">
              <w:rPr>
                <w:sz w:val="20"/>
                <w:lang w:val="es-PE"/>
              </w:rPr>
              <w:t>l)</w:t>
            </w:r>
            <w:r w:rsidRPr="00D810F1">
              <w:rPr>
                <w:sz w:val="20"/>
                <w:lang w:val="es-PE"/>
              </w:rPr>
              <w:tab/>
              <w:t>No estar sometido a ningún procedimiento previsto en la Ley General del Sistema Concursal, ni en cualquier norma que la sustituya, modifique o complemente.</w:t>
            </w:r>
          </w:p>
        </w:tc>
        <w:tc>
          <w:tcPr>
            <w:tcW w:w="1134" w:type="dxa"/>
            <w:vAlign w:val="center"/>
          </w:tcPr>
          <w:p w14:paraId="76C855F4" w14:textId="77777777" w:rsidR="00813EAE" w:rsidRPr="00D810F1" w:rsidRDefault="00813EAE">
            <w:pPr>
              <w:spacing w:before="20" w:after="20" w:line="240" w:lineRule="auto"/>
              <w:rPr>
                <w:lang w:val="es-PE"/>
              </w:rPr>
            </w:pPr>
          </w:p>
        </w:tc>
      </w:tr>
      <w:tr w:rsidR="00813EAE" w:rsidRPr="00EA5834" w14:paraId="17B3D99D" w14:textId="77777777" w:rsidTr="00BE7F58">
        <w:trPr>
          <w:cantSplit/>
          <w:jc w:val="center"/>
        </w:trPr>
        <w:tc>
          <w:tcPr>
            <w:tcW w:w="7937" w:type="dxa"/>
            <w:vAlign w:val="center"/>
          </w:tcPr>
          <w:p w14:paraId="6BFC2440" w14:textId="77777777" w:rsidR="00813EAE" w:rsidRPr="00D810F1" w:rsidRDefault="002D2F2D">
            <w:pPr>
              <w:tabs>
                <w:tab w:val="left" w:pos="369"/>
              </w:tabs>
              <w:spacing w:before="20" w:after="20" w:line="240" w:lineRule="auto"/>
              <w:ind w:left="369" w:hanging="369"/>
              <w:rPr>
                <w:lang w:val="es-PE"/>
              </w:rPr>
            </w:pPr>
            <w:r w:rsidRPr="00D810F1">
              <w:rPr>
                <w:sz w:val="20"/>
                <w:lang w:val="es-PE"/>
              </w:rPr>
              <w:t>m)</w:t>
            </w:r>
            <w:r w:rsidRPr="00D810F1">
              <w:rPr>
                <w:sz w:val="20"/>
                <w:lang w:val="es-PE"/>
              </w:rPr>
              <w:tab/>
              <w:t>No estar sancionado con inhabilitación temporal o definitiva para contratar con el Estado peruano, mientras dure tal sanción.</w:t>
            </w:r>
          </w:p>
        </w:tc>
        <w:tc>
          <w:tcPr>
            <w:tcW w:w="1134" w:type="dxa"/>
            <w:vAlign w:val="center"/>
          </w:tcPr>
          <w:p w14:paraId="4307A78E" w14:textId="77777777" w:rsidR="00813EAE" w:rsidRPr="00D810F1" w:rsidRDefault="00813EAE">
            <w:pPr>
              <w:spacing w:before="20" w:after="20" w:line="240" w:lineRule="auto"/>
              <w:rPr>
                <w:lang w:val="es-PE"/>
              </w:rPr>
            </w:pPr>
          </w:p>
        </w:tc>
      </w:tr>
      <w:tr w:rsidR="00813EAE" w:rsidRPr="00EA5834" w14:paraId="22B3856B" w14:textId="77777777" w:rsidTr="00BE7F58">
        <w:trPr>
          <w:cantSplit/>
          <w:jc w:val="center"/>
        </w:trPr>
        <w:tc>
          <w:tcPr>
            <w:tcW w:w="7937" w:type="dxa"/>
            <w:vAlign w:val="center"/>
          </w:tcPr>
          <w:p w14:paraId="69B02C82" w14:textId="77777777" w:rsidR="00813EAE" w:rsidRPr="00D810F1" w:rsidRDefault="002D2F2D">
            <w:pPr>
              <w:tabs>
                <w:tab w:val="left" w:pos="369"/>
              </w:tabs>
              <w:spacing w:before="20" w:after="20" w:line="240" w:lineRule="auto"/>
              <w:ind w:left="369" w:hanging="369"/>
              <w:rPr>
                <w:lang w:val="es-PE"/>
              </w:rPr>
            </w:pPr>
            <w:r w:rsidRPr="00D810F1">
              <w:rPr>
                <w:sz w:val="20"/>
                <w:lang w:val="es-PE"/>
              </w:rPr>
              <w:lastRenderedPageBreak/>
              <w:t>n)</w:t>
            </w:r>
            <w:r w:rsidRPr="00D810F1">
              <w:rPr>
                <w:sz w:val="20"/>
                <w:lang w:val="es-PE"/>
              </w:rPr>
              <w:tab/>
              <w:t xml:space="preserve">Los accionistas o </w:t>
            </w:r>
            <w:proofErr w:type="spellStart"/>
            <w:r w:rsidRPr="00D810F1">
              <w:rPr>
                <w:sz w:val="20"/>
                <w:lang w:val="es-PE"/>
              </w:rPr>
              <w:t>participacionistas</w:t>
            </w:r>
            <w:proofErr w:type="spellEnd"/>
            <w:r w:rsidRPr="00D810F1">
              <w:rPr>
                <w:sz w:val="20"/>
                <w:lang w:val="es-PE"/>
              </w:rPr>
              <w:t xml:space="preserve"> de las entidades solicitantes no tengan sentencia consentida y/o ejecutoriada por delitos contra la administración pública en agravio del Estado.</w:t>
            </w:r>
          </w:p>
        </w:tc>
        <w:tc>
          <w:tcPr>
            <w:tcW w:w="1134" w:type="dxa"/>
            <w:vAlign w:val="center"/>
          </w:tcPr>
          <w:p w14:paraId="26A85437" w14:textId="77777777" w:rsidR="00813EAE" w:rsidRPr="00D810F1" w:rsidRDefault="00813EAE">
            <w:pPr>
              <w:spacing w:before="20" w:after="20" w:line="240" w:lineRule="auto"/>
              <w:rPr>
                <w:lang w:val="es-PE"/>
              </w:rPr>
            </w:pPr>
          </w:p>
        </w:tc>
      </w:tr>
      <w:tr w:rsidR="00813EAE" w:rsidRPr="00EA5834" w14:paraId="415FAA13" w14:textId="77777777" w:rsidTr="00BE7F58">
        <w:trPr>
          <w:cantSplit/>
          <w:jc w:val="center"/>
        </w:trPr>
        <w:tc>
          <w:tcPr>
            <w:tcW w:w="7937" w:type="dxa"/>
            <w:vAlign w:val="center"/>
          </w:tcPr>
          <w:p w14:paraId="5C121FA1" w14:textId="77777777" w:rsidR="00813EAE" w:rsidRPr="00D810F1" w:rsidRDefault="002D2F2D">
            <w:pPr>
              <w:tabs>
                <w:tab w:val="left" w:pos="369"/>
              </w:tabs>
              <w:spacing w:before="20" w:after="20" w:line="240" w:lineRule="auto"/>
              <w:ind w:left="369" w:hanging="369"/>
              <w:rPr>
                <w:lang w:val="es-PE"/>
              </w:rPr>
            </w:pPr>
            <w:r w:rsidRPr="00D810F1">
              <w:rPr>
                <w:sz w:val="20"/>
                <w:lang w:val="es-PE"/>
              </w:rPr>
              <w:t>o)</w:t>
            </w:r>
            <w:r w:rsidRPr="00D810F1">
              <w:rPr>
                <w:sz w:val="20"/>
                <w:lang w:val="es-PE"/>
              </w:rPr>
              <w:tab/>
              <w:t>No tener proyectos en estado interrumpido o judicializado en PROINNÓVATE (esto dado a incumplimiento contractuales)</w:t>
            </w:r>
          </w:p>
        </w:tc>
        <w:tc>
          <w:tcPr>
            <w:tcW w:w="1134" w:type="dxa"/>
            <w:vAlign w:val="center"/>
          </w:tcPr>
          <w:p w14:paraId="3E544173" w14:textId="77777777" w:rsidR="00813EAE" w:rsidRPr="00D810F1" w:rsidRDefault="00813EAE">
            <w:pPr>
              <w:spacing w:before="20" w:after="20" w:line="240" w:lineRule="auto"/>
              <w:rPr>
                <w:lang w:val="es-PE"/>
              </w:rPr>
            </w:pPr>
          </w:p>
        </w:tc>
      </w:tr>
      <w:tr w:rsidR="00813EAE" w:rsidRPr="00EA5834" w14:paraId="08D57193" w14:textId="77777777" w:rsidTr="00BE7F58">
        <w:trPr>
          <w:cantSplit/>
          <w:jc w:val="center"/>
        </w:trPr>
        <w:tc>
          <w:tcPr>
            <w:tcW w:w="7937" w:type="dxa"/>
            <w:vAlign w:val="center"/>
          </w:tcPr>
          <w:p w14:paraId="0E0C77D1" w14:textId="77777777" w:rsidR="00813EAE" w:rsidRPr="00D810F1" w:rsidRDefault="002D2F2D">
            <w:pPr>
              <w:tabs>
                <w:tab w:val="left" w:pos="369"/>
              </w:tabs>
              <w:spacing w:before="20" w:after="20" w:line="240" w:lineRule="auto"/>
              <w:ind w:left="369" w:hanging="369"/>
              <w:rPr>
                <w:lang w:val="es-PE"/>
              </w:rPr>
            </w:pPr>
            <w:r w:rsidRPr="00D810F1">
              <w:rPr>
                <w:sz w:val="20"/>
                <w:lang w:val="es-PE"/>
              </w:rPr>
              <w:t>p)</w:t>
            </w:r>
            <w:r w:rsidRPr="00D810F1">
              <w:rPr>
                <w:sz w:val="20"/>
                <w:lang w:val="es-PE"/>
              </w:rPr>
              <w:tab/>
              <w:t>Que el representante legal, socios y/o accionistas no sean miembros del equipo técnico de los proyectos de Dinamización de Ecosistemas Regionales de Innovación y Emprendimiento 3.0 de PROINNÓVATE.</w:t>
            </w:r>
          </w:p>
        </w:tc>
        <w:tc>
          <w:tcPr>
            <w:tcW w:w="1134" w:type="dxa"/>
            <w:vAlign w:val="center"/>
          </w:tcPr>
          <w:p w14:paraId="0F5D4965" w14:textId="77777777" w:rsidR="00813EAE" w:rsidRPr="00D810F1" w:rsidRDefault="00813EAE">
            <w:pPr>
              <w:spacing w:before="20" w:after="20" w:line="240" w:lineRule="auto"/>
              <w:rPr>
                <w:lang w:val="es-PE"/>
              </w:rPr>
            </w:pPr>
          </w:p>
        </w:tc>
      </w:tr>
      <w:tr w:rsidR="00813EAE" w:rsidRPr="00EA5834" w14:paraId="34244811" w14:textId="77777777" w:rsidTr="00BE7F58">
        <w:trPr>
          <w:cantSplit/>
          <w:jc w:val="center"/>
        </w:trPr>
        <w:tc>
          <w:tcPr>
            <w:tcW w:w="7937" w:type="dxa"/>
            <w:vAlign w:val="center"/>
          </w:tcPr>
          <w:p w14:paraId="7F72CB9F" w14:textId="77777777" w:rsidR="00813EAE" w:rsidRPr="00D810F1" w:rsidRDefault="002D2F2D">
            <w:pPr>
              <w:tabs>
                <w:tab w:val="left" w:pos="369"/>
              </w:tabs>
              <w:spacing w:before="20" w:after="20" w:line="240" w:lineRule="auto"/>
              <w:ind w:left="369" w:hanging="369"/>
              <w:rPr>
                <w:lang w:val="es-PE"/>
              </w:rPr>
            </w:pPr>
            <w:r w:rsidRPr="00D810F1">
              <w:rPr>
                <w:sz w:val="20"/>
                <w:lang w:val="es-PE"/>
              </w:rPr>
              <w:t>q)</w:t>
            </w:r>
            <w:r w:rsidRPr="00D810F1">
              <w:rPr>
                <w:sz w:val="20"/>
                <w:lang w:val="es-PE"/>
              </w:rPr>
              <w:tab/>
              <w:t>No ha sido beneficiaria del Concurso “STARTUP PERÚ PLUG” en cualquiera de sus versiones en generaciones anteriores (desde la 1G hasta la 4G) y en sus versiones de cambio climático (1G y 2G).</w:t>
            </w:r>
          </w:p>
        </w:tc>
        <w:tc>
          <w:tcPr>
            <w:tcW w:w="1134" w:type="dxa"/>
            <w:vAlign w:val="center"/>
          </w:tcPr>
          <w:p w14:paraId="71FA8DF1" w14:textId="77777777" w:rsidR="00813EAE" w:rsidRPr="00D810F1" w:rsidRDefault="00813EAE">
            <w:pPr>
              <w:spacing w:before="20" w:after="20" w:line="240" w:lineRule="auto"/>
              <w:rPr>
                <w:lang w:val="es-PE"/>
              </w:rPr>
            </w:pPr>
          </w:p>
        </w:tc>
      </w:tr>
      <w:tr w:rsidR="00813EAE" w:rsidRPr="00EA5834" w14:paraId="3395B7AB" w14:textId="77777777" w:rsidTr="00BE7F58">
        <w:trPr>
          <w:cantSplit/>
          <w:jc w:val="center"/>
        </w:trPr>
        <w:tc>
          <w:tcPr>
            <w:tcW w:w="7937" w:type="dxa"/>
            <w:vAlign w:val="center"/>
          </w:tcPr>
          <w:p w14:paraId="6EED9535" w14:textId="77777777" w:rsidR="00813EAE" w:rsidRPr="00D810F1" w:rsidRDefault="002D2F2D">
            <w:pPr>
              <w:spacing w:before="20" w:after="20" w:line="240" w:lineRule="auto"/>
              <w:rPr>
                <w:lang w:val="es-PE"/>
              </w:rPr>
            </w:pPr>
            <w:r w:rsidRPr="00D810F1">
              <w:rPr>
                <w:b/>
                <w:sz w:val="20"/>
                <w:lang w:val="es-PE"/>
              </w:rPr>
              <w:t>El/</w:t>
            </w:r>
            <w:proofErr w:type="gramStart"/>
            <w:r w:rsidRPr="00D810F1">
              <w:rPr>
                <w:b/>
                <w:sz w:val="20"/>
                <w:lang w:val="es-PE"/>
              </w:rPr>
              <w:t>Los representante</w:t>
            </w:r>
            <w:proofErr w:type="gramEnd"/>
            <w:r w:rsidRPr="00D810F1">
              <w:rPr>
                <w:b/>
                <w:sz w:val="20"/>
                <w:lang w:val="es-PE"/>
              </w:rPr>
              <w:t>(s) legal(es) de la empresa joven cumplen con los siguientes requisitos:</w:t>
            </w:r>
          </w:p>
        </w:tc>
        <w:tc>
          <w:tcPr>
            <w:tcW w:w="1134" w:type="dxa"/>
            <w:vAlign w:val="center"/>
          </w:tcPr>
          <w:p w14:paraId="2B81F4B6" w14:textId="77777777" w:rsidR="00813EAE" w:rsidRPr="00D810F1" w:rsidRDefault="00813EAE">
            <w:pPr>
              <w:spacing w:before="20" w:after="20" w:line="240" w:lineRule="auto"/>
              <w:rPr>
                <w:lang w:val="es-PE"/>
              </w:rPr>
            </w:pPr>
          </w:p>
        </w:tc>
      </w:tr>
      <w:tr w:rsidR="00813EAE" w:rsidRPr="00EA5834" w14:paraId="3B3D1622" w14:textId="77777777" w:rsidTr="00BE7F58">
        <w:trPr>
          <w:cantSplit/>
          <w:jc w:val="center"/>
        </w:trPr>
        <w:tc>
          <w:tcPr>
            <w:tcW w:w="7937" w:type="dxa"/>
            <w:vAlign w:val="center"/>
          </w:tcPr>
          <w:p w14:paraId="11B3F4E3"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No estar sancionado con inhabilitación temporal o definitiva para contratar con el Estado peruano, mientras dure tal sanción.</w:t>
            </w:r>
          </w:p>
        </w:tc>
        <w:tc>
          <w:tcPr>
            <w:tcW w:w="1134" w:type="dxa"/>
            <w:vAlign w:val="center"/>
          </w:tcPr>
          <w:p w14:paraId="3FC6732B" w14:textId="77777777" w:rsidR="00813EAE" w:rsidRPr="00D810F1" w:rsidRDefault="00813EAE">
            <w:pPr>
              <w:spacing w:before="20" w:after="20" w:line="240" w:lineRule="auto"/>
              <w:rPr>
                <w:lang w:val="es-PE"/>
              </w:rPr>
            </w:pPr>
          </w:p>
        </w:tc>
      </w:tr>
      <w:tr w:rsidR="00813EAE" w:rsidRPr="00EA5834" w14:paraId="15A821D8" w14:textId="77777777" w:rsidTr="00BE7F58">
        <w:trPr>
          <w:cantSplit/>
          <w:jc w:val="center"/>
        </w:trPr>
        <w:tc>
          <w:tcPr>
            <w:tcW w:w="7937" w:type="dxa"/>
            <w:vAlign w:val="center"/>
          </w:tcPr>
          <w:p w14:paraId="3186E434" w14:textId="77777777" w:rsidR="00813EAE" w:rsidRPr="00D810F1" w:rsidRDefault="002D2F2D">
            <w:pPr>
              <w:tabs>
                <w:tab w:val="left" w:pos="369"/>
              </w:tabs>
              <w:spacing w:before="20" w:after="20" w:line="240" w:lineRule="auto"/>
              <w:ind w:left="369" w:hanging="369"/>
              <w:rPr>
                <w:lang w:val="es-PE"/>
              </w:rPr>
            </w:pPr>
            <w:r w:rsidRPr="00D810F1">
              <w:rPr>
                <w:sz w:val="20"/>
                <w:lang w:val="es-PE"/>
              </w:rPr>
              <w:t>b)</w:t>
            </w:r>
            <w:r w:rsidRPr="00D810F1">
              <w:rPr>
                <w:sz w:val="20"/>
                <w:lang w:val="es-PE"/>
              </w:rPr>
              <w:tab/>
              <w:t>No tener sentencia consentida y/o ejecutoriada por delitos contra la administración pública en agravio del Estado.</w:t>
            </w:r>
          </w:p>
        </w:tc>
        <w:tc>
          <w:tcPr>
            <w:tcW w:w="1134" w:type="dxa"/>
            <w:vAlign w:val="center"/>
          </w:tcPr>
          <w:p w14:paraId="1EED6E2B" w14:textId="77777777" w:rsidR="00813EAE" w:rsidRPr="00D810F1" w:rsidRDefault="00813EAE">
            <w:pPr>
              <w:spacing w:before="20" w:after="20" w:line="240" w:lineRule="auto"/>
              <w:rPr>
                <w:lang w:val="es-PE"/>
              </w:rPr>
            </w:pPr>
          </w:p>
        </w:tc>
      </w:tr>
      <w:tr w:rsidR="00813EAE" w:rsidRPr="00EA5834" w14:paraId="42107D6A" w14:textId="77777777" w:rsidTr="00BE7F58">
        <w:trPr>
          <w:cantSplit/>
          <w:jc w:val="center"/>
        </w:trPr>
        <w:tc>
          <w:tcPr>
            <w:tcW w:w="7937" w:type="dxa"/>
            <w:vAlign w:val="center"/>
          </w:tcPr>
          <w:p w14:paraId="6E27141D"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No tener proyectos en estado interrumpido o judicializado en PROINNÓVATE (esto dado a incumplimiento contractuales).</w:t>
            </w:r>
          </w:p>
        </w:tc>
        <w:tc>
          <w:tcPr>
            <w:tcW w:w="1134" w:type="dxa"/>
            <w:vAlign w:val="center"/>
          </w:tcPr>
          <w:p w14:paraId="6C3B82A9" w14:textId="77777777" w:rsidR="00813EAE" w:rsidRPr="00D810F1" w:rsidRDefault="00813EAE">
            <w:pPr>
              <w:spacing w:before="20" w:after="20" w:line="240" w:lineRule="auto"/>
              <w:rPr>
                <w:lang w:val="es-PE"/>
              </w:rPr>
            </w:pPr>
          </w:p>
        </w:tc>
      </w:tr>
      <w:tr w:rsidR="00813EAE" w:rsidRPr="00EA5834" w14:paraId="161D45AF" w14:textId="77777777" w:rsidTr="00BE7F58">
        <w:trPr>
          <w:cantSplit/>
          <w:jc w:val="center"/>
        </w:trPr>
        <w:tc>
          <w:tcPr>
            <w:tcW w:w="7937" w:type="dxa"/>
            <w:vAlign w:val="center"/>
          </w:tcPr>
          <w:p w14:paraId="0DA81444" w14:textId="77777777" w:rsidR="00813EAE" w:rsidRPr="00D810F1" w:rsidRDefault="002D2F2D">
            <w:pPr>
              <w:spacing w:before="20" w:after="20" w:line="240" w:lineRule="auto"/>
              <w:rPr>
                <w:lang w:val="es-PE"/>
              </w:rPr>
            </w:pPr>
            <w:r w:rsidRPr="00D810F1">
              <w:rPr>
                <w:b/>
                <w:sz w:val="20"/>
                <w:lang w:val="es-PE"/>
              </w:rPr>
              <w:t>El proyecto presentado al concurso cumple con los siguientes requisitos:</w:t>
            </w:r>
          </w:p>
        </w:tc>
        <w:tc>
          <w:tcPr>
            <w:tcW w:w="1134" w:type="dxa"/>
            <w:vAlign w:val="center"/>
          </w:tcPr>
          <w:p w14:paraId="041E367F" w14:textId="77777777" w:rsidR="00813EAE" w:rsidRPr="00D810F1" w:rsidRDefault="00813EAE">
            <w:pPr>
              <w:spacing w:before="20" w:after="20" w:line="240" w:lineRule="auto"/>
              <w:rPr>
                <w:lang w:val="es-PE"/>
              </w:rPr>
            </w:pPr>
          </w:p>
        </w:tc>
      </w:tr>
      <w:tr w:rsidR="00813EAE" w:rsidRPr="00EA5834" w14:paraId="7DDE4DCD" w14:textId="77777777" w:rsidTr="00BE7F58">
        <w:trPr>
          <w:cantSplit/>
          <w:jc w:val="center"/>
        </w:trPr>
        <w:tc>
          <w:tcPr>
            <w:tcW w:w="7937" w:type="dxa"/>
            <w:vAlign w:val="center"/>
          </w:tcPr>
          <w:p w14:paraId="7C07101B"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3601CB3A" w14:textId="77777777" w:rsidR="00813EAE" w:rsidRPr="00D810F1" w:rsidRDefault="00813EAE">
            <w:pPr>
              <w:spacing w:before="20" w:after="20" w:line="240" w:lineRule="auto"/>
              <w:rPr>
                <w:lang w:val="es-PE"/>
              </w:rPr>
            </w:pPr>
          </w:p>
        </w:tc>
      </w:tr>
      <w:tr w:rsidR="00813EAE" w:rsidRPr="00EA5834" w14:paraId="77D3BF6F" w14:textId="77777777" w:rsidTr="00BE7F58">
        <w:trPr>
          <w:cantSplit/>
          <w:jc w:val="center"/>
        </w:trPr>
        <w:tc>
          <w:tcPr>
            <w:tcW w:w="7937" w:type="dxa"/>
            <w:vAlign w:val="center"/>
          </w:tcPr>
          <w:p w14:paraId="545BBA97" w14:textId="77777777" w:rsidR="00813EAE" w:rsidRPr="00D810F1" w:rsidRDefault="002D2F2D">
            <w:pPr>
              <w:tabs>
                <w:tab w:val="left" w:pos="369"/>
              </w:tabs>
              <w:spacing w:before="20" w:after="20" w:line="240" w:lineRule="auto"/>
              <w:ind w:left="369" w:hanging="369"/>
              <w:rPr>
                <w:lang w:val="es-PE"/>
              </w:rPr>
            </w:pPr>
            <w:r w:rsidRPr="00D810F1">
              <w:rPr>
                <w:sz w:val="20"/>
                <w:lang w:val="es-PE"/>
              </w:rPr>
              <w:t>b)</w:t>
            </w:r>
            <w:r w:rsidRPr="00D810F1">
              <w:rPr>
                <w:sz w:val="20"/>
                <w:lang w:val="es-PE"/>
              </w:rPr>
              <w:tab/>
              <w:t>Que la información consignada en el proyecto presentado a PROINNÓVATE es veraz.</w:t>
            </w:r>
          </w:p>
        </w:tc>
        <w:tc>
          <w:tcPr>
            <w:tcW w:w="1134" w:type="dxa"/>
            <w:vAlign w:val="center"/>
          </w:tcPr>
          <w:p w14:paraId="5E121C47" w14:textId="77777777" w:rsidR="00813EAE" w:rsidRPr="00D810F1" w:rsidRDefault="00813EAE">
            <w:pPr>
              <w:spacing w:before="20" w:after="20" w:line="240" w:lineRule="auto"/>
              <w:rPr>
                <w:lang w:val="es-PE"/>
              </w:rPr>
            </w:pPr>
          </w:p>
        </w:tc>
      </w:tr>
      <w:tr w:rsidR="00813EAE" w:rsidRPr="00EA5834" w14:paraId="321E26A4" w14:textId="77777777" w:rsidTr="00BE7F58">
        <w:trPr>
          <w:cantSplit/>
          <w:jc w:val="center"/>
        </w:trPr>
        <w:tc>
          <w:tcPr>
            <w:tcW w:w="7937" w:type="dxa"/>
            <w:vAlign w:val="center"/>
          </w:tcPr>
          <w:p w14:paraId="1163F7E5"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Que el proyecto que se postula no es cofinanciado por recursos provenientes de otros fondos del estado.</w:t>
            </w:r>
          </w:p>
        </w:tc>
        <w:tc>
          <w:tcPr>
            <w:tcW w:w="1134" w:type="dxa"/>
            <w:vAlign w:val="center"/>
          </w:tcPr>
          <w:p w14:paraId="4329B554" w14:textId="77777777" w:rsidR="00813EAE" w:rsidRPr="00D810F1" w:rsidRDefault="00813EAE">
            <w:pPr>
              <w:spacing w:before="20" w:after="20" w:line="240" w:lineRule="auto"/>
              <w:rPr>
                <w:lang w:val="es-PE"/>
              </w:rPr>
            </w:pPr>
          </w:p>
        </w:tc>
      </w:tr>
      <w:tr w:rsidR="00BE7F58" w:rsidRPr="00EA5834" w14:paraId="437377F3" w14:textId="77777777" w:rsidTr="00BE7F58">
        <w:trPr>
          <w:cantSplit/>
          <w:jc w:val="center"/>
        </w:trPr>
        <w:tc>
          <w:tcPr>
            <w:tcW w:w="7937" w:type="dxa"/>
            <w:vAlign w:val="center"/>
          </w:tcPr>
          <w:p w14:paraId="5823DB52" w14:textId="10C028C1" w:rsidR="00BE7F58" w:rsidRPr="00D810F1" w:rsidRDefault="00BE7F58">
            <w:pPr>
              <w:tabs>
                <w:tab w:val="left" w:pos="369"/>
              </w:tabs>
              <w:spacing w:before="20" w:after="20" w:line="240" w:lineRule="auto"/>
              <w:ind w:left="369" w:hanging="369"/>
              <w:rPr>
                <w:sz w:val="20"/>
                <w:lang w:val="es-PE"/>
              </w:rPr>
            </w:pPr>
            <w:r w:rsidRPr="005F2851">
              <w:rPr>
                <w:sz w:val="20"/>
                <w:lang w:val="es-PE"/>
              </w:rPr>
              <w:t>d)</w:t>
            </w:r>
            <w:r w:rsidRPr="005F2851">
              <w:rPr>
                <w:sz w:val="20"/>
                <w:lang w:val="es-PE"/>
              </w:rPr>
              <w:tab/>
            </w:r>
            <w:r w:rsidRPr="005364B9">
              <w:rPr>
                <w:sz w:val="20"/>
                <w:lang w:val="es-PE"/>
              </w:rPr>
              <w:t xml:space="preserve">Que el proyecto que se postula en la presente convocatoria no es presentado en ninguno de los otros concursos regionales vigentes (convocados por la región </w:t>
            </w:r>
            <w:r>
              <w:rPr>
                <w:sz w:val="20"/>
                <w:lang w:val="es-PE"/>
              </w:rPr>
              <w:t>La Libertad</w:t>
            </w:r>
            <w:r w:rsidRPr="005364B9">
              <w:rPr>
                <w:sz w:val="20"/>
                <w:lang w:val="es-PE"/>
              </w:rPr>
              <w:t xml:space="preserve"> y/o las otras regiones)</w:t>
            </w:r>
          </w:p>
        </w:tc>
        <w:tc>
          <w:tcPr>
            <w:tcW w:w="1134" w:type="dxa"/>
            <w:vAlign w:val="center"/>
          </w:tcPr>
          <w:p w14:paraId="72A1C79B" w14:textId="77777777" w:rsidR="00BE7F58" w:rsidRPr="00D810F1" w:rsidRDefault="00BE7F58">
            <w:pPr>
              <w:spacing w:before="20" w:after="20" w:line="240" w:lineRule="auto"/>
              <w:rPr>
                <w:lang w:val="es-PE"/>
              </w:rPr>
            </w:pPr>
          </w:p>
        </w:tc>
      </w:tr>
      <w:tr w:rsidR="00813EAE" w:rsidRPr="00EA5834" w14:paraId="01B37D63" w14:textId="77777777" w:rsidTr="00BE7F58">
        <w:trPr>
          <w:cantSplit/>
          <w:jc w:val="center"/>
        </w:trPr>
        <w:tc>
          <w:tcPr>
            <w:tcW w:w="7937" w:type="dxa"/>
            <w:vAlign w:val="center"/>
          </w:tcPr>
          <w:p w14:paraId="49BD3439" w14:textId="3B194A74" w:rsidR="00813EAE" w:rsidRPr="00D810F1" w:rsidRDefault="00BE7F58">
            <w:pPr>
              <w:tabs>
                <w:tab w:val="left" w:pos="369"/>
              </w:tabs>
              <w:spacing w:before="20" w:after="20" w:line="240" w:lineRule="auto"/>
              <w:ind w:left="369" w:hanging="369"/>
              <w:rPr>
                <w:lang w:val="es-PE"/>
              </w:rPr>
            </w:pPr>
            <w:r>
              <w:rPr>
                <w:sz w:val="20"/>
                <w:lang w:val="es-PE"/>
              </w:rPr>
              <w:t>e</w:t>
            </w:r>
            <w:r w:rsidR="002D2F2D" w:rsidRPr="00D810F1">
              <w:rPr>
                <w:sz w:val="20"/>
                <w:lang w:val="es-PE"/>
              </w:rPr>
              <w:t>)</w:t>
            </w:r>
            <w:r w:rsidR="002D2F2D" w:rsidRPr="00D810F1">
              <w:rPr>
                <w:sz w:val="20"/>
                <w:lang w:val="es-PE"/>
              </w:rPr>
              <w:tab/>
              <w:t>Que el proyecto no está relacionado con armas, juegos de azar, actividades ilegales, prohibidas o innecesarias para el logro de los resultados del proyecto.</w:t>
            </w:r>
          </w:p>
        </w:tc>
        <w:tc>
          <w:tcPr>
            <w:tcW w:w="1134" w:type="dxa"/>
            <w:vAlign w:val="center"/>
          </w:tcPr>
          <w:p w14:paraId="7A8955F4" w14:textId="77777777" w:rsidR="00813EAE" w:rsidRPr="00D810F1" w:rsidRDefault="00813EAE">
            <w:pPr>
              <w:spacing w:before="20" w:after="20" w:line="240" w:lineRule="auto"/>
              <w:rPr>
                <w:lang w:val="es-PE"/>
              </w:rPr>
            </w:pPr>
          </w:p>
        </w:tc>
      </w:tr>
      <w:tr w:rsidR="00813EAE" w:rsidRPr="00EA5834" w14:paraId="6ED5F4F0" w14:textId="77777777" w:rsidTr="00BE7F58">
        <w:trPr>
          <w:cantSplit/>
          <w:jc w:val="center"/>
        </w:trPr>
        <w:tc>
          <w:tcPr>
            <w:tcW w:w="7937" w:type="dxa"/>
            <w:vAlign w:val="center"/>
          </w:tcPr>
          <w:p w14:paraId="5DDDE94C" w14:textId="3A787757" w:rsidR="00813EAE" w:rsidRPr="00D810F1" w:rsidRDefault="00BE7F58">
            <w:pPr>
              <w:tabs>
                <w:tab w:val="left" w:pos="369"/>
              </w:tabs>
              <w:spacing w:before="20" w:after="20" w:line="240" w:lineRule="auto"/>
              <w:ind w:left="369" w:hanging="369"/>
              <w:rPr>
                <w:lang w:val="es-PE"/>
              </w:rPr>
            </w:pPr>
            <w:r>
              <w:rPr>
                <w:sz w:val="20"/>
                <w:lang w:val="es-PE"/>
              </w:rPr>
              <w:t>f</w:t>
            </w:r>
            <w:r w:rsidR="002D2F2D" w:rsidRPr="00D810F1">
              <w:rPr>
                <w:sz w:val="20"/>
                <w:lang w:val="es-PE"/>
              </w:rPr>
              <w:t>)</w:t>
            </w:r>
            <w:r w:rsidR="002D2F2D" w:rsidRPr="00D810F1">
              <w:rPr>
                <w:sz w:val="20"/>
                <w:lang w:val="es-PE"/>
              </w:rPr>
              <w:tab/>
              <w:t>Que el proyecto cumpla con la normativa ambiental vigente, en lo que le corresponda</w:t>
            </w:r>
            <w:r w:rsidR="002D2F2D">
              <w:rPr>
                <w:rStyle w:val="Refdenotaalpie1"/>
              </w:rPr>
              <w:footnoteReference w:id="16"/>
            </w:r>
            <w:r w:rsidR="002D2F2D" w:rsidRPr="00D810F1">
              <w:rPr>
                <w:sz w:val="20"/>
                <w:lang w:val="es-PE"/>
              </w:rPr>
              <w:t>.</w:t>
            </w:r>
          </w:p>
        </w:tc>
        <w:tc>
          <w:tcPr>
            <w:tcW w:w="1134" w:type="dxa"/>
            <w:vAlign w:val="center"/>
          </w:tcPr>
          <w:p w14:paraId="254BFA81" w14:textId="77777777" w:rsidR="00813EAE" w:rsidRPr="00D810F1" w:rsidRDefault="00813EAE">
            <w:pPr>
              <w:spacing w:before="20" w:after="20" w:line="240" w:lineRule="auto"/>
              <w:rPr>
                <w:lang w:val="es-PE"/>
              </w:rPr>
            </w:pPr>
          </w:p>
        </w:tc>
      </w:tr>
      <w:tr w:rsidR="00813EAE" w:rsidRPr="00EA5834" w14:paraId="2F798F27" w14:textId="77777777" w:rsidTr="00BE7F58">
        <w:trPr>
          <w:cantSplit/>
          <w:jc w:val="center"/>
        </w:trPr>
        <w:tc>
          <w:tcPr>
            <w:tcW w:w="7937" w:type="dxa"/>
            <w:vAlign w:val="center"/>
          </w:tcPr>
          <w:p w14:paraId="21227F5E" w14:textId="48065B52" w:rsidR="00813EAE" w:rsidRPr="00D810F1" w:rsidRDefault="00BE7F58">
            <w:pPr>
              <w:tabs>
                <w:tab w:val="left" w:pos="369"/>
              </w:tabs>
              <w:spacing w:before="20" w:after="20" w:line="240" w:lineRule="auto"/>
              <w:ind w:left="369" w:hanging="369"/>
              <w:rPr>
                <w:lang w:val="es-PE"/>
              </w:rPr>
            </w:pPr>
            <w:r>
              <w:rPr>
                <w:sz w:val="20"/>
                <w:lang w:val="es-PE"/>
              </w:rPr>
              <w:t>g</w:t>
            </w:r>
            <w:r w:rsidR="002D2F2D" w:rsidRPr="00D810F1">
              <w:rPr>
                <w:sz w:val="20"/>
                <w:lang w:val="es-PE"/>
              </w:rPr>
              <w:t>)</w:t>
            </w:r>
            <w:r w:rsidR="002D2F2D" w:rsidRPr="00D810F1">
              <w:rPr>
                <w:sz w:val="20"/>
                <w:lang w:val="es-PE"/>
              </w:rPr>
              <w:tab/>
              <w:t>Que el proyecto este orientado a los sectores priorizados por la región</w:t>
            </w:r>
            <w:r w:rsidR="002D2F2D">
              <w:rPr>
                <w:rStyle w:val="Refdenotaalpie1"/>
              </w:rPr>
              <w:footnoteReference w:id="17"/>
            </w:r>
            <w:r w:rsidR="002D2F2D" w:rsidRPr="00D810F1">
              <w:rPr>
                <w:sz w:val="20"/>
                <w:lang w:val="es-PE"/>
              </w:rPr>
              <w:t>: (i)</w:t>
            </w:r>
            <w:proofErr w:type="spellStart"/>
            <w:r w:rsidR="002D2F2D" w:rsidRPr="00D810F1">
              <w:rPr>
                <w:sz w:val="20"/>
                <w:lang w:val="es-PE"/>
              </w:rPr>
              <w:t>Agro</w:t>
            </w:r>
            <w:r w:rsidR="007A0FCE">
              <w:rPr>
                <w:sz w:val="20"/>
                <w:lang w:val="es-PE"/>
              </w:rPr>
              <w:t>alimentos</w:t>
            </w:r>
            <w:proofErr w:type="spellEnd"/>
            <w:r w:rsidR="002D2F2D" w:rsidRPr="00D810F1">
              <w:rPr>
                <w:sz w:val="20"/>
                <w:lang w:val="es-PE"/>
              </w:rPr>
              <w:t>, (</w:t>
            </w:r>
            <w:proofErr w:type="spellStart"/>
            <w:r w:rsidR="002D2F2D" w:rsidRPr="00D810F1">
              <w:rPr>
                <w:sz w:val="20"/>
                <w:lang w:val="es-PE"/>
              </w:rPr>
              <w:t>ii</w:t>
            </w:r>
            <w:proofErr w:type="spellEnd"/>
            <w:r w:rsidR="002D2F2D" w:rsidRPr="00D810F1">
              <w:rPr>
                <w:sz w:val="20"/>
                <w:lang w:val="es-PE"/>
              </w:rPr>
              <w:t>)Minería, (</w:t>
            </w:r>
            <w:proofErr w:type="spellStart"/>
            <w:r w:rsidR="002D2F2D" w:rsidRPr="00D810F1">
              <w:rPr>
                <w:sz w:val="20"/>
                <w:lang w:val="es-PE"/>
              </w:rPr>
              <w:t>iii</w:t>
            </w:r>
            <w:proofErr w:type="spellEnd"/>
            <w:r w:rsidR="002D2F2D" w:rsidRPr="00D810F1">
              <w:rPr>
                <w:sz w:val="20"/>
                <w:lang w:val="es-PE"/>
              </w:rPr>
              <w:t>) Metal mecánica, (</w:t>
            </w:r>
            <w:proofErr w:type="spellStart"/>
            <w:r w:rsidR="002D2F2D" w:rsidRPr="00D810F1">
              <w:rPr>
                <w:sz w:val="20"/>
                <w:lang w:val="es-PE"/>
              </w:rPr>
              <w:t>iv</w:t>
            </w:r>
            <w:proofErr w:type="spellEnd"/>
            <w:r w:rsidR="002D2F2D" w:rsidRPr="00D810F1">
              <w:rPr>
                <w:sz w:val="20"/>
                <w:lang w:val="es-PE"/>
              </w:rPr>
              <w:t>) Cuero y Calzado, (v)Turismo. Adicionalmente, se podrá incorporar el sector priorizado por la región</w:t>
            </w:r>
            <w:r w:rsidR="002D2F2D">
              <w:rPr>
                <w:rStyle w:val="Refdenotaalpie1"/>
              </w:rPr>
              <w:footnoteReference w:id="18"/>
            </w:r>
            <w:r w:rsidR="002D2F2D" w:rsidRPr="00D810F1">
              <w:rPr>
                <w:sz w:val="20"/>
                <w:lang w:val="es-PE"/>
              </w:rPr>
              <w:t>: i) Tecnologías de la Información y Comunicaciones (</w:t>
            </w:r>
            <w:proofErr w:type="spellStart"/>
            <w:r w:rsidR="002D2F2D" w:rsidRPr="00D810F1">
              <w:rPr>
                <w:sz w:val="20"/>
                <w:lang w:val="es-PE"/>
              </w:rPr>
              <w:t>TICs</w:t>
            </w:r>
            <w:proofErr w:type="spellEnd"/>
            <w:r w:rsidR="002D2F2D" w:rsidRPr="00D810F1">
              <w:rPr>
                <w:sz w:val="20"/>
                <w:lang w:val="es-PE"/>
              </w:rPr>
              <w:t>), contribuyendo a mejorar su productividad, competitividad o sostenibilidad.</w:t>
            </w:r>
          </w:p>
        </w:tc>
        <w:tc>
          <w:tcPr>
            <w:tcW w:w="1134" w:type="dxa"/>
            <w:vAlign w:val="center"/>
          </w:tcPr>
          <w:p w14:paraId="437D0D71" w14:textId="77777777" w:rsidR="00813EAE" w:rsidRPr="00D810F1" w:rsidRDefault="00813EAE">
            <w:pPr>
              <w:spacing w:before="20" w:after="20" w:line="240" w:lineRule="auto"/>
              <w:rPr>
                <w:lang w:val="es-PE"/>
              </w:rPr>
            </w:pPr>
          </w:p>
        </w:tc>
      </w:tr>
      <w:tr w:rsidR="00813EAE" w:rsidRPr="00EA5834" w14:paraId="37B658F2" w14:textId="77777777" w:rsidTr="00BE7F58">
        <w:trPr>
          <w:cantSplit/>
          <w:jc w:val="center"/>
        </w:trPr>
        <w:tc>
          <w:tcPr>
            <w:tcW w:w="7937" w:type="dxa"/>
            <w:vAlign w:val="center"/>
          </w:tcPr>
          <w:p w14:paraId="6575A29B" w14:textId="11311601" w:rsidR="00813EAE" w:rsidRPr="00D810F1" w:rsidRDefault="00BE7F58">
            <w:pPr>
              <w:tabs>
                <w:tab w:val="left" w:pos="369"/>
              </w:tabs>
              <w:spacing w:before="20" w:after="20" w:line="240" w:lineRule="auto"/>
              <w:ind w:left="369" w:hanging="369"/>
              <w:rPr>
                <w:lang w:val="es-PE"/>
              </w:rPr>
            </w:pPr>
            <w:r>
              <w:rPr>
                <w:sz w:val="20"/>
                <w:lang w:val="es-PE"/>
              </w:rPr>
              <w:lastRenderedPageBreak/>
              <w:t>h</w:t>
            </w:r>
            <w:r w:rsidR="002D2F2D" w:rsidRPr="00D810F1">
              <w:rPr>
                <w:sz w:val="20"/>
                <w:lang w:val="es-PE"/>
              </w:rPr>
              <w:t>)</w:t>
            </w:r>
            <w:r w:rsidR="002D2F2D" w:rsidRPr="00D810F1">
              <w:rPr>
                <w:sz w:val="20"/>
                <w:lang w:val="es-PE"/>
              </w:rPr>
              <w:tab/>
              <w:t>Los miembros del Equipo emprendedor del startup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6CEC1389" w14:textId="77777777" w:rsidR="00813EAE" w:rsidRPr="00D810F1" w:rsidRDefault="00813EAE">
            <w:pPr>
              <w:spacing w:before="20" w:after="20" w:line="240" w:lineRule="auto"/>
              <w:rPr>
                <w:lang w:val="es-PE"/>
              </w:rPr>
            </w:pPr>
          </w:p>
        </w:tc>
      </w:tr>
      <w:tr w:rsidR="00813EAE" w:rsidRPr="00EA5834" w14:paraId="3B4D3CBE" w14:textId="77777777" w:rsidTr="00BE7F58">
        <w:trPr>
          <w:cantSplit/>
          <w:jc w:val="center"/>
        </w:trPr>
        <w:tc>
          <w:tcPr>
            <w:tcW w:w="7937" w:type="dxa"/>
            <w:vAlign w:val="center"/>
          </w:tcPr>
          <w:p w14:paraId="697EFE39" w14:textId="0003CBB1" w:rsidR="00813EAE" w:rsidRPr="00D810F1" w:rsidRDefault="00BE7F58">
            <w:pPr>
              <w:tabs>
                <w:tab w:val="left" w:pos="369"/>
              </w:tabs>
              <w:spacing w:before="20" w:after="20" w:line="240" w:lineRule="auto"/>
              <w:ind w:left="369" w:hanging="369"/>
              <w:rPr>
                <w:lang w:val="es-PE"/>
              </w:rPr>
            </w:pPr>
            <w:r>
              <w:rPr>
                <w:sz w:val="20"/>
                <w:lang w:val="es-PE"/>
              </w:rPr>
              <w:t>i</w:t>
            </w:r>
            <w:r w:rsidR="002D2F2D" w:rsidRPr="00D810F1">
              <w:rPr>
                <w:sz w:val="20"/>
                <w:lang w:val="es-PE"/>
              </w:rPr>
              <w:t>)</w:t>
            </w:r>
            <w:r w:rsidR="002D2F2D" w:rsidRPr="00D810F1">
              <w:rPr>
                <w:sz w:val="20"/>
                <w:lang w:val="es-PE"/>
              </w:rPr>
              <w:tab/>
              <w:t xml:space="preserve">Los miembros del Equipo emprendedor </w:t>
            </w:r>
            <w:proofErr w:type="gramStart"/>
            <w:r w:rsidR="002D2F2D" w:rsidRPr="00D810F1">
              <w:rPr>
                <w:sz w:val="20"/>
                <w:lang w:val="es-PE"/>
              </w:rPr>
              <w:t>de la startup</w:t>
            </w:r>
            <w:proofErr w:type="gramEnd"/>
            <w:r w:rsidR="002D2F2D" w:rsidRPr="00D810F1">
              <w:rPr>
                <w:sz w:val="20"/>
                <w:lang w:val="es-PE"/>
              </w:rPr>
              <w:t>; así como los socios, apoderados y representantes legales de la empresa joven, no deben tener relación contractual, consanguinidad y/o afinidad con las personas con vínculo laboral y/o contractual de PROINNÓVATE o de Cámara de Comercio y Producción de La Libertad hasta el cuarto grado de consanguinidad y/o afinidad por razones de matrimonio, unión de hecho o convivencia.</w:t>
            </w:r>
          </w:p>
        </w:tc>
        <w:tc>
          <w:tcPr>
            <w:tcW w:w="1134" w:type="dxa"/>
            <w:vAlign w:val="center"/>
          </w:tcPr>
          <w:p w14:paraId="47EBC765" w14:textId="77777777" w:rsidR="00813EAE" w:rsidRPr="00D810F1" w:rsidRDefault="00813EAE">
            <w:pPr>
              <w:spacing w:before="20" w:after="20" w:line="240" w:lineRule="auto"/>
              <w:rPr>
                <w:lang w:val="es-PE"/>
              </w:rPr>
            </w:pPr>
          </w:p>
        </w:tc>
      </w:tr>
      <w:tr w:rsidR="00813EAE" w:rsidRPr="00EA5834" w14:paraId="58BCC40F" w14:textId="77777777" w:rsidTr="00BE7F58">
        <w:trPr>
          <w:cantSplit/>
          <w:jc w:val="center"/>
        </w:trPr>
        <w:tc>
          <w:tcPr>
            <w:tcW w:w="7937" w:type="dxa"/>
            <w:vAlign w:val="center"/>
          </w:tcPr>
          <w:p w14:paraId="1D2010B4" w14:textId="77777777" w:rsidR="00813EAE" w:rsidRPr="00D810F1" w:rsidRDefault="002D2F2D">
            <w:pPr>
              <w:spacing w:before="20" w:after="20" w:line="240" w:lineRule="auto"/>
              <w:rPr>
                <w:lang w:val="es-PE"/>
              </w:rPr>
            </w:pPr>
            <w:r w:rsidRPr="00D810F1">
              <w:rPr>
                <w:b/>
                <w:sz w:val="20"/>
                <w:lang w:val="es-PE"/>
              </w:rPr>
              <w:t>El Equipo Emprendedor y la Empresa Joven asume los siguientes compromisos:</w:t>
            </w:r>
          </w:p>
        </w:tc>
        <w:tc>
          <w:tcPr>
            <w:tcW w:w="1134" w:type="dxa"/>
            <w:vAlign w:val="center"/>
          </w:tcPr>
          <w:p w14:paraId="722D8E66" w14:textId="77777777" w:rsidR="00813EAE" w:rsidRPr="00D810F1" w:rsidRDefault="00813EAE">
            <w:pPr>
              <w:spacing w:before="20" w:after="20" w:line="240" w:lineRule="auto"/>
              <w:rPr>
                <w:lang w:val="es-PE"/>
              </w:rPr>
            </w:pPr>
          </w:p>
        </w:tc>
      </w:tr>
      <w:tr w:rsidR="00813EAE" w:rsidRPr="00EA5834" w14:paraId="0E796E4A" w14:textId="77777777" w:rsidTr="00BE7F58">
        <w:trPr>
          <w:cantSplit/>
          <w:jc w:val="center"/>
        </w:trPr>
        <w:tc>
          <w:tcPr>
            <w:tcW w:w="7937" w:type="dxa"/>
            <w:vAlign w:val="center"/>
          </w:tcPr>
          <w:p w14:paraId="5CBA4798" w14:textId="77777777" w:rsidR="00813EAE" w:rsidRPr="00D810F1" w:rsidRDefault="002D2F2D">
            <w:pPr>
              <w:tabs>
                <w:tab w:val="left" w:pos="369"/>
              </w:tabs>
              <w:spacing w:before="20" w:after="20" w:line="240" w:lineRule="auto"/>
              <w:ind w:left="369" w:hanging="369"/>
              <w:rPr>
                <w:lang w:val="es-PE"/>
              </w:rPr>
            </w:pPr>
            <w:r w:rsidRPr="00D810F1">
              <w:rPr>
                <w:sz w:val="20"/>
                <w:lang w:val="es-PE"/>
              </w:rPr>
              <w:t>a)</w:t>
            </w:r>
            <w:r w:rsidRPr="00D810F1">
              <w:rPr>
                <w:sz w:val="20"/>
                <w:lang w:val="es-PE"/>
              </w:rPr>
              <w:tab/>
              <w:t xml:space="preserve">Por lo menos 1 miembro del equipo emprendedor se dedicará al 100% al proyecto (40 horas a la semana). Los demás miembros deben tener una disponibilidad de al menos 20%. </w:t>
            </w:r>
          </w:p>
        </w:tc>
        <w:tc>
          <w:tcPr>
            <w:tcW w:w="1134" w:type="dxa"/>
            <w:vAlign w:val="center"/>
          </w:tcPr>
          <w:p w14:paraId="71596B61" w14:textId="77777777" w:rsidR="00813EAE" w:rsidRPr="00D810F1" w:rsidRDefault="00813EAE">
            <w:pPr>
              <w:spacing w:before="20" w:after="20" w:line="240" w:lineRule="auto"/>
              <w:rPr>
                <w:lang w:val="es-PE"/>
              </w:rPr>
            </w:pPr>
          </w:p>
        </w:tc>
      </w:tr>
      <w:tr w:rsidR="00813EAE" w:rsidRPr="00EA5834" w14:paraId="48CE6783" w14:textId="77777777" w:rsidTr="00BE7F58">
        <w:trPr>
          <w:cantSplit/>
          <w:jc w:val="center"/>
        </w:trPr>
        <w:tc>
          <w:tcPr>
            <w:tcW w:w="7937" w:type="dxa"/>
            <w:vAlign w:val="center"/>
          </w:tcPr>
          <w:p w14:paraId="6388BEB5" w14:textId="77777777" w:rsidR="00813EAE" w:rsidRPr="00D810F1" w:rsidRDefault="002D2F2D">
            <w:pPr>
              <w:tabs>
                <w:tab w:val="left" w:pos="369"/>
              </w:tabs>
              <w:spacing w:before="20" w:after="20" w:line="240" w:lineRule="auto"/>
              <w:ind w:left="369" w:hanging="369"/>
              <w:rPr>
                <w:lang w:val="es-PE"/>
              </w:rPr>
            </w:pPr>
            <w:r w:rsidRPr="00D810F1">
              <w:rPr>
                <w:sz w:val="20"/>
                <w:lang w:val="es-PE"/>
              </w:rPr>
              <w:t>b)</w:t>
            </w:r>
            <w:r w:rsidRPr="00D810F1">
              <w:rPr>
                <w:sz w:val="20"/>
                <w:lang w:val="es-PE"/>
              </w:rPr>
              <w:tab/>
              <w:t>Cumpliremos con prácticas empresariales responsables y éticas para el desarrollo de la propuesta.</w:t>
            </w:r>
          </w:p>
        </w:tc>
        <w:tc>
          <w:tcPr>
            <w:tcW w:w="1134" w:type="dxa"/>
            <w:vAlign w:val="center"/>
          </w:tcPr>
          <w:p w14:paraId="10091DF1" w14:textId="77777777" w:rsidR="00813EAE" w:rsidRPr="00D810F1" w:rsidRDefault="00813EAE">
            <w:pPr>
              <w:spacing w:before="20" w:after="20" w:line="240" w:lineRule="auto"/>
              <w:rPr>
                <w:lang w:val="es-PE"/>
              </w:rPr>
            </w:pPr>
          </w:p>
        </w:tc>
      </w:tr>
      <w:tr w:rsidR="00813EAE" w:rsidRPr="00EA5834" w14:paraId="51F7DA3C" w14:textId="77777777" w:rsidTr="00BE7F58">
        <w:trPr>
          <w:cantSplit/>
          <w:jc w:val="center"/>
        </w:trPr>
        <w:tc>
          <w:tcPr>
            <w:tcW w:w="7937" w:type="dxa"/>
            <w:vAlign w:val="center"/>
          </w:tcPr>
          <w:p w14:paraId="3165F8F0" w14:textId="77777777" w:rsidR="00813EAE" w:rsidRPr="00D810F1" w:rsidRDefault="002D2F2D">
            <w:pPr>
              <w:tabs>
                <w:tab w:val="left" w:pos="369"/>
              </w:tabs>
              <w:spacing w:before="20" w:after="20" w:line="240" w:lineRule="auto"/>
              <w:ind w:left="369" w:hanging="369"/>
              <w:rPr>
                <w:lang w:val="es-PE"/>
              </w:rPr>
            </w:pPr>
            <w:r w:rsidRPr="00D810F1">
              <w:rPr>
                <w:sz w:val="20"/>
                <w:lang w:val="es-PE"/>
              </w:rPr>
              <w:t>c)</w:t>
            </w:r>
            <w:r w:rsidRPr="00D810F1">
              <w:rPr>
                <w:sz w:val="20"/>
                <w:lang w:val="es-PE"/>
              </w:rPr>
              <w:tab/>
              <w:t>Proporcionaremos la información necesaria para fines de difusión y medición del proyecto.</w:t>
            </w:r>
          </w:p>
        </w:tc>
        <w:tc>
          <w:tcPr>
            <w:tcW w:w="1134" w:type="dxa"/>
            <w:vAlign w:val="center"/>
          </w:tcPr>
          <w:p w14:paraId="300BDBB1" w14:textId="77777777" w:rsidR="00813EAE" w:rsidRPr="00D810F1" w:rsidRDefault="00813EAE">
            <w:pPr>
              <w:spacing w:before="20" w:after="20" w:line="240" w:lineRule="auto"/>
              <w:rPr>
                <w:lang w:val="es-PE"/>
              </w:rPr>
            </w:pPr>
          </w:p>
        </w:tc>
      </w:tr>
      <w:tr w:rsidR="00813EAE" w:rsidRPr="00EA5834" w14:paraId="55599EBB" w14:textId="77777777" w:rsidTr="00BE7F58">
        <w:trPr>
          <w:cantSplit/>
          <w:jc w:val="center"/>
        </w:trPr>
        <w:tc>
          <w:tcPr>
            <w:tcW w:w="7937" w:type="dxa"/>
            <w:vAlign w:val="center"/>
          </w:tcPr>
          <w:p w14:paraId="2C7C0DD5" w14:textId="77777777" w:rsidR="00813EAE" w:rsidRPr="00D810F1" w:rsidRDefault="002D2F2D">
            <w:pPr>
              <w:tabs>
                <w:tab w:val="left" w:pos="369"/>
              </w:tabs>
              <w:spacing w:before="20" w:after="20" w:line="240" w:lineRule="auto"/>
              <w:ind w:left="369" w:hanging="369"/>
              <w:rPr>
                <w:lang w:val="es-PE"/>
              </w:rPr>
            </w:pPr>
            <w:r w:rsidRPr="00D810F1">
              <w:rPr>
                <w:sz w:val="20"/>
                <w:lang w:val="es-PE"/>
              </w:rPr>
              <w:t>d)</w:t>
            </w:r>
            <w:r w:rsidRPr="00D810F1">
              <w:rPr>
                <w:sz w:val="20"/>
                <w:lang w:val="es-PE"/>
              </w:rPr>
              <w:tab/>
              <w:t>Participaremos activamente en las actividades que sean convocadas como parte de Startup Perú.</w:t>
            </w:r>
          </w:p>
        </w:tc>
        <w:tc>
          <w:tcPr>
            <w:tcW w:w="1134" w:type="dxa"/>
            <w:vAlign w:val="center"/>
          </w:tcPr>
          <w:p w14:paraId="2E2B7CA5" w14:textId="77777777" w:rsidR="00813EAE" w:rsidRPr="00D810F1" w:rsidRDefault="00813EAE">
            <w:pPr>
              <w:spacing w:before="20" w:after="20" w:line="240" w:lineRule="auto"/>
              <w:rPr>
                <w:lang w:val="es-PE"/>
              </w:rPr>
            </w:pPr>
          </w:p>
        </w:tc>
      </w:tr>
      <w:tr w:rsidR="00813EAE" w:rsidRPr="00EA5834" w14:paraId="696D37AA" w14:textId="77777777" w:rsidTr="00BE7F58">
        <w:trPr>
          <w:cantSplit/>
          <w:jc w:val="center"/>
        </w:trPr>
        <w:tc>
          <w:tcPr>
            <w:tcW w:w="7937" w:type="dxa"/>
            <w:vAlign w:val="center"/>
          </w:tcPr>
          <w:p w14:paraId="6A2B4F23" w14:textId="77777777" w:rsidR="00813EAE" w:rsidRPr="00D810F1" w:rsidRDefault="002D2F2D">
            <w:pPr>
              <w:tabs>
                <w:tab w:val="left" w:pos="369"/>
              </w:tabs>
              <w:spacing w:before="20" w:after="20" w:line="240" w:lineRule="auto"/>
              <w:ind w:left="369" w:hanging="369"/>
              <w:rPr>
                <w:lang w:val="es-PE"/>
              </w:rPr>
            </w:pPr>
            <w:r w:rsidRPr="00D810F1">
              <w:rPr>
                <w:sz w:val="20"/>
                <w:lang w:val="es-PE"/>
              </w:rPr>
              <w:t>e)</w:t>
            </w:r>
            <w:r w:rsidRPr="00D810F1">
              <w:rPr>
                <w:sz w:val="20"/>
                <w:lang w:val="es-PE"/>
              </w:rPr>
              <w:tab/>
              <w:t>Cumpliremos con las bases del concurso.</w:t>
            </w:r>
          </w:p>
        </w:tc>
        <w:bookmarkEnd w:id="9"/>
        <w:tc>
          <w:tcPr>
            <w:tcW w:w="1134" w:type="dxa"/>
            <w:vAlign w:val="center"/>
          </w:tcPr>
          <w:p w14:paraId="1A87DE70" w14:textId="77777777" w:rsidR="00813EAE" w:rsidRPr="00D810F1" w:rsidRDefault="00813EAE">
            <w:pPr>
              <w:spacing w:before="20" w:after="20" w:line="240" w:lineRule="auto"/>
              <w:rPr>
                <w:lang w:val="es-PE"/>
              </w:rPr>
            </w:pPr>
          </w:p>
        </w:tc>
      </w:tr>
    </w:tbl>
    <w:p w14:paraId="1DFD71D1" w14:textId="77777777" w:rsidR="00813EAE" w:rsidRPr="00D810F1" w:rsidRDefault="00813EAE">
      <w:pPr>
        <w:spacing w:after="40"/>
        <w:rPr>
          <w:lang w:val="es-PE"/>
        </w:rPr>
      </w:pPr>
    </w:p>
    <w:p w14:paraId="1F041879" w14:textId="77777777" w:rsidR="00813EAE" w:rsidRPr="00D810F1" w:rsidRDefault="002D2F2D">
      <w:pPr>
        <w:ind w:left="567"/>
        <w:jc w:val="both"/>
        <w:rPr>
          <w:lang w:val="es-PE"/>
        </w:rPr>
      </w:pPr>
      <w:bookmarkStart w:id="10" w:name="_gb543"/>
      <w:r w:rsidRPr="00D810F1">
        <w:rPr>
          <w:lang w:val="es-PE"/>
        </w:rPr>
        <w:t>En caso de surgir contradicciones entre las bases, sus anexos y formatos, tendrán prelación las condiciones establecidas en las bases del concurso.</w:t>
      </w:r>
      <w:bookmarkEnd w:id="10"/>
    </w:p>
    <w:p w14:paraId="7B2BA09C" w14:textId="77777777" w:rsidR="00813EAE" w:rsidRPr="00D810F1" w:rsidRDefault="002D2F2D">
      <w:pPr>
        <w:ind w:left="567"/>
        <w:jc w:val="both"/>
        <w:rPr>
          <w:lang w:val="es-PE"/>
        </w:rPr>
      </w:pPr>
      <w:bookmarkStart w:id="11" w:name="_gb544"/>
      <w:r w:rsidRPr="00D810F1">
        <w:rPr>
          <w:lang w:val="es-PE"/>
        </w:rPr>
        <w:t>En tal sentido, declaramos que cumplimos de manera íntegra los requisitos descritos en las Bases para poder ser beneficiarios del concurso.</w:t>
      </w:r>
      <w:bookmarkEnd w:id="11"/>
    </w:p>
    <w:p w14:paraId="53BD8BE3" w14:textId="77777777" w:rsidR="00813EAE" w:rsidRPr="00D810F1" w:rsidRDefault="002D2F2D">
      <w:pPr>
        <w:ind w:left="567"/>
        <w:jc w:val="both"/>
        <w:rPr>
          <w:lang w:val="es-PE"/>
        </w:rPr>
      </w:pPr>
      <w:bookmarkStart w:id="12" w:name="_gb545"/>
      <w:r w:rsidRPr="00D810F1">
        <w:rPr>
          <w:b/>
          <w:lang w:val="es-PE"/>
        </w:rPr>
        <w:t>Asimismo, nos comprometemos a:</w:t>
      </w:r>
      <w:bookmarkEnd w:id="12"/>
    </w:p>
    <w:p w14:paraId="29AC7030" w14:textId="77777777" w:rsidR="00813EAE" w:rsidRPr="00D810F1" w:rsidRDefault="002D2F2D">
      <w:pPr>
        <w:tabs>
          <w:tab w:val="left" w:pos="1134"/>
        </w:tabs>
        <w:spacing w:after="60"/>
        <w:ind w:left="1134" w:hanging="454"/>
        <w:jc w:val="both"/>
        <w:rPr>
          <w:lang w:val="es-PE"/>
        </w:rPr>
      </w:pPr>
      <w:bookmarkStart w:id="13" w:name="_gb546"/>
      <w:r w:rsidRPr="00D810F1">
        <w:rPr>
          <w:lang w:val="es-PE"/>
        </w:rPr>
        <w:t>i.</w:t>
      </w:r>
      <w:r w:rsidRPr="00D810F1">
        <w:rPr>
          <w:lang w:val="es-PE"/>
        </w:rPr>
        <w:tab/>
      </w:r>
      <w:r w:rsidRPr="00D810F1">
        <w:rPr>
          <w:b/>
          <w:lang w:val="es-PE"/>
        </w:rPr>
        <w:t>Acatar el resultado del proceso de evaluación de mi proyecto, tomando conocimiento de que los mismos son inapelables.</w:t>
      </w:r>
      <w:bookmarkEnd w:id="13"/>
    </w:p>
    <w:p w14:paraId="5758AA6B" w14:textId="77777777" w:rsidR="00813EAE" w:rsidRPr="00D810F1" w:rsidRDefault="002D2F2D">
      <w:pPr>
        <w:tabs>
          <w:tab w:val="left" w:pos="1134"/>
        </w:tabs>
        <w:spacing w:after="60"/>
        <w:ind w:left="1134" w:hanging="454"/>
        <w:jc w:val="both"/>
        <w:rPr>
          <w:lang w:val="es-PE"/>
        </w:rPr>
      </w:pPr>
      <w:bookmarkStart w:id="14" w:name="_gb547"/>
      <w:proofErr w:type="spellStart"/>
      <w:r w:rsidRPr="00D810F1">
        <w:rPr>
          <w:lang w:val="es-PE"/>
        </w:rPr>
        <w:t>ii</w:t>
      </w:r>
      <w:proofErr w:type="spellEnd"/>
      <w:r w:rsidRPr="00D810F1">
        <w:rPr>
          <w:lang w:val="es-PE"/>
        </w:rPr>
        <w:t>.</w:t>
      </w:r>
      <w:r w:rsidRPr="00D810F1">
        <w:rPr>
          <w:lang w:val="es-PE"/>
        </w:rPr>
        <w:tab/>
      </w:r>
      <w:r w:rsidRPr="00D810F1">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14"/>
    </w:p>
    <w:p w14:paraId="7F8EA18F" w14:textId="77777777" w:rsidR="00813EAE" w:rsidRPr="00D810F1" w:rsidRDefault="002D2F2D">
      <w:pPr>
        <w:ind w:left="567"/>
        <w:jc w:val="both"/>
        <w:rPr>
          <w:lang w:val="es-PE"/>
        </w:rPr>
      </w:pPr>
      <w:bookmarkStart w:id="15" w:name="_gb548"/>
      <w:r w:rsidRPr="00D810F1">
        <w:rPr>
          <w:b/>
          <w:lang w:val="es-PE"/>
        </w:rPr>
        <w:t>NOTA:</w:t>
      </w:r>
      <w:r w:rsidRPr="00D810F1">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15"/>
    </w:p>
    <w:p w14:paraId="1DD8F139" w14:textId="77777777" w:rsidR="00813EAE" w:rsidRPr="00D810F1" w:rsidRDefault="002D2F2D">
      <w:pPr>
        <w:ind w:left="567"/>
        <w:jc w:val="both"/>
        <w:rPr>
          <w:lang w:val="es-PE"/>
        </w:rPr>
      </w:pPr>
      <w:bookmarkStart w:id="16" w:name="_gb549"/>
      <w:r w:rsidRPr="00D810F1">
        <w:rPr>
          <w:lang w:val="es-PE"/>
        </w:rPr>
        <w:t>El presente documento tiene carácter de declaración jurada por lo que no puede ser modificada o alterada.</w:t>
      </w:r>
      <w:bookmarkEnd w:id="16"/>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813EAE" w:rsidRPr="00EA5834" w14:paraId="7E4D1F6C" w14:textId="77777777" w:rsidTr="00D810F1">
        <w:trPr>
          <w:cantSplit/>
          <w:jc w:val="center"/>
        </w:trPr>
        <w:tc>
          <w:tcPr>
            <w:tcW w:w="3969" w:type="dxa"/>
            <w:vAlign w:val="center"/>
          </w:tcPr>
          <w:p w14:paraId="26AADE5E" w14:textId="5B2B3C16" w:rsidR="00813EAE" w:rsidRPr="00D810F1" w:rsidRDefault="002D2F2D">
            <w:pPr>
              <w:keepNext/>
              <w:spacing w:before="20" w:after="20" w:line="240" w:lineRule="auto"/>
              <w:rPr>
                <w:lang w:val="es-PE"/>
              </w:rPr>
            </w:pPr>
            <w:bookmarkStart w:id="17" w:name="_gb550"/>
            <w:r w:rsidRPr="00D810F1">
              <w:rPr>
                <w:sz w:val="20"/>
                <w:lang w:val="es-PE"/>
              </w:rPr>
              <w:lastRenderedPageBreak/>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 </w:t>
            </w:r>
            <w:r w:rsidRPr="00D810F1">
              <w:rPr>
                <w:lang w:val="es-PE"/>
              </w:rPr>
              <w:br/>
            </w:r>
            <w:r w:rsidRPr="00D810F1">
              <w:rPr>
                <w:sz w:val="20"/>
                <w:lang w:val="es-PE"/>
              </w:rPr>
              <w:t>Líder Emprendedor</w:t>
            </w:r>
          </w:p>
        </w:tc>
        <w:tc>
          <w:tcPr>
            <w:tcW w:w="567" w:type="dxa"/>
            <w:vAlign w:val="center"/>
          </w:tcPr>
          <w:p w14:paraId="04217AA5" w14:textId="77777777" w:rsidR="00813EAE" w:rsidRPr="00D810F1" w:rsidRDefault="00813EAE">
            <w:pPr>
              <w:keepNext/>
              <w:spacing w:before="20" w:after="20" w:line="240" w:lineRule="auto"/>
              <w:rPr>
                <w:lang w:val="es-PE"/>
              </w:rPr>
            </w:pPr>
          </w:p>
        </w:tc>
        <w:tc>
          <w:tcPr>
            <w:tcW w:w="3969" w:type="dxa"/>
            <w:vAlign w:val="center"/>
          </w:tcPr>
          <w:p w14:paraId="136AABCA" w14:textId="0E09D416" w:rsidR="00813EAE" w:rsidRPr="00D810F1" w:rsidRDefault="002D2F2D">
            <w:pPr>
              <w:keepNext/>
              <w:spacing w:before="20" w:after="20" w:line="240" w:lineRule="auto"/>
              <w:rPr>
                <w:lang w:val="es-PE"/>
              </w:rPr>
            </w:pPr>
            <w:r w:rsidRPr="00D810F1">
              <w:rPr>
                <w:sz w:val="20"/>
                <w:lang w:val="es-PE"/>
              </w:rPr>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DNI/CE/Pasaporte: </w:t>
            </w:r>
            <w:r w:rsidRPr="00D810F1">
              <w:rPr>
                <w:lang w:val="es-PE"/>
              </w:rPr>
              <w:br/>
            </w:r>
            <w:r w:rsidRPr="00D810F1">
              <w:rPr>
                <w:sz w:val="20"/>
                <w:lang w:val="es-PE"/>
              </w:rPr>
              <w:t>Equipo Emprendedor</w:t>
            </w:r>
          </w:p>
        </w:tc>
      </w:tr>
      <w:tr w:rsidR="00813EAE" w:rsidRPr="00EA5834" w14:paraId="571C8F56" w14:textId="77777777" w:rsidTr="00D810F1">
        <w:trPr>
          <w:cantSplit/>
          <w:jc w:val="center"/>
        </w:trPr>
        <w:tc>
          <w:tcPr>
            <w:tcW w:w="3969" w:type="dxa"/>
            <w:vAlign w:val="center"/>
          </w:tcPr>
          <w:p w14:paraId="6FBB7787" w14:textId="1339388F" w:rsidR="00813EAE" w:rsidRPr="00D810F1" w:rsidRDefault="002D2F2D">
            <w:pPr>
              <w:spacing w:before="20" w:after="20" w:line="240" w:lineRule="auto"/>
              <w:rPr>
                <w:lang w:val="es-PE"/>
              </w:rPr>
            </w:pPr>
            <w:r w:rsidRPr="00D810F1">
              <w:rPr>
                <w:sz w:val="20"/>
                <w:lang w:val="es-PE"/>
              </w:rPr>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DNI/CE/Pasaporte: </w:t>
            </w:r>
            <w:r w:rsidRPr="00D810F1">
              <w:rPr>
                <w:lang w:val="es-PE"/>
              </w:rPr>
              <w:br/>
            </w:r>
            <w:r w:rsidRPr="00D810F1">
              <w:rPr>
                <w:sz w:val="20"/>
                <w:lang w:val="es-PE"/>
              </w:rPr>
              <w:t>Equipo Emprendedor (en caso aplique)</w:t>
            </w:r>
          </w:p>
        </w:tc>
        <w:tc>
          <w:tcPr>
            <w:tcW w:w="567" w:type="dxa"/>
            <w:vAlign w:val="center"/>
          </w:tcPr>
          <w:p w14:paraId="05E57BA5" w14:textId="77777777" w:rsidR="00813EAE" w:rsidRPr="00D810F1" w:rsidRDefault="00813EAE">
            <w:pPr>
              <w:spacing w:before="20" w:after="20" w:line="240" w:lineRule="auto"/>
              <w:rPr>
                <w:lang w:val="es-PE"/>
              </w:rPr>
            </w:pPr>
          </w:p>
        </w:tc>
        <w:tc>
          <w:tcPr>
            <w:tcW w:w="3969" w:type="dxa"/>
            <w:vAlign w:val="center"/>
          </w:tcPr>
          <w:p w14:paraId="4FC51752" w14:textId="15CCAF5F" w:rsidR="00813EAE" w:rsidRPr="00D810F1" w:rsidRDefault="002D2F2D">
            <w:pPr>
              <w:spacing w:before="20" w:after="20" w:line="240" w:lineRule="auto"/>
              <w:rPr>
                <w:lang w:val="es-PE"/>
              </w:rPr>
            </w:pPr>
            <w:r w:rsidRPr="00D810F1">
              <w:rPr>
                <w:sz w:val="20"/>
                <w:lang w:val="es-PE"/>
              </w:rPr>
              <w:t>(firma)</w:t>
            </w:r>
            <w:r w:rsidRPr="00D810F1">
              <w:rPr>
                <w:lang w:val="es-PE"/>
              </w:rPr>
              <w:br/>
            </w:r>
            <w:r w:rsidR="00D810F1" w:rsidRPr="00355959">
              <w:rPr>
                <w:lang w:val="es-PE"/>
              </w:rPr>
              <w:t>________________________</w:t>
            </w:r>
            <w:r w:rsidRPr="00D810F1">
              <w:rPr>
                <w:lang w:val="es-PE"/>
              </w:rPr>
              <w:br/>
            </w:r>
            <w:r w:rsidRPr="00D810F1">
              <w:rPr>
                <w:sz w:val="20"/>
                <w:lang w:val="es-PE"/>
              </w:rPr>
              <w:t xml:space="preserve">Nombre y apellido: </w:t>
            </w:r>
            <w:r w:rsidRPr="00D810F1">
              <w:rPr>
                <w:lang w:val="es-PE"/>
              </w:rPr>
              <w:br/>
            </w:r>
            <w:r w:rsidRPr="00D810F1">
              <w:rPr>
                <w:sz w:val="20"/>
                <w:lang w:val="es-PE"/>
              </w:rPr>
              <w:t xml:space="preserve">DNI/CE/Pasaporte: </w:t>
            </w:r>
            <w:r w:rsidRPr="00D810F1">
              <w:rPr>
                <w:lang w:val="es-PE"/>
              </w:rPr>
              <w:br/>
            </w:r>
            <w:r w:rsidRPr="00D810F1">
              <w:rPr>
                <w:sz w:val="20"/>
                <w:lang w:val="es-PE"/>
              </w:rPr>
              <w:t>Equipo Emprendedor (en caso aplique)</w:t>
            </w:r>
            <w:bookmarkEnd w:id="17"/>
          </w:p>
        </w:tc>
      </w:tr>
    </w:tbl>
    <w:p w14:paraId="7DB3BB51" w14:textId="77777777" w:rsidR="00813EAE" w:rsidRPr="00D810F1" w:rsidRDefault="00813EAE">
      <w:pPr>
        <w:spacing w:after="40"/>
        <w:rPr>
          <w:lang w:val="es-PE"/>
        </w:rPr>
      </w:pPr>
    </w:p>
    <w:p w14:paraId="732613E6" w14:textId="77777777" w:rsidR="00813EAE" w:rsidRPr="00D810F1" w:rsidRDefault="002D2F2D">
      <w:pPr>
        <w:pStyle w:val="Ttulo1"/>
        <w:pageBreakBefore/>
        <w:jc w:val="center"/>
        <w:rPr>
          <w:lang w:val="es-PE"/>
        </w:rPr>
      </w:pPr>
      <w:r w:rsidRPr="00D810F1">
        <w:rPr>
          <w:lang w:val="es-PE"/>
        </w:rPr>
        <w:lastRenderedPageBreak/>
        <w:t>FORMATO III: Acta de Acuerdo de Compromiso</w:t>
      </w:r>
    </w:p>
    <w:p w14:paraId="16D659F7" w14:textId="77777777" w:rsidR="00813EAE" w:rsidRPr="00D810F1" w:rsidRDefault="002D2F2D">
      <w:pPr>
        <w:ind w:left="567"/>
        <w:jc w:val="both"/>
        <w:rPr>
          <w:lang w:val="es-PE"/>
        </w:rPr>
      </w:pPr>
      <w:bookmarkStart w:id="18" w:name="_gb899"/>
      <w:r w:rsidRPr="00D810F1">
        <w:rPr>
          <w:b/>
          <w:lang w:val="es-PE"/>
        </w:rPr>
        <w:t>Nota:</w:t>
      </w:r>
      <w:r w:rsidRPr="00D810F1">
        <w:rPr>
          <w:lang w:val="es-PE"/>
        </w:rPr>
        <w:t xml:space="preserve"> Este formato es referencial y no se sube a la aplicación, pero es necesaria su revisión.</w:t>
      </w:r>
      <w:bookmarkEnd w:id="18"/>
    </w:p>
    <w:p w14:paraId="38461280" w14:textId="77777777" w:rsidR="00813EAE" w:rsidRPr="00D810F1" w:rsidRDefault="002D2F2D">
      <w:pPr>
        <w:keepNext/>
        <w:spacing w:before="120"/>
        <w:ind w:left="567"/>
        <w:jc w:val="both"/>
        <w:rPr>
          <w:lang w:val="es-PE"/>
        </w:rPr>
      </w:pPr>
      <w:bookmarkStart w:id="19" w:name="_gb900"/>
      <w:r w:rsidRPr="00D810F1">
        <w:rPr>
          <w:b/>
          <w:u w:val="single"/>
          <w:lang w:val="es-PE"/>
        </w:rPr>
        <w:t xml:space="preserve">CÓDIGO DE PROYECTO </w:t>
      </w:r>
      <w:proofErr w:type="spellStart"/>
      <w:r w:rsidRPr="00D810F1">
        <w:rPr>
          <w:b/>
          <w:u w:val="single"/>
          <w:lang w:val="es-PE"/>
        </w:rPr>
        <w:t>N°</w:t>
      </w:r>
      <w:proofErr w:type="spellEnd"/>
      <w:r w:rsidRPr="00D810F1">
        <w:rPr>
          <w:b/>
          <w:u w:val="single"/>
          <w:lang w:val="es-PE"/>
        </w:rPr>
        <w:t xml:space="preserve"> __________</w:t>
      </w:r>
      <w:bookmarkEnd w:id="19"/>
    </w:p>
    <w:p w14:paraId="7340940F" w14:textId="77777777" w:rsidR="00813EAE" w:rsidRPr="00D810F1" w:rsidRDefault="002D2F2D">
      <w:pPr>
        <w:ind w:left="567"/>
        <w:jc w:val="both"/>
        <w:rPr>
          <w:lang w:val="es-PE"/>
        </w:rPr>
      </w:pPr>
      <w:bookmarkStart w:id="20" w:name="_gb901"/>
      <w:r w:rsidRPr="00D810F1">
        <w:rPr>
          <w:lang w:val="es-PE"/>
        </w:rPr>
        <w:t xml:space="preserve">En __________, a los ____ días del mes de __________ </w:t>
      </w:r>
      <w:proofErr w:type="spellStart"/>
      <w:r w:rsidRPr="00D810F1">
        <w:rPr>
          <w:lang w:val="es-PE"/>
        </w:rPr>
        <w:t>de</w:t>
      </w:r>
      <w:proofErr w:type="spellEnd"/>
      <w:r w:rsidRPr="00D810F1">
        <w:rPr>
          <w:lang w:val="es-PE"/>
        </w:rPr>
        <w:t xml:space="preserve"> 20__, la Cámara de Comercio y Producción de La Libertad, identificada con RUC </w:t>
      </w:r>
      <w:proofErr w:type="spellStart"/>
      <w:r w:rsidRPr="00D810F1">
        <w:rPr>
          <w:lang w:val="es-PE"/>
        </w:rPr>
        <w:t>N°</w:t>
      </w:r>
      <w:proofErr w:type="spellEnd"/>
      <w:r w:rsidRPr="00D810F1">
        <w:rPr>
          <w:lang w:val="es-PE"/>
        </w:rPr>
        <w:t xml:space="preserve"> 20146824499, con domicilio para estos efectos en __________, distrito de __________, provincia y departamento de __________, debidamente representada por __________; y </w:t>
      </w:r>
      <w:r w:rsidRPr="00D810F1">
        <w:rPr>
          <w:b/>
          <w:lang w:val="es-PE"/>
        </w:rPr>
        <w:t>el/la Representante Legal / Líder Emprendedor(a)</w:t>
      </w:r>
      <w:r w:rsidRPr="00D810F1">
        <w:rPr>
          <w:lang w:val="es-PE"/>
        </w:rPr>
        <w:t xml:space="preserve"> __________, identificado con DNI </w:t>
      </w:r>
      <w:proofErr w:type="spellStart"/>
      <w:r w:rsidRPr="00D810F1">
        <w:rPr>
          <w:lang w:val="es-PE"/>
        </w:rPr>
        <w:t>N°</w:t>
      </w:r>
      <w:proofErr w:type="spellEnd"/>
      <w:r w:rsidRPr="00D810F1">
        <w:rPr>
          <w:lang w:val="es-PE"/>
        </w:rPr>
        <w:t xml:space="preserve"> __________, con domicilio ubicado en __________, suscriben la presente Acta de Acuerdo de Compromiso en los términos siguientes:</w:t>
      </w:r>
      <w:bookmarkEnd w:id="20"/>
    </w:p>
    <w:p w14:paraId="0F7D024E" w14:textId="77777777" w:rsidR="00813EAE" w:rsidRPr="00D810F1" w:rsidRDefault="002D2F2D">
      <w:pPr>
        <w:keepNext/>
        <w:spacing w:before="120"/>
        <w:ind w:left="567"/>
        <w:jc w:val="both"/>
        <w:rPr>
          <w:lang w:val="es-PE"/>
        </w:rPr>
      </w:pPr>
      <w:bookmarkStart w:id="21" w:name="_gb902"/>
      <w:r w:rsidRPr="00D810F1">
        <w:rPr>
          <w:b/>
          <w:u w:val="single"/>
          <w:lang w:val="es-PE"/>
        </w:rPr>
        <w:t>Antecedentes</w:t>
      </w:r>
      <w:bookmarkEnd w:id="21"/>
    </w:p>
    <w:p w14:paraId="49CE31BE" w14:textId="77777777" w:rsidR="00813EAE" w:rsidRPr="00D810F1" w:rsidRDefault="002D2F2D">
      <w:pPr>
        <w:tabs>
          <w:tab w:val="left" w:pos="1134"/>
        </w:tabs>
        <w:spacing w:after="60"/>
        <w:ind w:left="1134" w:hanging="454"/>
        <w:jc w:val="both"/>
        <w:rPr>
          <w:lang w:val="es-PE"/>
        </w:rPr>
      </w:pPr>
      <w:bookmarkStart w:id="22" w:name="_gb903"/>
      <w:r w:rsidRPr="00D810F1">
        <w:rPr>
          <w:lang w:val="es-PE"/>
        </w:rPr>
        <w:t>1.</w:t>
      </w:r>
      <w:r w:rsidRPr="00D810F1">
        <w:rPr>
          <w:lang w:val="es-PE"/>
        </w:rPr>
        <w:tab/>
        <w:t xml:space="preserve">Con fecha ____ de __________ </w:t>
      </w:r>
      <w:proofErr w:type="spellStart"/>
      <w:r w:rsidRPr="00D810F1">
        <w:rPr>
          <w:lang w:val="es-PE"/>
        </w:rPr>
        <w:t>de</w:t>
      </w:r>
      <w:proofErr w:type="spellEnd"/>
      <w:r w:rsidRPr="00D810F1">
        <w:rPr>
          <w:lang w:val="es-PE"/>
        </w:rPr>
        <w:t xml:space="preserve"> 20__, la Cámara de Comercio y Producción de La Libertad suscribió con </w:t>
      </w:r>
      <w:r w:rsidRPr="00D810F1">
        <w:rPr>
          <w:b/>
          <w:lang w:val="es-PE"/>
        </w:rPr>
        <w:t>PROINNÓVATE</w:t>
      </w:r>
      <w:r w:rsidRPr="00D810F1">
        <w:rPr>
          <w:lang w:val="es-PE"/>
        </w:rPr>
        <w:t xml:space="preserve"> el Contrato </w:t>
      </w:r>
      <w:proofErr w:type="spellStart"/>
      <w:r w:rsidRPr="00D810F1">
        <w:rPr>
          <w:lang w:val="es-PE"/>
        </w:rPr>
        <w:t>N°</w:t>
      </w:r>
      <w:proofErr w:type="spellEnd"/>
      <w:r w:rsidRPr="00D810F1">
        <w:rPr>
          <w:lang w:val="es-PE"/>
        </w:rPr>
        <w:t xml:space="preserve"> __________ para el cofinanciamiento de los proyectos ganadores del Concurso “Emprendimiento Innovador La Libertad”, dentro del cual se encuentra el proyecto con código __________.</w:t>
      </w:r>
      <w:bookmarkEnd w:id="22"/>
    </w:p>
    <w:p w14:paraId="065723D6" w14:textId="77777777" w:rsidR="00813EAE" w:rsidRPr="00D810F1" w:rsidRDefault="002D2F2D">
      <w:pPr>
        <w:tabs>
          <w:tab w:val="left" w:pos="1134"/>
        </w:tabs>
        <w:spacing w:after="60"/>
        <w:ind w:left="1134" w:hanging="454"/>
        <w:jc w:val="both"/>
        <w:rPr>
          <w:lang w:val="es-PE"/>
        </w:rPr>
      </w:pPr>
      <w:bookmarkStart w:id="23" w:name="_gb904"/>
      <w:r w:rsidRPr="00D810F1">
        <w:rPr>
          <w:lang w:val="es-PE"/>
        </w:rPr>
        <w:t>2.</w:t>
      </w:r>
      <w:r w:rsidRPr="00D810F1">
        <w:rPr>
          <w:lang w:val="es-PE"/>
        </w:rPr>
        <w:tab/>
        <w:t>De conformidad con la versión final aprobada del proyecto con código __________ denominado __________, el importe total de los Recursos No Reembolsables (RNR) a desembolsar asciende a S/ __________ y 00/100 Soles, con un plazo de ejecución de __________.</w:t>
      </w:r>
      <w:bookmarkEnd w:id="23"/>
    </w:p>
    <w:p w14:paraId="58068C1A" w14:textId="77777777" w:rsidR="00813EAE" w:rsidRPr="00D810F1" w:rsidRDefault="002D2F2D">
      <w:pPr>
        <w:keepNext/>
        <w:spacing w:before="120"/>
        <w:ind w:left="567"/>
        <w:jc w:val="both"/>
        <w:rPr>
          <w:lang w:val="es-PE"/>
        </w:rPr>
      </w:pPr>
      <w:bookmarkStart w:id="24" w:name="_gb905"/>
      <w:r w:rsidRPr="00D810F1">
        <w:rPr>
          <w:b/>
          <w:u w:val="single"/>
          <w:lang w:val="es-PE"/>
        </w:rPr>
        <w:t>Compromiso</w:t>
      </w:r>
      <w:bookmarkEnd w:id="24"/>
    </w:p>
    <w:p w14:paraId="0E39A69A" w14:textId="77777777" w:rsidR="00813EAE" w:rsidRPr="00D810F1" w:rsidRDefault="002D2F2D">
      <w:pPr>
        <w:ind w:left="567"/>
        <w:jc w:val="both"/>
        <w:rPr>
          <w:lang w:val="es-PE"/>
        </w:rPr>
      </w:pPr>
      <w:bookmarkStart w:id="25" w:name="_gb906"/>
      <w:r w:rsidRPr="00D810F1">
        <w:rPr>
          <w:lang w:val="es-PE"/>
        </w:rPr>
        <w:t>En mi calidad de beneficiario del concurso, me comprometo que, de incumplir las obligaciones establecidas en el contrato y/o normativa aplicable, efectuaré la devolución del 100% de los Recursos No Reembolsables que hubieran sido desembolsados para el proyecto.</w:t>
      </w:r>
      <w:bookmarkEnd w:id="25"/>
    </w:p>
    <w:p w14:paraId="54B91DAA" w14:textId="77777777" w:rsidR="00813EAE" w:rsidRPr="00D810F1" w:rsidRDefault="002D2F2D">
      <w:pPr>
        <w:ind w:left="567"/>
        <w:jc w:val="both"/>
        <w:rPr>
          <w:lang w:val="es-PE"/>
        </w:rPr>
      </w:pPr>
      <w:bookmarkStart w:id="26" w:name="_gb907"/>
      <w:r w:rsidRPr="00D810F1">
        <w:rPr>
          <w:lang w:val="es-PE"/>
        </w:rPr>
        <w:t xml:space="preserve">Asimismo, me obligo a realizar el depósito correspondiente en la cuenta bancaria en soles de la Cámara de Comercio y Producción de La Libertad </w:t>
      </w:r>
      <w:proofErr w:type="spellStart"/>
      <w:r w:rsidRPr="00D810F1">
        <w:rPr>
          <w:lang w:val="es-PE"/>
        </w:rPr>
        <w:t>N.°</w:t>
      </w:r>
      <w:proofErr w:type="spellEnd"/>
      <w:r w:rsidRPr="00D810F1">
        <w:rPr>
          <w:lang w:val="es-PE"/>
        </w:rPr>
        <w:t xml:space="preserve"> __________, por el monto de S/ __________ y 00/100 Soles, siendo obligatorio que dicho pago se efectúe en moneda nacional.</w:t>
      </w:r>
      <w:bookmarkEnd w:id="26"/>
    </w:p>
    <w:p w14:paraId="5CB3D3AE" w14:textId="77777777" w:rsidR="00813EAE" w:rsidRDefault="002D2F2D">
      <w:pPr>
        <w:ind w:left="567"/>
        <w:jc w:val="both"/>
        <w:rPr>
          <w:lang w:val="es-PE"/>
        </w:rPr>
      </w:pPr>
      <w:bookmarkStart w:id="27" w:name="_gb908"/>
      <w:r w:rsidRPr="00D810F1">
        <w:rPr>
          <w:lang w:val="es-PE"/>
        </w:rPr>
        <w:t>Finalmente, autorizo expresamente que cualquier notificación, comunicación o requerimiento relacionado con la presente Acta sea remitido válidamente a mi correo electrónico personal __________ y al número de teléfono celular y/o fijo __________. En señal de conformidad, las partes suscriben la presente Acta.</w:t>
      </w:r>
      <w:bookmarkEnd w:id="27"/>
    </w:p>
    <w:p w14:paraId="5CE0BB56" w14:textId="77777777" w:rsidR="00D810F1" w:rsidRPr="00D810F1" w:rsidRDefault="00D810F1">
      <w:pPr>
        <w:ind w:left="567"/>
        <w:jc w:val="both"/>
        <w:rPr>
          <w:lang w:val="es-PE"/>
        </w:rPr>
      </w:pPr>
    </w:p>
    <w:tbl>
      <w:tblPr>
        <w:tblW w:w="0" w:type="auto"/>
        <w:jc w:val="center"/>
        <w:tblLayout w:type="fixed"/>
        <w:tblLook w:val="04A0" w:firstRow="1" w:lastRow="0" w:firstColumn="1" w:lastColumn="0" w:noHBand="0" w:noVBand="1"/>
      </w:tblPr>
      <w:tblGrid>
        <w:gridCol w:w="4252"/>
        <w:gridCol w:w="567"/>
        <w:gridCol w:w="4252"/>
      </w:tblGrid>
      <w:tr w:rsidR="00813EAE" w14:paraId="4FCE9970" w14:textId="77777777" w:rsidTr="00D810F1">
        <w:trPr>
          <w:cantSplit/>
          <w:jc w:val="center"/>
        </w:trPr>
        <w:tc>
          <w:tcPr>
            <w:tcW w:w="4252" w:type="dxa"/>
            <w:vAlign w:val="center"/>
          </w:tcPr>
          <w:p w14:paraId="79CC9AA4" w14:textId="77777777" w:rsidR="00813EAE" w:rsidRPr="00D810F1" w:rsidRDefault="002D2F2D">
            <w:pPr>
              <w:keepNext/>
              <w:spacing w:before="20" w:after="20" w:line="240" w:lineRule="auto"/>
              <w:rPr>
                <w:lang w:val="es-PE"/>
              </w:rPr>
            </w:pPr>
            <w:bookmarkStart w:id="28" w:name="_gb909"/>
            <w:r w:rsidRPr="00D810F1">
              <w:rPr>
                <w:b/>
                <w:sz w:val="20"/>
                <w:lang w:val="es-PE"/>
              </w:rPr>
              <w:t>Por la Cámara de Comercio y Producción de La Libertad</w:t>
            </w:r>
          </w:p>
        </w:tc>
        <w:tc>
          <w:tcPr>
            <w:tcW w:w="567" w:type="dxa"/>
            <w:vAlign w:val="center"/>
          </w:tcPr>
          <w:p w14:paraId="39557D04" w14:textId="77777777" w:rsidR="00813EAE" w:rsidRPr="00D810F1" w:rsidRDefault="00813EAE">
            <w:pPr>
              <w:keepNext/>
              <w:spacing w:before="20" w:after="20" w:line="240" w:lineRule="auto"/>
              <w:rPr>
                <w:lang w:val="es-PE"/>
              </w:rPr>
            </w:pPr>
          </w:p>
        </w:tc>
        <w:tc>
          <w:tcPr>
            <w:tcW w:w="4252" w:type="dxa"/>
          </w:tcPr>
          <w:p w14:paraId="1FA9CA9D" w14:textId="77777777" w:rsidR="00813EAE" w:rsidRDefault="002D2F2D" w:rsidP="00D810F1">
            <w:pPr>
              <w:keepNext/>
              <w:spacing w:before="20" w:after="20" w:line="240" w:lineRule="auto"/>
            </w:pPr>
            <w:r>
              <w:rPr>
                <w:b/>
                <w:sz w:val="20"/>
              </w:rPr>
              <w:t xml:space="preserve">Por la </w:t>
            </w:r>
            <w:proofErr w:type="spellStart"/>
            <w:r>
              <w:rPr>
                <w:b/>
                <w:sz w:val="20"/>
              </w:rPr>
              <w:t>Entidad</w:t>
            </w:r>
            <w:proofErr w:type="spellEnd"/>
            <w:r>
              <w:rPr>
                <w:b/>
                <w:sz w:val="20"/>
              </w:rPr>
              <w:t xml:space="preserve"> </w:t>
            </w:r>
            <w:proofErr w:type="spellStart"/>
            <w:r>
              <w:rPr>
                <w:b/>
                <w:sz w:val="20"/>
              </w:rPr>
              <w:t>Beneficiaria</w:t>
            </w:r>
            <w:proofErr w:type="spellEnd"/>
          </w:p>
        </w:tc>
      </w:tr>
      <w:tr w:rsidR="00813EAE" w:rsidRPr="00EA5834" w14:paraId="73184C84" w14:textId="77777777">
        <w:trPr>
          <w:cantSplit/>
          <w:jc w:val="center"/>
        </w:trPr>
        <w:tc>
          <w:tcPr>
            <w:tcW w:w="4252" w:type="dxa"/>
            <w:vAlign w:val="center"/>
          </w:tcPr>
          <w:p w14:paraId="43E14490" w14:textId="77777777" w:rsidR="00813EAE" w:rsidRPr="00D810F1" w:rsidRDefault="002D2F2D">
            <w:pPr>
              <w:spacing w:before="20" w:after="20" w:line="240" w:lineRule="auto"/>
              <w:rPr>
                <w:lang w:val="es-PE"/>
              </w:rPr>
            </w:pPr>
            <w:r w:rsidRPr="00D810F1">
              <w:rPr>
                <w:lang w:val="es-PE"/>
              </w:rPr>
              <w:br/>
            </w:r>
            <w:r w:rsidRPr="00D810F1">
              <w:rPr>
                <w:lang w:val="es-PE"/>
              </w:rPr>
              <w:br/>
            </w:r>
            <w:r w:rsidRPr="00D810F1">
              <w:rPr>
                <w:sz w:val="20"/>
                <w:lang w:val="es-PE"/>
              </w:rPr>
              <w:t>_______________________________</w:t>
            </w:r>
            <w:r w:rsidRPr="00D810F1">
              <w:rPr>
                <w:lang w:val="es-PE"/>
              </w:rPr>
              <w:br/>
            </w:r>
            <w:r w:rsidRPr="00D810F1">
              <w:rPr>
                <w:sz w:val="20"/>
                <w:lang w:val="es-PE"/>
              </w:rPr>
              <w:t>Representante Legal o Coordinador General del Proyecto</w:t>
            </w:r>
            <w:r w:rsidRPr="00D810F1">
              <w:rPr>
                <w:lang w:val="es-PE"/>
              </w:rPr>
              <w:br/>
            </w:r>
            <w:r w:rsidRPr="00D810F1">
              <w:rPr>
                <w:sz w:val="20"/>
                <w:lang w:val="es-PE"/>
              </w:rPr>
              <w:t>de la Cámara de Comercio y Producción de La Libertad</w:t>
            </w:r>
          </w:p>
        </w:tc>
        <w:tc>
          <w:tcPr>
            <w:tcW w:w="567" w:type="dxa"/>
            <w:vAlign w:val="center"/>
          </w:tcPr>
          <w:p w14:paraId="34103137" w14:textId="77777777" w:rsidR="00813EAE" w:rsidRPr="00D810F1" w:rsidRDefault="00813EAE">
            <w:pPr>
              <w:spacing w:before="20" w:after="20" w:line="240" w:lineRule="auto"/>
              <w:rPr>
                <w:lang w:val="es-PE"/>
              </w:rPr>
            </w:pPr>
          </w:p>
        </w:tc>
        <w:tc>
          <w:tcPr>
            <w:tcW w:w="4252" w:type="dxa"/>
            <w:vAlign w:val="center"/>
          </w:tcPr>
          <w:p w14:paraId="6C3CC9D8" w14:textId="65D0C5E7" w:rsidR="00813EAE" w:rsidRPr="00D810F1" w:rsidRDefault="002D2F2D">
            <w:pPr>
              <w:spacing w:before="20" w:after="20" w:line="240" w:lineRule="auto"/>
              <w:rPr>
                <w:lang w:val="es-PE"/>
              </w:rPr>
            </w:pPr>
            <w:r w:rsidRPr="00D810F1">
              <w:rPr>
                <w:sz w:val="20"/>
                <w:lang w:val="es-PE"/>
              </w:rPr>
              <w:t>_______________________________</w:t>
            </w:r>
            <w:r w:rsidRPr="00D810F1">
              <w:rPr>
                <w:lang w:val="es-PE"/>
              </w:rPr>
              <w:br/>
            </w:r>
            <w:r w:rsidRPr="00D810F1">
              <w:rPr>
                <w:sz w:val="20"/>
                <w:lang w:val="es-PE"/>
              </w:rPr>
              <w:t>Representante Legal / Líder Emprendedor(a)</w:t>
            </w:r>
            <w:bookmarkEnd w:id="28"/>
          </w:p>
        </w:tc>
      </w:tr>
    </w:tbl>
    <w:p w14:paraId="063C5746" w14:textId="77777777" w:rsidR="00813EAE" w:rsidRPr="00D810F1" w:rsidRDefault="00813EAE">
      <w:pPr>
        <w:spacing w:after="40"/>
        <w:rPr>
          <w:lang w:val="es-PE"/>
        </w:rPr>
      </w:pPr>
    </w:p>
    <w:sectPr w:rsidR="00813EAE" w:rsidRPr="00D810F1" w:rsidSect="00034616">
      <w:headerReference w:type="default" r:id="rId12"/>
      <w:footerReference w:type="default" r:id="rId13"/>
      <w:pgSz w:w="11906" w:h="16838"/>
      <w:pgMar w:top="1814" w:right="1417"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325D5" w14:textId="77777777" w:rsidR="002470F4" w:rsidRDefault="002470F4">
      <w:pPr>
        <w:spacing w:after="0" w:line="240" w:lineRule="auto"/>
      </w:pPr>
      <w:r>
        <w:separator/>
      </w:r>
    </w:p>
  </w:endnote>
  <w:endnote w:type="continuationSeparator" w:id="0">
    <w:p w14:paraId="6C849AFF" w14:textId="77777777" w:rsidR="002470F4" w:rsidRDefault="00247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F24C" w14:textId="77777777" w:rsidR="00813EAE" w:rsidRDefault="002D2F2D">
    <w:pPr>
      <w:pStyle w:val="Piedepgina"/>
      <w:jc w:val="right"/>
    </w:pPr>
    <w:r>
      <w:fldChar w:fldCharType="begin"/>
    </w:r>
    <w:r>
      <w:instrText>PAGE</w:instrText>
    </w:r>
    <w:r>
      <w:fldChar w:fldCharType="separate"/>
    </w:r>
    <w:r w:rsidR="00D810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A2DDC" w14:textId="77777777" w:rsidR="002470F4" w:rsidRDefault="002470F4">
      <w:pPr>
        <w:spacing w:after="0" w:line="240" w:lineRule="auto"/>
      </w:pPr>
      <w:r>
        <w:separator/>
      </w:r>
    </w:p>
  </w:footnote>
  <w:footnote w:type="continuationSeparator" w:id="0">
    <w:p w14:paraId="31F0F773" w14:textId="77777777" w:rsidR="002470F4" w:rsidRDefault="002470F4">
      <w:pPr>
        <w:spacing w:after="0" w:line="240" w:lineRule="auto"/>
      </w:pPr>
      <w:r>
        <w:continuationSeparator/>
      </w:r>
    </w:p>
  </w:footnote>
  <w:footnote w:id="1">
    <w:p w14:paraId="7A438473" w14:textId="77777777" w:rsidR="00813EAE" w:rsidRPr="00D810F1" w:rsidRDefault="002D2F2D">
      <w:pPr>
        <w:pStyle w:val="Textonotapie1"/>
        <w:rPr>
          <w:lang w:val="es-PE"/>
        </w:rPr>
      </w:pPr>
      <w:r>
        <w:rPr>
          <w:rStyle w:val="Refdenotaalpie1"/>
        </w:rPr>
        <w:footnoteRef/>
      </w:r>
      <w:r w:rsidRPr="00D810F1">
        <w:rPr>
          <w:lang w:val="es-PE"/>
        </w:rPr>
        <w:t xml:space="preserve"> Para equipos de dos (2) integrantes, al menos uno (1) deberá domiciliar en La Libertad; para equipos de tres (3) o cuatro (4) integrantes, al menos dos (2) deberán domiciliar en dicha región.</w:t>
      </w:r>
    </w:p>
  </w:footnote>
  <w:footnote w:id="2">
    <w:p w14:paraId="0B3D1BC1" w14:textId="77777777" w:rsidR="00813EAE" w:rsidRPr="00D810F1" w:rsidRDefault="002D2F2D">
      <w:pPr>
        <w:pStyle w:val="Textonotapie1"/>
        <w:rPr>
          <w:lang w:val="es-PE"/>
        </w:rPr>
      </w:pPr>
      <w:r>
        <w:rPr>
          <w:rStyle w:val="Refdenotaalpie1"/>
        </w:rPr>
        <w:footnoteRef/>
      </w:r>
      <w:r w:rsidRPr="00D810F1">
        <w:rPr>
          <w:lang w:val="es-PE"/>
        </w:rPr>
        <w:t xml:space="preserve"> Si ha fraccionado su deuda ante la SUNAT y su deuda figura en estado coactivo, debe adjuntar la resolución de fraccionamiento en su postulación.</w:t>
      </w:r>
    </w:p>
  </w:footnote>
  <w:footnote w:id="3">
    <w:p w14:paraId="425E64D9" w14:textId="77777777" w:rsidR="00813EAE" w:rsidRPr="00D810F1" w:rsidRDefault="002D2F2D">
      <w:pPr>
        <w:pStyle w:val="Textonotapie1"/>
        <w:rPr>
          <w:lang w:val="es-PE"/>
        </w:rPr>
      </w:pPr>
      <w:r>
        <w:rPr>
          <w:rStyle w:val="Refdenotaalpie1"/>
        </w:rPr>
        <w:footnoteRef/>
      </w:r>
      <w:r w:rsidRPr="00D810F1">
        <w:rPr>
          <w:lang w:val="es-PE"/>
        </w:rPr>
        <w:t xml:space="preserve"> Se deberá presentar el documento que acredite su último puesto de trabajo al momento de suscribir el contrato.</w:t>
      </w:r>
    </w:p>
  </w:footnote>
  <w:footnote w:id="4">
    <w:p w14:paraId="3A4FB957" w14:textId="77777777" w:rsidR="00813EAE" w:rsidRPr="00D810F1" w:rsidRDefault="002D2F2D">
      <w:pPr>
        <w:pStyle w:val="Textonotapie1"/>
        <w:rPr>
          <w:lang w:val="es-PE"/>
        </w:rPr>
      </w:pPr>
      <w:r>
        <w:rPr>
          <w:rStyle w:val="Refdenotaalpie1"/>
        </w:rPr>
        <w:footnoteRef/>
      </w:r>
      <w:r w:rsidRPr="00D810F1">
        <w:rPr>
          <w:lang w:val="es-PE"/>
        </w:rPr>
        <w:t xml:space="preserve"> Concursos de Fortalecimiento de Incubadoras de PROINNÓVATE en todas sus versiones incluyendo Regionales, Cambio Climático, 2.0; y Concursos de Fomento de Capital de Riesgo.</w:t>
      </w:r>
    </w:p>
  </w:footnote>
  <w:footnote w:id="5">
    <w:p w14:paraId="1F8616A6" w14:textId="77777777" w:rsidR="00813EAE" w:rsidRPr="00D810F1" w:rsidRDefault="002D2F2D">
      <w:pPr>
        <w:pStyle w:val="Textonotapie1"/>
        <w:rPr>
          <w:lang w:val="es-PE"/>
        </w:rPr>
      </w:pPr>
      <w:r>
        <w:rPr>
          <w:rStyle w:val="Refdenotaalpie1"/>
        </w:rPr>
        <w:footnoteRef/>
      </w:r>
      <w:r w:rsidRPr="00D810F1">
        <w:rPr>
          <w:lang w:val="es-PE"/>
        </w:rPr>
        <w:t xml:space="preserve"> Ley General del Medio Ambiente 28611.</w:t>
      </w:r>
    </w:p>
  </w:footnote>
  <w:footnote w:id="6">
    <w:p w14:paraId="761FA230" w14:textId="77777777" w:rsidR="00813EAE" w:rsidRPr="00D810F1" w:rsidRDefault="002D2F2D">
      <w:pPr>
        <w:pStyle w:val="Textonotapie1"/>
        <w:rPr>
          <w:lang w:val="es-PE"/>
        </w:rPr>
      </w:pPr>
      <w:r>
        <w:rPr>
          <w:rStyle w:val="Refdenotaalpie1"/>
        </w:rPr>
        <w:footnoteRef/>
      </w:r>
      <w:r w:rsidRPr="00D810F1">
        <w:rPr>
          <w:lang w:val="es-PE"/>
        </w:rPr>
        <w:t xml:space="preserve"> Priorizados en su Plan de Desarrollo del Ecosistema Regional de Innovación y Emprendimiento (PDE).</w:t>
      </w:r>
    </w:p>
  </w:footnote>
  <w:footnote w:id="7">
    <w:p w14:paraId="369DFB02" w14:textId="77777777" w:rsidR="00813EAE" w:rsidRPr="00D810F1" w:rsidRDefault="002D2F2D">
      <w:pPr>
        <w:pStyle w:val="Textonotapie1"/>
        <w:rPr>
          <w:lang w:val="es-PE"/>
        </w:rPr>
      </w:pPr>
      <w:r>
        <w:rPr>
          <w:rStyle w:val="Refdenotaalpie1"/>
        </w:rPr>
        <w:footnoteRef/>
      </w:r>
      <w:r w:rsidRPr="00D810F1">
        <w:rPr>
          <w:lang w:val="es-PE"/>
        </w:rPr>
        <w:t xml:space="preserve"> Solo si la solución innovadora contribuye de manera directa al fortalecimiento de uno de los sectores priorizados mencionados.</w:t>
      </w:r>
    </w:p>
  </w:footnote>
  <w:footnote w:id="8">
    <w:p w14:paraId="65B34109" w14:textId="77777777" w:rsidR="00813EAE" w:rsidRPr="00D810F1" w:rsidRDefault="002D2F2D">
      <w:pPr>
        <w:pStyle w:val="Textonotapie1"/>
        <w:rPr>
          <w:lang w:val="es-PE"/>
        </w:rPr>
      </w:pPr>
      <w:r>
        <w:rPr>
          <w:rStyle w:val="Refdenotaalpie1"/>
        </w:rPr>
        <w:footnoteRef/>
      </w:r>
      <w:r w:rsidRPr="00D810F1">
        <w:rPr>
          <w:lang w:val="es-PE"/>
        </w:rPr>
        <w:t xml:space="preserve"> Para equipos de dos (2) integrantes, al menos uno (1) deberá domiciliar en La Libertad; para equipos de tres (3) o cuatro (4) integrantes, al menos dos (2) deberán domiciliar en dicha región.</w:t>
      </w:r>
    </w:p>
  </w:footnote>
  <w:footnote w:id="9">
    <w:p w14:paraId="28D2D0C9" w14:textId="77777777" w:rsidR="00813EAE" w:rsidRPr="00D810F1" w:rsidRDefault="002D2F2D">
      <w:pPr>
        <w:pStyle w:val="Textonotapie1"/>
        <w:rPr>
          <w:lang w:val="es-PE"/>
        </w:rPr>
      </w:pPr>
      <w:r>
        <w:rPr>
          <w:rStyle w:val="Refdenotaalpie1"/>
        </w:rPr>
        <w:footnoteRef/>
      </w:r>
      <w:r w:rsidRPr="00D810F1">
        <w:rPr>
          <w:lang w:val="es-PE"/>
        </w:rPr>
        <w:t xml:space="preserve"> Si ha fraccionado su deuda ante la SUNAT y su deuda figura en estado coactivo, debe adjuntar la resolución de fraccionamiento en su postulación.</w:t>
      </w:r>
    </w:p>
  </w:footnote>
  <w:footnote w:id="10">
    <w:p w14:paraId="3AA072AE" w14:textId="77777777" w:rsidR="00813EAE" w:rsidRPr="00D810F1" w:rsidRDefault="002D2F2D">
      <w:pPr>
        <w:pStyle w:val="Textonotapie1"/>
        <w:rPr>
          <w:lang w:val="es-PE"/>
        </w:rPr>
      </w:pPr>
      <w:r>
        <w:rPr>
          <w:rStyle w:val="Refdenotaalpie1"/>
        </w:rPr>
        <w:footnoteRef/>
      </w:r>
      <w:r w:rsidRPr="00D810F1">
        <w:rPr>
          <w:lang w:val="es-PE"/>
        </w:rPr>
        <w:t xml:space="preserve"> Se deberá presentar el documento que acredite su último puesto de trabajo al momento de suscribir el contrato.</w:t>
      </w:r>
    </w:p>
  </w:footnote>
  <w:footnote w:id="11">
    <w:p w14:paraId="385C57E0" w14:textId="77777777" w:rsidR="00813EAE" w:rsidRPr="00D810F1" w:rsidRDefault="002D2F2D">
      <w:pPr>
        <w:pStyle w:val="Textonotapie1"/>
        <w:rPr>
          <w:lang w:val="es-PE"/>
        </w:rPr>
      </w:pPr>
      <w:r>
        <w:rPr>
          <w:rStyle w:val="Refdenotaalpie1"/>
        </w:rPr>
        <w:footnoteRef/>
      </w:r>
      <w:r w:rsidRPr="00D810F1">
        <w:rPr>
          <w:lang w:val="es-PE"/>
        </w:rPr>
        <w:t xml:space="preserve"> Concursos de Fortalecimiento de Incubadoras de PROINNÓVATE en todas sus versiones incluyendo Regionales, Cambio Climático, 2.0; y Concursos de Fomento de Capital de Riesgo.</w:t>
      </w:r>
    </w:p>
  </w:footnote>
  <w:footnote w:id="12">
    <w:p w14:paraId="49A3FDF9" w14:textId="77777777" w:rsidR="00813EAE" w:rsidRPr="00D810F1" w:rsidRDefault="002D2F2D">
      <w:pPr>
        <w:pStyle w:val="Textonotapie1"/>
        <w:rPr>
          <w:lang w:val="es-PE"/>
        </w:rPr>
      </w:pPr>
      <w:r>
        <w:rPr>
          <w:rStyle w:val="Refdenotaalpie1"/>
        </w:rPr>
        <w:footnoteRef/>
      </w:r>
      <w:r w:rsidRPr="00D810F1">
        <w:rPr>
          <w:lang w:val="es-PE"/>
        </w:rPr>
        <w:t xml:space="preserve"> Superintendencia Nacional de los Registros Públicos</w:t>
      </w:r>
    </w:p>
  </w:footnote>
  <w:footnote w:id="13">
    <w:p w14:paraId="33530BE1" w14:textId="77777777" w:rsidR="00813EAE" w:rsidRPr="00D810F1" w:rsidRDefault="002D2F2D">
      <w:pPr>
        <w:pStyle w:val="Textonotapie1"/>
        <w:rPr>
          <w:lang w:val="es-PE"/>
        </w:rPr>
      </w:pPr>
      <w:r>
        <w:rPr>
          <w:rStyle w:val="Refdenotaalpie1"/>
        </w:rPr>
        <w:footnoteRef/>
      </w:r>
      <w:r w:rsidRPr="00D810F1">
        <w:rPr>
          <w:lang w:val="es-PE"/>
        </w:rPr>
        <w:t xml:space="preserve"> Se validará con la partida registral o el libro de matrícula de acciones en donde figure que es socio o accionista de la empresa.</w:t>
      </w:r>
    </w:p>
  </w:footnote>
  <w:footnote w:id="14">
    <w:p w14:paraId="13FB8916" w14:textId="77777777" w:rsidR="00813EAE" w:rsidRPr="00D810F1" w:rsidRDefault="002D2F2D">
      <w:pPr>
        <w:pStyle w:val="Textonotapie1"/>
        <w:rPr>
          <w:lang w:val="es-PE"/>
        </w:rPr>
      </w:pPr>
      <w:r>
        <w:rPr>
          <w:rStyle w:val="Refdenotaalpie1"/>
        </w:rPr>
        <w:footnoteRef/>
      </w:r>
      <w:r w:rsidRPr="00D810F1">
        <w:rPr>
          <w:lang w:val="es-PE"/>
        </w:rPr>
        <w:t xml:space="preserve"> El equipo emprendedor podrá estar conformado por más de un socio fundador o colaborador de la empresa.</w:t>
      </w:r>
    </w:p>
  </w:footnote>
  <w:footnote w:id="15">
    <w:p w14:paraId="33C6DC5F" w14:textId="77777777" w:rsidR="00813EAE" w:rsidRPr="00D810F1" w:rsidRDefault="002D2F2D">
      <w:pPr>
        <w:pStyle w:val="Textonotapie1"/>
        <w:rPr>
          <w:lang w:val="es-PE"/>
        </w:rPr>
      </w:pPr>
      <w:r>
        <w:rPr>
          <w:rStyle w:val="Refdenotaalpie1"/>
        </w:rPr>
        <w:footnoteRef/>
      </w:r>
      <w:r w:rsidRPr="00D810F1">
        <w:rPr>
          <w:lang w:val="es-PE"/>
        </w:rPr>
        <w:t xml:space="preserve"> Las versiones del Concurso “Emprendimientos Innovadores” de PROINNÓVATE han sido Reto Biodiversidad, Reto Bio, Reto Resiliente, Mujer Emprende y Emprendimientos Innovadores - Perú Produce: Innovación Frente al Cambio Climático.</w:t>
      </w:r>
    </w:p>
  </w:footnote>
  <w:footnote w:id="16">
    <w:p w14:paraId="6F00F802" w14:textId="77777777" w:rsidR="00813EAE" w:rsidRPr="00D810F1" w:rsidRDefault="002D2F2D">
      <w:pPr>
        <w:pStyle w:val="Textonotapie1"/>
        <w:rPr>
          <w:lang w:val="es-PE"/>
        </w:rPr>
      </w:pPr>
      <w:r>
        <w:rPr>
          <w:rStyle w:val="Refdenotaalpie1"/>
        </w:rPr>
        <w:footnoteRef/>
      </w:r>
      <w:r w:rsidRPr="00D810F1">
        <w:rPr>
          <w:lang w:val="es-PE"/>
        </w:rPr>
        <w:t xml:space="preserve"> Ley General del Medio Ambiente 28611.</w:t>
      </w:r>
    </w:p>
  </w:footnote>
  <w:footnote w:id="17">
    <w:p w14:paraId="13375A38" w14:textId="77777777" w:rsidR="00813EAE" w:rsidRPr="00D810F1" w:rsidRDefault="002D2F2D">
      <w:pPr>
        <w:pStyle w:val="Textonotapie1"/>
        <w:rPr>
          <w:lang w:val="es-PE"/>
        </w:rPr>
      </w:pPr>
      <w:r>
        <w:rPr>
          <w:rStyle w:val="Refdenotaalpie1"/>
        </w:rPr>
        <w:footnoteRef/>
      </w:r>
      <w:r w:rsidRPr="00D810F1">
        <w:rPr>
          <w:lang w:val="es-PE"/>
        </w:rPr>
        <w:t xml:space="preserve"> Priorizados en su Plan de Desarrollo del Ecosistema Regional de Innovación y Emprendimiento (PDE).</w:t>
      </w:r>
    </w:p>
  </w:footnote>
  <w:footnote w:id="18">
    <w:p w14:paraId="4D8CC2A0" w14:textId="77777777" w:rsidR="00813EAE" w:rsidRPr="00D810F1" w:rsidRDefault="002D2F2D">
      <w:pPr>
        <w:pStyle w:val="Textonotapie1"/>
        <w:rPr>
          <w:lang w:val="es-PE"/>
        </w:rPr>
      </w:pPr>
      <w:r>
        <w:rPr>
          <w:rStyle w:val="Refdenotaalpie1"/>
        </w:rPr>
        <w:footnoteRef/>
      </w:r>
      <w:r w:rsidRPr="00D810F1">
        <w:rPr>
          <w:lang w:val="es-PE"/>
        </w:rPr>
        <w:t xml:space="preserve"> Solo si la solución innovadora contribuye de manera directa al fortalecimiento de uno de los sectores priorizados mencionados.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2E08" w14:textId="4738321E" w:rsidR="00813EAE" w:rsidRDefault="00813EAE">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31749986">
    <w:abstractNumId w:val="8"/>
  </w:num>
  <w:num w:numId="2" w16cid:durableId="1696736069">
    <w:abstractNumId w:val="6"/>
  </w:num>
  <w:num w:numId="3" w16cid:durableId="150608026">
    <w:abstractNumId w:val="5"/>
  </w:num>
  <w:num w:numId="4" w16cid:durableId="1750425701">
    <w:abstractNumId w:val="4"/>
  </w:num>
  <w:num w:numId="5" w16cid:durableId="798884888">
    <w:abstractNumId w:val="7"/>
  </w:num>
  <w:num w:numId="6" w16cid:durableId="2137211687">
    <w:abstractNumId w:val="3"/>
  </w:num>
  <w:num w:numId="7" w16cid:durableId="1597325773">
    <w:abstractNumId w:val="2"/>
  </w:num>
  <w:num w:numId="8" w16cid:durableId="1009059099">
    <w:abstractNumId w:val="1"/>
  </w:num>
  <w:num w:numId="9" w16cid:durableId="61009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592"/>
    <w:rsid w:val="00034616"/>
    <w:rsid w:val="0006063C"/>
    <w:rsid w:val="00110E1A"/>
    <w:rsid w:val="0015074B"/>
    <w:rsid w:val="002470F4"/>
    <w:rsid w:val="0029639D"/>
    <w:rsid w:val="002D2F2D"/>
    <w:rsid w:val="00326F90"/>
    <w:rsid w:val="00394682"/>
    <w:rsid w:val="00413FC4"/>
    <w:rsid w:val="00487501"/>
    <w:rsid w:val="006E7CAA"/>
    <w:rsid w:val="00743E2B"/>
    <w:rsid w:val="007A0FCE"/>
    <w:rsid w:val="00813EAE"/>
    <w:rsid w:val="00822292"/>
    <w:rsid w:val="00AA1D8D"/>
    <w:rsid w:val="00B47730"/>
    <w:rsid w:val="00BE7F58"/>
    <w:rsid w:val="00CB0664"/>
    <w:rsid w:val="00CD4B54"/>
    <w:rsid w:val="00CD7515"/>
    <w:rsid w:val="00D810F1"/>
    <w:rsid w:val="00EA58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67CDB8"/>
  <w14:defaultImageDpi w14:val="300"/>
  <w15:docId w15:val="{033AD5FA-0916-4B29-9BC5-FE413A22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15" ma:contentTypeDescription="Crear nuevo documento." ma:contentTypeScope="" ma:versionID="8212066bc67c6c552483c1ae857b2b2f">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9cc00a4df0bb95508a4e84d15da036df"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a161ff80-685b-41fc-a0cb-2dc0b19784cb}" ma:internalName="TaxCatchAll" ma:showField="CatchAllData" ma:web="6d0ee877-be8d-4309-8dfa-6ef3eefe2d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5b88aa1d-0d17-434a-b4d8-cfce75cff1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d0ee877-be8d-4309-8dfa-6ef3eefe2dbe" xsi:nil="true"/>
    <lcf76f155ced4ddcb4097134ff3c332f xmlns="f68cbc09-5db5-44b1-9a53-95f24404158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CED1B4-6359-40AC-9ACE-7746CE131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CFA09866-DFC2-4C6E-8D16-DE9B63F3C31F}">
  <ds:schemaRefs>
    <ds:schemaRef ds:uri="http://schemas.microsoft.com/office/2006/metadata/properties"/>
    <ds:schemaRef ds:uri="http://schemas.microsoft.com/office/infopath/2007/PartnerControls"/>
    <ds:schemaRef ds:uri="6d0ee877-be8d-4309-8dfa-6ef3eefe2dbe"/>
    <ds:schemaRef ds:uri="f68cbc09-5db5-44b1-9a53-95f24404158b"/>
  </ds:schemaRefs>
</ds:datastoreItem>
</file>

<file path=customXml/itemProps4.xml><?xml version="1.0" encoding="utf-8"?>
<ds:datastoreItem xmlns:ds="http://schemas.openxmlformats.org/officeDocument/2006/customXml" ds:itemID="{29A5EE4A-0D65-4143-8594-C064B5718A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3394</Words>
  <Characters>18671</Characters>
  <Application>Microsoft Office Word</Application>
  <DocSecurity>0</DocSecurity>
  <Lines>155</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Formatos Emprendimientos Innovadores – La Libertad</vt:lpstr>
      <vt:lpstr/>
    </vt:vector>
  </TitlesOfParts>
  <Manager/>
  <Company/>
  <LinksUpToDate>false</LinksUpToDate>
  <CharactersWithSpaces>22021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Emprendimientos Innovadores – La Libertad</dc:title>
  <dc:subject>GB|p=1|r=2|ronda=0|d=formatos</dc:subject>
  <dc:creator>Generador de Bases</dc:creator>
  <cp:keywords/>
  <dc:description>generated by python-docx</dc:description>
  <cp:lastModifiedBy>Rafael Ugarte Falcon</cp:lastModifiedBy>
  <cp:revision>5</cp:revision>
  <dcterms:created xsi:type="dcterms:W3CDTF">2013-12-23T23:15:00Z</dcterms:created>
  <dcterms:modified xsi:type="dcterms:W3CDTF">2026-10-24T00:54:00Z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ies>
</file>