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5EE39" w14:textId="6B6A406C" w:rsidR="00D8763B" w:rsidRDefault="00D8763B" w:rsidP="00D8763B">
      <w:pPr>
        <w:rPr>
          <w:lang w:val="es-PE"/>
        </w:rPr>
      </w:pPr>
      <w:r>
        <w:rPr>
          <w:lang w:val="es-PE"/>
        </w:rPr>
        <w:drawing>
          <wp:anchor distT="0" distB="0" distL="114300" distR="114300" simplePos="0" relativeHeight="251658240" behindDoc="0" locked="0" layoutInCell="1" allowOverlap="1" wp14:anchorId="6FCB310B" wp14:editId="2305EE53">
            <wp:simplePos x="0" y="0"/>
            <wp:positionH relativeFrom="page">
              <wp:posOffset>-7249</wp:posOffset>
            </wp:positionH>
            <wp:positionV relativeFrom="paragraph">
              <wp:posOffset>-1143000</wp:posOffset>
            </wp:positionV>
            <wp:extent cx="7585444" cy="10662249"/>
            <wp:effectExtent l="0" t="0" r="0" b="6350"/>
            <wp:wrapNone/>
            <wp:docPr id="3077655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85444" cy="106622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7BE642" w14:textId="77777777" w:rsidR="00D8763B" w:rsidRDefault="00D8763B" w:rsidP="00D8763B">
      <w:pPr>
        <w:rPr>
          <w:lang w:val="es-PE"/>
        </w:rPr>
      </w:pPr>
    </w:p>
    <w:p w14:paraId="3A335B5B" w14:textId="212CA0CE" w:rsidR="00D8763B" w:rsidRDefault="00D8763B" w:rsidP="00D8763B">
      <w:pPr>
        <w:rPr>
          <w:lang w:val="es-PE"/>
        </w:rPr>
      </w:pPr>
    </w:p>
    <w:p w14:paraId="638F8A09" w14:textId="24D26F0E" w:rsidR="00D8763B" w:rsidRDefault="00D8763B" w:rsidP="00D8763B">
      <w:pPr>
        <w:rPr>
          <w:lang w:val="es-PE"/>
        </w:rPr>
      </w:pPr>
    </w:p>
    <w:p w14:paraId="28354441" w14:textId="77777777" w:rsidR="00D8763B" w:rsidRDefault="00D8763B" w:rsidP="00D8763B">
      <w:pPr>
        <w:rPr>
          <w:lang w:val="es-PE"/>
        </w:rPr>
      </w:pPr>
    </w:p>
    <w:p w14:paraId="6D4AB83E" w14:textId="77777777" w:rsidR="00D8763B" w:rsidRDefault="00D8763B" w:rsidP="00D8763B">
      <w:pPr>
        <w:rPr>
          <w:lang w:val="es-PE"/>
        </w:rPr>
      </w:pPr>
    </w:p>
    <w:p w14:paraId="7FE02C6C" w14:textId="5FE9E442" w:rsidR="00D8763B" w:rsidRDefault="00D8763B" w:rsidP="00D8763B">
      <w:pPr>
        <w:rPr>
          <w:lang w:val="es-PE"/>
        </w:rPr>
      </w:pPr>
    </w:p>
    <w:p w14:paraId="034A6F5F" w14:textId="77777777" w:rsidR="00D8763B" w:rsidRDefault="00D8763B" w:rsidP="00D8763B">
      <w:pPr>
        <w:rPr>
          <w:lang w:val="es-PE"/>
        </w:rPr>
      </w:pPr>
    </w:p>
    <w:p w14:paraId="4B02764E" w14:textId="2D264224" w:rsidR="00D8763B" w:rsidRDefault="00D8763B" w:rsidP="00D8763B">
      <w:pPr>
        <w:rPr>
          <w:lang w:val="es-PE"/>
        </w:rPr>
      </w:pPr>
    </w:p>
    <w:p w14:paraId="562D678A" w14:textId="77777777" w:rsidR="00D8763B" w:rsidRDefault="00D8763B" w:rsidP="00D8763B">
      <w:pPr>
        <w:rPr>
          <w:lang w:val="es-PE"/>
        </w:rPr>
      </w:pPr>
    </w:p>
    <w:p w14:paraId="7768D425" w14:textId="2CC06187" w:rsidR="00D8763B" w:rsidRDefault="00D8763B" w:rsidP="00D8763B">
      <w:pPr>
        <w:rPr>
          <w:lang w:val="es-PE"/>
        </w:rPr>
      </w:pPr>
    </w:p>
    <w:p w14:paraId="015115F9" w14:textId="77777777" w:rsidR="00D8763B" w:rsidRDefault="00D8763B" w:rsidP="00D8763B">
      <w:pPr>
        <w:rPr>
          <w:lang w:val="es-PE"/>
        </w:rPr>
      </w:pPr>
    </w:p>
    <w:p w14:paraId="7620F737" w14:textId="77777777" w:rsidR="00D8763B" w:rsidRDefault="00D8763B" w:rsidP="00D8763B">
      <w:pPr>
        <w:rPr>
          <w:lang w:val="es-PE"/>
        </w:rPr>
      </w:pPr>
    </w:p>
    <w:p w14:paraId="752A2527" w14:textId="3136730E" w:rsidR="00D8763B" w:rsidRDefault="00D8763B" w:rsidP="00D8763B">
      <w:pPr>
        <w:rPr>
          <w:lang w:val="es-PE"/>
        </w:rPr>
      </w:pPr>
    </w:p>
    <w:p w14:paraId="704F5727" w14:textId="77777777" w:rsidR="00D8763B" w:rsidRDefault="00D8763B" w:rsidP="00D8763B">
      <w:pPr>
        <w:rPr>
          <w:lang w:val="es-PE"/>
        </w:rPr>
      </w:pPr>
    </w:p>
    <w:p w14:paraId="682ACE04" w14:textId="77777777" w:rsidR="00D8763B" w:rsidRDefault="00D8763B" w:rsidP="00D8763B">
      <w:pPr>
        <w:rPr>
          <w:lang w:val="es-PE"/>
        </w:rPr>
      </w:pPr>
    </w:p>
    <w:p w14:paraId="04A1A9B5" w14:textId="77777777" w:rsidR="00D8763B" w:rsidRDefault="00D8763B" w:rsidP="00D8763B">
      <w:pPr>
        <w:rPr>
          <w:lang w:val="es-PE"/>
        </w:rPr>
      </w:pPr>
    </w:p>
    <w:p w14:paraId="72B50215" w14:textId="77777777" w:rsidR="00D8763B" w:rsidRDefault="00D8763B" w:rsidP="00D8763B">
      <w:pPr>
        <w:rPr>
          <w:lang w:val="es-PE"/>
        </w:rPr>
      </w:pPr>
    </w:p>
    <w:p w14:paraId="02918933" w14:textId="77777777" w:rsidR="00D8763B" w:rsidRDefault="00D8763B" w:rsidP="00D8763B">
      <w:pPr>
        <w:rPr>
          <w:lang w:val="es-PE"/>
        </w:rPr>
      </w:pPr>
    </w:p>
    <w:p w14:paraId="263D8645" w14:textId="77777777" w:rsidR="00D8763B" w:rsidRDefault="00D8763B" w:rsidP="00D8763B">
      <w:pPr>
        <w:rPr>
          <w:lang w:val="es-PE"/>
        </w:rPr>
      </w:pPr>
    </w:p>
    <w:p w14:paraId="4C3DE6E4" w14:textId="77777777" w:rsidR="00D8763B" w:rsidRDefault="00D8763B" w:rsidP="00D8763B">
      <w:pPr>
        <w:rPr>
          <w:lang w:val="es-PE"/>
        </w:rPr>
      </w:pPr>
    </w:p>
    <w:p w14:paraId="1D3AD2D1" w14:textId="77777777" w:rsidR="00D8763B" w:rsidRDefault="00D8763B" w:rsidP="00D8763B">
      <w:pPr>
        <w:rPr>
          <w:lang w:val="es-PE"/>
        </w:rPr>
      </w:pPr>
    </w:p>
    <w:p w14:paraId="11B1ECDA" w14:textId="77777777" w:rsidR="00D8763B" w:rsidRDefault="00D8763B" w:rsidP="00D8763B">
      <w:pPr>
        <w:rPr>
          <w:lang w:val="es-PE"/>
        </w:rPr>
      </w:pPr>
    </w:p>
    <w:p w14:paraId="0A618BB6" w14:textId="27065281" w:rsidR="00D8763B" w:rsidRDefault="00D8763B" w:rsidP="00D8763B">
      <w:pPr>
        <w:rPr>
          <w:lang w:val="es-PE"/>
        </w:rPr>
      </w:pPr>
    </w:p>
    <w:p w14:paraId="560EA554" w14:textId="77777777" w:rsidR="00D8763B" w:rsidRDefault="00D8763B" w:rsidP="00D8763B">
      <w:pPr>
        <w:rPr>
          <w:lang w:val="es-PE"/>
        </w:rPr>
      </w:pPr>
    </w:p>
    <w:p w14:paraId="378AA33F" w14:textId="77777777" w:rsidR="00D8763B" w:rsidRDefault="00D8763B" w:rsidP="00D8763B">
      <w:pPr>
        <w:rPr>
          <w:lang w:val="es-PE"/>
        </w:rPr>
      </w:pPr>
    </w:p>
    <w:p w14:paraId="542F5116" w14:textId="77777777" w:rsidR="00D8763B" w:rsidRDefault="00D8763B" w:rsidP="00D8763B">
      <w:pPr>
        <w:rPr>
          <w:lang w:val="es-PE"/>
        </w:rPr>
      </w:pPr>
    </w:p>
    <w:p w14:paraId="4E812FC6" w14:textId="15823CA5" w:rsidR="00D8763B" w:rsidRPr="00D8763B" w:rsidRDefault="00D8763B" w:rsidP="00D8763B">
      <w:pPr>
        <w:rPr>
          <w:lang w:val="es-PE"/>
        </w:rPr>
      </w:pPr>
    </w:p>
    <w:p w14:paraId="27998A07" w14:textId="7B236DE7" w:rsidR="0095608A" w:rsidRPr="00CC031E" w:rsidRDefault="00943451">
      <w:pPr>
        <w:pStyle w:val="Ttulo1"/>
        <w:jc w:val="center"/>
        <w:rPr>
          <w:lang w:val="es-PE"/>
        </w:rPr>
      </w:pPr>
      <w:r w:rsidRPr="00CC031E">
        <w:rPr>
          <w:lang w:val="es-PE"/>
        </w:rPr>
        <w:lastRenderedPageBreak/>
        <w:t>FORMATO I: Declaración Jurada de Chequeo Legal y Compromiso (para postulación como empresa joven)</w:t>
      </w:r>
    </w:p>
    <w:tbl>
      <w:tblPr>
        <w:tblStyle w:val="Tablaconcuadrcula"/>
        <w:tblW w:w="0" w:type="auto"/>
        <w:jc w:val="center"/>
        <w:tblLayout w:type="fixed"/>
        <w:tblLook w:val="04A0" w:firstRow="1" w:lastRow="0" w:firstColumn="1" w:lastColumn="0" w:noHBand="0" w:noVBand="1"/>
      </w:tblPr>
      <w:tblGrid>
        <w:gridCol w:w="7937"/>
        <w:gridCol w:w="1134"/>
      </w:tblGrid>
      <w:tr w:rsidR="0095608A" w:rsidRPr="00D8763B" w14:paraId="2BD36814" w14:textId="77777777">
        <w:trPr>
          <w:cantSplit/>
          <w:tblHeader/>
          <w:jc w:val="center"/>
        </w:trPr>
        <w:tc>
          <w:tcPr>
            <w:tcW w:w="7937" w:type="dxa"/>
            <w:shd w:val="clear" w:color="auto" w:fill="D71920"/>
            <w:vAlign w:val="center"/>
          </w:tcPr>
          <w:p w14:paraId="4850FBDE" w14:textId="3EF7B9B6" w:rsidR="0095608A" w:rsidRPr="00D46F25" w:rsidRDefault="00943451">
            <w:pPr>
              <w:spacing w:before="20" w:after="20" w:line="240" w:lineRule="auto"/>
              <w:jc w:val="center"/>
            </w:pPr>
            <w:bookmarkStart w:id="0" w:name="_gb3402"/>
            <w:r w:rsidRPr="00D46F25">
              <w:rPr>
                <w:b/>
                <w:color w:val="FFFFFF"/>
                <w:sz w:val="20"/>
              </w:rPr>
              <w:t>Requisitos Legales</w:t>
            </w:r>
          </w:p>
        </w:tc>
        <w:tc>
          <w:tcPr>
            <w:tcW w:w="1134" w:type="dxa"/>
            <w:shd w:val="clear" w:color="auto" w:fill="D71920"/>
            <w:vAlign w:val="center"/>
          </w:tcPr>
          <w:p w14:paraId="65DB5EDE" w14:textId="77777777" w:rsidR="0095608A" w:rsidRPr="00CC031E" w:rsidRDefault="00943451">
            <w:pPr>
              <w:spacing w:before="20" w:after="20" w:line="240" w:lineRule="auto"/>
              <w:jc w:val="center"/>
              <w:rPr>
                <w:lang w:val="es-PE"/>
              </w:rPr>
            </w:pPr>
            <w:r w:rsidRPr="00CC031E">
              <w:rPr>
                <w:b/>
                <w:color w:val="FFFFFF"/>
                <w:sz w:val="20"/>
                <w:lang w:val="es-PE"/>
              </w:rPr>
              <w:t>Sí cumplo(Marcar con una X)</w:t>
            </w:r>
          </w:p>
        </w:tc>
      </w:tr>
      <w:tr w:rsidR="0095608A" w:rsidRPr="00D8763B" w14:paraId="2C6F0A5B" w14:textId="77777777">
        <w:trPr>
          <w:cantSplit/>
          <w:jc w:val="center"/>
        </w:trPr>
        <w:tc>
          <w:tcPr>
            <w:tcW w:w="7937" w:type="dxa"/>
            <w:vAlign w:val="center"/>
          </w:tcPr>
          <w:p w14:paraId="684CA3A6" w14:textId="012EB215" w:rsidR="0095608A" w:rsidRPr="00CC031E" w:rsidRDefault="00943451">
            <w:pPr>
              <w:spacing w:before="20" w:after="20" w:line="240" w:lineRule="auto"/>
              <w:rPr>
                <w:lang w:val="es-PE"/>
              </w:rPr>
            </w:pPr>
            <w:r w:rsidRPr="00CC031E">
              <w:rPr>
                <w:b/>
                <w:sz w:val="20"/>
                <w:lang w:val="es-PE"/>
              </w:rPr>
              <w:t>Los miembros del equipo emprendedor, incluido el líder emprendedor, cumplen con los siguientes requisitos:</w:t>
            </w:r>
          </w:p>
        </w:tc>
        <w:tc>
          <w:tcPr>
            <w:tcW w:w="1134" w:type="dxa"/>
            <w:vAlign w:val="center"/>
          </w:tcPr>
          <w:p w14:paraId="5F2F1615" w14:textId="77777777" w:rsidR="0095608A" w:rsidRPr="00CC031E" w:rsidRDefault="0095608A">
            <w:pPr>
              <w:spacing w:before="20" w:after="20" w:line="240" w:lineRule="auto"/>
              <w:rPr>
                <w:lang w:val="es-PE"/>
              </w:rPr>
            </w:pPr>
          </w:p>
        </w:tc>
      </w:tr>
      <w:tr w:rsidR="0095608A" w:rsidRPr="00D8763B" w14:paraId="2B8BD1D2" w14:textId="77777777">
        <w:trPr>
          <w:cantSplit/>
          <w:jc w:val="center"/>
        </w:trPr>
        <w:tc>
          <w:tcPr>
            <w:tcW w:w="7937" w:type="dxa"/>
            <w:vAlign w:val="center"/>
          </w:tcPr>
          <w:p w14:paraId="3AED2006" w14:textId="77777777" w:rsidR="0095608A" w:rsidRPr="00CC031E" w:rsidRDefault="00943451">
            <w:pPr>
              <w:tabs>
                <w:tab w:val="left" w:pos="369"/>
              </w:tabs>
              <w:spacing w:before="20" w:after="20" w:line="240" w:lineRule="auto"/>
              <w:ind w:left="369" w:hanging="369"/>
              <w:rPr>
                <w:lang w:val="es-PE"/>
              </w:rPr>
            </w:pPr>
            <w:r w:rsidRPr="00CC031E">
              <w:rPr>
                <w:sz w:val="20"/>
                <w:lang w:val="es-PE"/>
              </w:rPr>
              <w:t>a)</w:t>
            </w:r>
            <w:r w:rsidRPr="00CC031E">
              <w:rPr>
                <w:sz w:val="20"/>
                <w:lang w:val="es-PE"/>
              </w:rPr>
              <w:tab/>
              <w:t>Ser mayor de edad.</w:t>
            </w:r>
          </w:p>
        </w:tc>
        <w:tc>
          <w:tcPr>
            <w:tcW w:w="1134" w:type="dxa"/>
            <w:vAlign w:val="center"/>
          </w:tcPr>
          <w:p w14:paraId="35F24D4A" w14:textId="77777777" w:rsidR="0095608A" w:rsidRPr="00CC031E" w:rsidRDefault="0095608A">
            <w:pPr>
              <w:spacing w:before="20" w:after="20" w:line="240" w:lineRule="auto"/>
              <w:rPr>
                <w:lang w:val="es-PE"/>
              </w:rPr>
            </w:pPr>
          </w:p>
        </w:tc>
      </w:tr>
      <w:tr w:rsidR="0095608A" w:rsidRPr="00D8763B" w14:paraId="31E46388" w14:textId="77777777">
        <w:trPr>
          <w:cantSplit/>
          <w:jc w:val="center"/>
        </w:trPr>
        <w:tc>
          <w:tcPr>
            <w:tcW w:w="7937" w:type="dxa"/>
            <w:vAlign w:val="center"/>
          </w:tcPr>
          <w:p w14:paraId="2DFD3923" w14:textId="77777777" w:rsidR="0095608A" w:rsidRPr="00CC031E" w:rsidRDefault="00943451">
            <w:pPr>
              <w:tabs>
                <w:tab w:val="left" w:pos="369"/>
              </w:tabs>
              <w:spacing w:before="20" w:after="20" w:line="240" w:lineRule="auto"/>
              <w:ind w:left="369" w:hanging="369"/>
              <w:rPr>
                <w:lang w:val="es-PE"/>
              </w:rPr>
            </w:pPr>
            <w:r w:rsidRPr="00CC031E">
              <w:rPr>
                <w:sz w:val="20"/>
                <w:lang w:val="es-PE"/>
              </w:rPr>
              <w:t>b)</w:t>
            </w:r>
            <w:r w:rsidRPr="00CC031E">
              <w:rPr>
                <w:sz w:val="20"/>
                <w:lang w:val="es-PE"/>
              </w:rPr>
              <w:tab/>
              <w:t>El Líder Emprendedor deberá tener domicilio en la región San Martín, según su Documento Nacional de Identidad (DNI).</w:t>
            </w:r>
          </w:p>
        </w:tc>
        <w:tc>
          <w:tcPr>
            <w:tcW w:w="1134" w:type="dxa"/>
            <w:vAlign w:val="center"/>
          </w:tcPr>
          <w:p w14:paraId="6685B101" w14:textId="77777777" w:rsidR="0095608A" w:rsidRPr="00CC031E" w:rsidRDefault="0095608A">
            <w:pPr>
              <w:spacing w:before="20" w:after="20" w:line="240" w:lineRule="auto"/>
              <w:rPr>
                <w:lang w:val="es-PE"/>
              </w:rPr>
            </w:pPr>
          </w:p>
        </w:tc>
      </w:tr>
      <w:tr w:rsidR="0095608A" w:rsidRPr="00D8763B" w14:paraId="14A4BA0B" w14:textId="77777777">
        <w:trPr>
          <w:cantSplit/>
          <w:jc w:val="center"/>
        </w:trPr>
        <w:tc>
          <w:tcPr>
            <w:tcW w:w="7937" w:type="dxa"/>
            <w:vAlign w:val="center"/>
          </w:tcPr>
          <w:p w14:paraId="21CB2F07" w14:textId="77777777" w:rsidR="0095608A" w:rsidRPr="00CC031E" w:rsidRDefault="00943451">
            <w:pPr>
              <w:tabs>
                <w:tab w:val="left" w:pos="369"/>
              </w:tabs>
              <w:spacing w:before="20" w:after="20" w:line="240" w:lineRule="auto"/>
              <w:ind w:left="369" w:hanging="369"/>
              <w:rPr>
                <w:lang w:val="es-PE"/>
              </w:rPr>
            </w:pPr>
            <w:r w:rsidRPr="00CC031E">
              <w:rPr>
                <w:sz w:val="20"/>
                <w:lang w:val="es-PE"/>
              </w:rPr>
              <w:t>c)</w:t>
            </w:r>
            <w:r w:rsidRPr="00CC031E">
              <w:rPr>
                <w:sz w:val="20"/>
                <w:lang w:val="es-PE"/>
              </w:rPr>
              <w:tab/>
              <w:t>La mayoría</w:t>
            </w:r>
            <w:r w:rsidRPr="00D46F25">
              <w:rPr>
                <w:rStyle w:val="Refdenotaalpie1"/>
              </w:rPr>
              <w:footnoteReference w:id="1"/>
            </w:r>
            <w:r w:rsidRPr="00CC031E">
              <w:rPr>
                <w:sz w:val="20"/>
                <w:lang w:val="es-PE"/>
              </w:rPr>
              <w:t xml:space="preserve"> de los integrantes del equipo emprendedor deberá tener domicilio en la región San Martín. Según su Documento Nacional de Identidad (DNI) o Carnet de Extranjería (CE).</w:t>
            </w:r>
          </w:p>
        </w:tc>
        <w:tc>
          <w:tcPr>
            <w:tcW w:w="1134" w:type="dxa"/>
            <w:vAlign w:val="center"/>
          </w:tcPr>
          <w:p w14:paraId="0AD7D220" w14:textId="77777777" w:rsidR="0095608A" w:rsidRPr="00CC031E" w:rsidRDefault="0095608A">
            <w:pPr>
              <w:spacing w:before="20" w:after="20" w:line="240" w:lineRule="auto"/>
              <w:rPr>
                <w:lang w:val="es-PE"/>
              </w:rPr>
            </w:pPr>
          </w:p>
        </w:tc>
      </w:tr>
      <w:tr w:rsidR="0095608A" w:rsidRPr="00D8763B" w14:paraId="5C04805A" w14:textId="77777777">
        <w:trPr>
          <w:cantSplit/>
          <w:jc w:val="center"/>
        </w:trPr>
        <w:tc>
          <w:tcPr>
            <w:tcW w:w="7937" w:type="dxa"/>
            <w:vAlign w:val="center"/>
          </w:tcPr>
          <w:p w14:paraId="0E81F61D" w14:textId="77777777" w:rsidR="0095608A" w:rsidRPr="00CC031E" w:rsidRDefault="00943451">
            <w:pPr>
              <w:tabs>
                <w:tab w:val="left" w:pos="369"/>
              </w:tabs>
              <w:spacing w:before="20" w:after="20" w:line="240" w:lineRule="auto"/>
              <w:ind w:left="369" w:hanging="369"/>
              <w:rPr>
                <w:lang w:val="es-PE"/>
              </w:rPr>
            </w:pPr>
            <w:r w:rsidRPr="00CC031E">
              <w:rPr>
                <w:sz w:val="20"/>
                <w:lang w:val="es-PE"/>
              </w:rPr>
              <w:t>d)</w:t>
            </w:r>
            <w:r w:rsidRPr="00CC031E">
              <w:rPr>
                <w:sz w:val="20"/>
                <w:lang w:val="es-PE"/>
              </w:rPr>
              <w:tab/>
              <w:t>Contar con DNI o carnet de extranjería vigente, en caso ser extranjero, con pasaporte vigente.</w:t>
            </w:r>
          </w:p>
        </w:tc>
        <w:tc>
          <w:tcPr>
            <w:tcW w:w="1134" w:type="dxa"/>
            <w:vAlign w:val="center"/>
          </w:tcPr>
          <w:p w14:paraId="2ACB8044" w14:textId="77777777" w:rsidR="0095608A" w:rsidRPr="00CC031E" w:rsidRDefault="0095608A">
            <w:pPr>
              <w:spacing w:before="20" w:after="20" w:line="240" w:lineRule="auto"/>
              <w:rPr>
                <w:lang w:val="es-PE"/>
              </w:rPr>
            </w:pPr>
          </w:p>
        </w:tc>
      </w:tr>
      <w:tr w:rsidR="0095608A" w:rsidRPr="00D8763B" w14:paraId="2286ECBE" w14:textId="77777777">
        <w:trPr>
          <w:cantSplit/>
          <w:jc w:val="center"/>
        </w:trPr>
        <w:tc>
          <w:tcPr>
            <w:tcW w:w="7937" w:type="dxa"/>
            <w:vAlign w:val="center"/>
          </w:tcPr>
          <w:p w14:paraId="33BCD9C2" w14:textId="77777777" w:rsidR="0095608A" w:rsidRPr="00CC031E" w:rsidRDefault="00943451">
            <w:pPr>
              <w:tabs>
                <w:tab w:val="left" w:pos="369"/>
              </w:tabs>
              <w:spacing w:before="20" w:after="20" w:line="240" w:lineRule="auto"/>
              <w:ind w:left="369" w:hanging="369"/>
              <w:rPr>
                <w:lang w:val="es-PE"/>
              </w:rPr>
            </w:pPr>
            <w:r w:rsidRPr="00CC031E">
              <w:rPr>
                <w:sz w:val="20"/>
                <w:lang w:val="es-PE"/>
              </w:rPr>
              <w:t>e)</w:t>
            </w:r>
            <w:r w:rsidRPr="00CC031E">
              <w:rPr>
                <w:sz w:val="20"/>
                <w:lang w:val="es-PE"/>
              </w:rPr>
              <w:tab/>
              <w:t>En caso de encontrarse clasificados en la central de riesgos de la Superintendencia de Banca, Seguros y Administradoras Privadas de Fondos de Pensiones (SBS), no podrá tener una categoría menor a “Cliente con Problemas Potenciales”(CPP) al momento de la postulación.</w:t>
            </w:r>
          </w:p>
        </w:tc>
        <w:tc>
          <w:tcPr>
            <w:tcW w:w="1134" w:type="dxa"/>
            <w:vAlign w:val="center"/>
          </w:tcPr>
          <w:p w14:paraId="6EFAB1E1" w14:textId="77777777" w:rsidR="0095608A" w:rsidRPr="00CC031E" w:rsidRDefault="0095608A">
            <w:pPr>
              <w:spacing w:before="20" w:after="20" w:line="240" w:lineRule="auto"/>
              <w:rPr>
                <w:lang w:val="es-PE"/>
              </w:rPr>
            </w:pPr>
          </w:p>
        </w:tc>
      </w:tr>
      <w:tr w:rsidR="0095608A" w:rsidRPr="00D8763B" w14:paraId="34066AD1" w14:textId="77777777">
        <w:trPr>
          <w:cantSplit/>
          <w:jc w:val="center"/>
        </w:trPr>
        <w:tc>
          <w:tcPr>
            <w:tcW w:w="7937" w:type="dxa"/>
            <w:vAlign w:val="center"/>
          </w:tcPr>
          <w:p w14:paraId="2D34ECFF" w14:textId="77777777" w:rsidR="0095608A" w:rsidRPr="00CC031E" w:rsidRDefault="00943451">
            <w:pPr>
              <w:tabs>
                <w:tab w:val="left" w:pos="369"/>
              </w:tabs>
              <w:spacing w:before="20" w:after="20" w:line="240" w:lineRule="auto"/>
              <w:ind w:left="369" w:hanging="369"/>
              <w:rPr>
                <w:lang w:val="es-PE"/>
              </w:rPr>
            </w:pPr>
            <w:r w:rsidRPr="00CC031E">
              <w:rPr>
                <w:sz w:val="20"/>
                <w:lang w:val="es-PE"/>
              </w:rPr>
              <w:t>f)</w:t>
            </w:r>
            <w:r w:rsidRPr="00CC031E">
              <w:rPr>
                <w:sz w:val="20"/>
                <w:lang w:val="es-PE"/>
              </w:rPr>
              <w:tab/>
              <w:t>No contar con antecedentes penales ni policiales</w:t>
            </w:r>
          </w:p>
        </w:tc>
        <w:tc>
          <w:tcPr>
            <w:tcW w:w="1134" w:type="dxa"/>
            <w:vAlign w:val="center"/>
          </w:tcPr>
          <w:p w14:paraId="6274C069" w14:textId="77777777" w:rsidR="0095608A" w:rsidRPr="00CC031E" w:rsidRDefault="0095608A">
            <w:pPr>
              <w:spacing w:before="20" w:after="20" w:line="240" w:lineRule="auto"/>
              <w:rPr>
                <w:lang w:val="es-PE"/>
              </w:rPr>
            </w:pPr>
          </w:p>
        </w:tc>
      </w:tr>
      <w:tr w:rsidR="0095608A" w:rsidRPr="00D8763B" w14:paraId="110CE1F8" w14:textId="77777777">
        <w:trPr>
          <w:cantSplit/>
          <w:jc w:val="center"/>
        </w:trPr>
        <w:tc>
          <w:tcPr>
            <w:tcW w:w="7937" w:type="dxa"/>
            <w:vAlign w:val="center"/>
          </w:tcPr>
          <w:p w14:paraId="753C9243" w14:textId="77777777" w:rsidR="0095608A" w:rsidRPr="00CC031E" w:rsidRDefault="00943451">
            <w:pPr>
              <w:tabs>
                <w:tab w:val="left" w:pos="369"/>
              </w:tabs>
              <w:spacing w:before="20" w:after="20" w:line="240" w:lineRule="auto"/>
              <w:ind w:left="369" w:hanging="369"/>
              <w:rPr>
                <w:lang w:val="es-PE"/>
              </w:rPr>
            </w:pPr>
            <w:r w:rsidRPr="00CC031E">
              <w:rPr>
                <w:sz w:val="20"/>
                <w:lang w:val="es-PE"/>
              </w:rPr>
              <w:t>g)</w:t>
            </w:r>
            <w:r w:rsidRPr="00CC031E">
              <w:rPr>
                <w:sz w:val="20"/>
                <w:lang w:val="es-PE"/>
              </w:rPr>
              <w:tab/>
              <w:t>No tener deudas coactivas con la SUNAT, según consulta RUC, SUNAT</w:t>
            </w:r>
            <w:r w:rsidRPr="00D46F25">
              <w:rPr>
                <w:rStyle w:val="Refdenotaalpie1"/>
              </w:rPr>
              <w:footnoteReference w:id="2"/>
            </w:r>
            <w:r w:rsidRPr="00CC031E">
              <w:rPr>
                <w:sz w:val="20"/>
                <w:lang w:val="es-PE"/>
              </w:rPr>
              <w:t>, en caso sean peruanos o residentes.</w:t>
            </w:r>
          </w:p>
        </w:tc>
        <w:tc>
          <w:tcPr>
            <w:tcW w:w="1134" w:type="dxa"/>
            <w:vAlign w:val="center"/>
          </w:tcPr>
          <w:p w14:paraId="2FC41957" w14:textId="77777777" w:rsidR="0095608A" w:rsidRPr="00CC031E" w:rsidRDefault="0095608A">
            <w:pPr>
              <w:spacing w:before="20" w:after="20" w:line="240" w:lineRule="auto"/>
              <w:rPr>
                <w:lang w:val="es-PE"/>
              </w:rPr>
            </w:pPr>
          </w:p>
        </w:tc>
      </w:tr>
      <w:tr w:rsidR="0095608A" w:rsidRPr="00D8763B" w14:paraId="0E0F2900" w14:textId="77777777">
        <w:trPr>
          <w:cantSplit/>
          <w:jc w:val="center"/>
        </w:trPr>
        <w:tc>
          <w:tcPr>
            <w:tcW w:w="7937" w:type="dxa"/>
            <w:vAlign w:val="center"/>
          </w:tcPr>
          <w:p w14:paraId="3645A5E2" w14:textId="77777777" w:rsidR="0095608A" w:rsidRPr="00CC031E" w:rsidRDefault="00943451">
            <w:pPr>
              <w:tabs>
                <w:tab w:val="left" w:pos="369"/>
              </w:tabs>
              <w:spacing w:before="20" w:after="20" w:line="240" w:lineRule="auto"/>
              <w:ind w:left="369" w:hanging="369"/>
              <w:rPr>
                <w:lang w:val="es-PE"/>
              </w:rPr>
            </w:pPr>
            <w:r w:rsidRPr="00CC031E">
              <w:rPr>
                <w:sz w:val="20"/>
                <w:lang w:val="es-PE"/>
              </w:rPr>
              <w:t>h)</w:t>
            </w:r>
            <w:r w:rsidRPr="00CC031E">
              <w:rPr>
                <w:sz w:val="20"/>
                <w:lang w:val="es-PE"/>
              </w:rPr>
              <w:tab/>
              <w:t>No estar sancionado con inhabilitación temporal o definitiva para contratar con el Estado peruano, mientras dure tal sanción.</w:t>
            </w:r>
          </w:p>
        </w:tc>
        <w:tc>
          <w:tcPr>
            <w:tcW w:w="1134" w:type="dxa"/>
            <w:vAlign w:val="center"/>
          </w:tcPr>
          <w:p w14:paraId="28F9B12F" w14:textId="77777777" w:rsidR="0095608A" w:rsidRPr="00CC031E" w:rsidRDefault="0095608A">
            <w:pPr>
              <w:spacing w:before="20" w:after="20" w:line="240" w:lineRule="auto"/>
              <w:rPr>
                <w:lang w:val="es-PE"/>
              </w:rPr>
            </w:pPr>
          </w:p>
        </w:tc>
      </w:tr>
      <w:tr w:rsidR="0095608A" w:rsidRPr="00D8763B" w14:paraId="0EDCBD32" w14:textId="77777777">
        <w:trPr>
          <w:cantSplit/>
          <w:jc w:val="center"/>
        </w:trPr>
        <w:tc>
          <w:tcPr>
            <w:tcW w:w="7937" w:type="dxa"/>
            <w:vAlign w:val="center"/>
          </w:tcPr>
          <w:p w14:paraId="76A49F11" w14:textId="77777777" w:rsidR="0095608A" w:rsidRPr="00CC031E" w:rsidRDefault="00943451">
            <w:pPr>
              <w:tabs>
                <w:tab w:val="left" w:pos="369"/>
              </w:tabs>
              <w:spacing w:before="20" w:after="20" w:line="240" w:lineRule="auto"/>
              <w:ind w:left="369" w:hanging="369"/>
              <w:rPr>
                <w:lang w:val="es-PE"/>
              </w:rPr>
            </w:pPr>
            <w:r w:rsidRPr="00CC031E">
              <w:rPr>
                <w:sz w:val="20"/>
                <w:lang w:val="es-PE"/>
              </w:rPr>
              <w:t>i)</w:t>
            </w:r>
            <w:r w:rsidRPr="00CC031E">
              <w:rPr>
                <w:sz w:val="20"/>
                <w:lang w:val="es-PE"/>
              </w:rPr>
              <w:tab/>
              <w:t>No tener sentencia consentida y/o ejecutoriada por delitos contra la administración pública en agravio del Estado.</w:t>
            </w:r>
          </w:p>
        </w:tc>
        <w:tc>
          <w:tcPr>
            <w:tcW w:w="1134" w:type="dxa"/>
            <w:vAlign w:val="center"/>
          </w:tcPr>
          <w:p w14:paraId="2477469D" w14:textId="77777777" w:rsidR="0095608A" w:rsidRPr="00CC031E" w:rsidRDefault="0095608A">
            <w:pPr>
              <w:spacing w:before="20" w:after="20" w:line="240" w:lineRule="auto"/>
              <w:rPr>
                <w:lang w:val="es-PE"/>
              </w:rPr>
            </w:pPr>
          </w:p>
        </w:tc>
      </w:tr>
      <w:tr w:rsidR="0095608A" w:rsidRPr="00D8763B" w14:paraId="1A625620" w14:textId="77777777">
        <w:trPr>
          <w:cantSplit/>
          <w:jc w:val="center"/>
        </w:trPr>
        <w:tc>
          <w:tcPr>
            <w:tcW w:w="7937" w:type="dxa"/>
            <w:vAlign w:val="center"/>
          </w:tcPr>
          <w:p w14:paraId="4552D791" w14:textId="77777777" w:rsidR="0095608A" w:rsidRPr="00CC031E" w:rsidRDefault="00943451">
            <w:pPr>
              <w:tabs>
                <w:tab w:val="left" w:pos="369"/>
              </w:tabs>
              <w:spacing w:before="20" w:after="20" w:line="240" w:lineRule="auto"/>
              <w:ind w:left="369" w:hanging="369"/>
              <w:rPr>
                <w:lang w:val="es-PE"/>
              </w:rPr>
            </w:pPr>
            <w:r w:rsidRPr="00CC031E">
              <w:rPr>
                <w:sz w:val="20"/>
                <w:lang w:val="es-PE"/>
              </w:rPr>
              <w:t>j)</w:t>
            </w:r>
            <w:r w:rsidRPr="00CC031E">
              <w:rPr>
                <w:sz w:val="20"/>
                <w:lang w:val="es-PE"/>
              </w:rPr>
              <w:tab/>
              <w:t>No ejercer una función pública en las Entidades del Estado peruano al momento de la suscripción del contrato</w:t>
            </w:r>
            <w:r w:rsidRPr="00D46F25">
              <w:rPr>
                <w:rStyle w:val="Refdenotaalpie1"/>
              </w:rPr>
              <w:footnoteReference w:id="3"/>
            </w:r>
            <w:r w:rsidRPr="00CC031E">
              <w:rPr>
                <w:sz w:val="20"/>
                <w:lang w:val="es-PE"/>
              </w:rPr>
              <w:t>.</w:t>
            </w:r>
          </w:p>
        </w:tc>
        <w:tc>
          <w:tcPr>
            <w:tcW w:w="1134" w:type="dxa"/>
            <w:vAlign w:val="center"/>
          </w:tcPr>
          <w:p w14:paraId="1624BC8E" w14:textId="77777777" w:rsidR="0095608A" w:rsidRPr="00CC031E" w:rsidRDefault="0095608A">
            <w:pPr>
              <w:spacing w:before="20" w:after="20" w:line="240" w:lineRule="auto"/>
              <w:rPr>
                <w:lang w:val="es-PE"/>
              </w:rPr>
            </w:pPr>
          </w:p>
        </w:tc>
      </w:tr>
      <w:tr w:rsidR="0095608A" w:rsidRPr="00D8763B" w14:paraId="0AB817AC" w14:textId="77777777">
        <w:trPr>
          <w:cantSplit/>
          <w:jc w:val="center"/>
        </w:trPr>
        <w:tc>
          <w:tcPr>
            <w:tcW w:w="7937" w:type="dxa"/>
            <w:vAlign w:val="center"/>
          </w:tcPr>
          <w:p w14:paraId="498EC87D" w14:textId="77777777" w:rsidR="0095608A" w:rsidRPr="00CC031E" w:rsidRDefault="00943451">
            <w:pPr>
              <w:tabs>
                <w:tab w:val="left" w:pos="369"/>
              </w:tabs>
              <w:spacing w:before="20" w:after="20" w:line="240" w:lineRule="auto"/>
              <w:ind w:left="369" w:hanging="369"/>
              <w:rPr>
                <w:lang w:val="es-PE"/>
              </w:rPr>
            </w:pPr>
            <w:r w:rsidRPr="00CC031E">
              <w:rPr>
                <w:sz w:val="20"/>
                <w:lang w:val="es-PE"/>
              </w:rPr>
              <w:t>k)</w:t>
            </w:r>
            <w:r w:rsidRPr="00CC031E">
              <w:rPr>
                <w:sz w:val="20"/>
                <w:lang w:val="es-PE"/>
              </w:rPr>
              <w:tab/>
              <w:t>No tener proyectos en estado interrumpido o judicializado en PROINNÓVATE (esto dado a incumplimiento contractuales).</w:t>
            </w:r>
          </w:p>
        </w:tc>
        <w:tc>
          <w:tcPr>
            <w:tcW w:w="1134" w:type="dxa"/>
            <w:vAlign w:val="center"/>
          </w:tcPr>
          <w:p w14:paraId="05AE4C77" w14:textId="77777777" w:rsidR="0095608A" w:rsidRPr="00CC031E" w:rsidRDefault="0095608A">
            <w:pPr>
              <w:spacing w:before="20" w:after="20" w:line="240" w:lineRule="auto"/>
              <w:rPr>
                <w:lang w:val="es-PE"/>
              </w:rPr>
            </w:pPr>
          </w:p>
        </w:tc>
      </w:tr>
      <w:tr w:rsidR="0095608A" w:rsidRPr="00D8763B" w14:paraId="67C3D7DA" w14:textId="77777777">
        <w:trPr>
          <w:cantSplit/>
          <w:jc w:val="center"/>
        </w:trPr>
        <w:tc>
          <w:tcPr>
            <w:tcW w:w="7937" w:type="dxa"/>
            <w:vAlign w:val="center"/>
          </w:tcPr>
          <w:p w14:paraId="5370DBED" w14:textId="77777777" w:rsidR="0095608A" w:rsidRPr="00CC031E" w:rsidRDefault="00943451">
            <w:pPr>
              <w:tabs>
                <w:tab w:val="left" w:pos="369"/>
              </w:tabs>
              <w:spacing w:before="20" w:after="20" w:line="240" w:lineRule="auto"/>
              <w:ind w:left="369" w:hanging="369"/>
              <w:rPr>
                <w:lang w:val="es-PE"/>
              </w:rPr>
            </w:pPr>
            <w:r w:rsidRPr="00CC031E">
              <w:rPr>
                <w:sz w:val="20"/>
                <w:lang w:val="es-PE"/>
              </w:rPr>
              <w:t>l)</w:t>
            </w:r>
            <w:r w:rsidRPr="00CC031E">
              <w:rPr>
                <w:sz w:val="20"/>
                <w:lang w:val="es-PE"/>
              </w:rPr>
              <w:tab/>
              <w:t>No formar parte del equipo emprendedor de una startup que haya sido beneficiaria de los concursos “Emprendimientos Innovadores” y/o “Emprendimientos Dinámicos” de PROINNÓVATE y que, a la fecha de cierre de la presente convocatoria, no hayan transcurrido al menos doce (12) meses desde la presentación de la solicitud de cierre del proyecto por parte del Ejecutivo de Proyectos de PROINNÓVATE.</w:t>
            </w:r>
          </w:p>
        </w:tc>
        <w:tc>
          <w:tcPr>
            <w:tcW w:w="1134" w:type="dxa"/>
            <w:vAlign w:val="center"/>
          </w:tcPr>
          <w:p w14:paraId="2BB20703" w14:textId="77777777" w:rsidR="0095608A" w:rsidRPr="00CC031E" w:rsidRDefault="0095608A">
            <w:pPr>
              <w:spacing w:before="20" w:after="20" w:line="240" w:lineRule="auto"/>
              <w:rPr>
                <w:lang w:val="es-PE"/>
              </w:rPr>
            </w:pPr>
          </w:p>
        </w:tc>
      </w:tr>
      <w:tr w:rsidR="0095608A" w:rsidRPr="00D8763B" w14:paraId="7B90130B" w14:textId="77777777">
        <w:trPr>
          <w:cantSplit/>
          <w:jc w:val="center"/>
        </w:trPr>
        <w:tc>
          <w:tcPr>
            <w:tcW w:w="7937" w:type="dxa"/>
            <w:vAlign w:val="center"/>
          </w:tcPr>
          <w:p w14:paraId="5F3CB743" w14:textId="77777777" w:rsidR="0095608A" w:rsidRPr="00CC031E" w:rsidRDefault="00943451">
            <w:pPr>
              <w:tabs>
                <w:tab w:val="left" w:pos="369"/>
              </w:tabs>
              <w:spacing w:before="20" w:after="20" w:line="240" w:lineRule="auto"/>
              <w:ind w:left="369" w:hanging="369"/>
              <w:rPr>
                <w:lang w:val="es-PE"/>
              </w:rPr>
            </w:pPr>
            <w:r w:rsidRPr="00CC031E">
              <w:rPr>
                <w:sz w:val="20"/>
                <w:lang w:val="es-PE"/>
              </w:rPr>
              <w:t>m)</w:t>
            </w:r>
            <w:r w:rsidRPr="00CC031E">
              <w:rPr>
                <w:sz w:val="20"/>
                <w:lang w:val="es-PE"/>
              </w:rPr>
              <w:tab/>
              <w:t>No estar registrado(s) en una postulación diferente como parte de otro equipo emprendedor, en cualquiera de los concursos de emprendimiento en convocatoria, de los concursos regionales desarrollados en el marco del DER 3.0.</w:t>
            </w:r>
          </w:p>
        </w:tc>
        <w:tc>
          <w:tcPr>
            <w:tcW w:w="1134" w:type="dxa"/>
            <w:vAlign w:val="center"/>
          </w:tcPr>
          <w:p w14:paraId="374F62DA" w14:textId="77777777" w:rsidR="0095608A" w:rsidRPr="00CC031E" w:rsidRDefault="0095608A">
            <w:pPr>
              <w:spacing w:before="20" w:after="20" w:line="240" w:lineRule="auto"/>
              <w:rPr>
                <w:lang w:val="es-PE"/>
              </w:rPr>
            </w:pPr>
          </w:p>
        </w:tc>
      </w:tr>
      <w:tr w:rsidR="0095608A" w:rsidRPr="00D8763B" w14:paraId="48FB7E13" w14:textId="77777777">
        <w:trPr>
          <w:cantSplit/>
          <w:jc w:val="center"/>
        </w:trPr>
        <w:tc>
          <w:tcPr>
            <w:tcW w:w="7937" w:type="dxa"/>
            <w:vAlign w:val="center"/>
          </w:tcPr>
          <w:p w14:paraId="613782A2" w14:textId="77777777" w:rsidR="0095608A" w:rsidRPr="00CC031E" w:rsidRDefault="00943451">
            <w:pPr>
              <w:tabs>
                <w:tab w:val="left" w:pos="369"/>
              </w:tabs>
              <w:spacing w:before="20" w:after="20" w:line="240" w:lineRule="auto"/>
              <w:ind w:left="369" w:hanging="369"/>
              <w:rPr>
                <w:lang w:val="es-PE"/>
              </w:rPr>
            </w:pPr>
            <w:r w:rsidRPr="00CC031E">
              <w:rPr>
                <w:sz w:val="20"/>
                <w:lang w:val="es-PE"/>
              </w:rPr>
              <w:t>n)</w:t>
            </w:r>
            <w:r w:rsidRPr="00CC031E">
              <w:rPr>
                <w:sz w:val="20"/>
                <w:lang w:val="es-PE"/>
              </w:rPr>
              <w:tab/>
              <w:t>No estar participando como evaluador externo y/o miembro del comité evaluador.</w:t>
            </w:r>
          </w:p>
        </w:tc>
        <w:tc>
          <w:tcPr>
            <w:tcW w:w="1134" w:type="dxa"/>
            <w:vAlign w:val="center"/>
          </w:tcPr>
          <w:p w14:paraId="299B6196" w14:textId="77777777" w:rsidR="0095608A" w:rsidRPr="00CC031E" w:rsidRDefault="0095608A">
            <w:pPr>
              <w:spacing w:before="20" w:after="20" w:line="240" w:lineRule="auto"/>
              <w:rPr>
                <w:lang w:val="es-PE"/>
              </w:rPr>
            </w:pPr>
          </w:p>
        </w:tc>
      </w:tr>
      <w:tr w:rsidR="0095608A" w:rsidRPr="00D8763B" w14:paraId="4213F626" w14:textId="77777777">
        <w:trPr>
          <w:cantSplit/>
          <w:jc w:val="center"/>
        </w:trPr>
        <w:tc>
          <w:tcPr>
            <w:tcW w:w="7937" w:type="dxa"/>
            <w:vAlign w:val="center"/>
          </w:tcPr>
          <w:p w14:paraId="73207CC9" w14:textId="77777777" w:rsidR="0095608A" w:rsidRPr="00CC031E" w:rsidRDefault="00943451">
            <w:pPr>
              <w:tabs>
                <w:tab w:val="left" w:pos="369"/>
              </w:tabs>
              <w:spacing w:before="20" w:after="20" w:line="240" w:lineRule="auto"/>
              <w:ind w:left="369" w:hanging="369"/>
              <w:rPr>
                <w:lang w:val="es-PE"/>
              </w:rPr>
            </w:pPr>
            <w:r w:rsidRPr="00CC031E">
              <w:rPr>
                <w:sz w:val="20"/>
                <w:lang w:val="es-PE"/>
              </w:rPr>
              <w:t>o)</w:t>
            </w:r>
            <w:r w:rsidRPr="00CC031E">
              <w:rPr>
                <w:sz w:val="20"/>
                <w:lang w:val="es-PE"/>
              </w:rPr>
              <w:tab/>
              <w:t>No estar participando como equipo técnico de un proyecto de Fortalecimiento de Entidades de Soporte en ejecución</w:t>
            </w:r>
            <w:r w:rsidRPr="00D46F25">
              <w:rPr>
                <w:rStyle w:val="Refdenotaalpie1"/>
              </w:rPr>
              <w:footnoteReference w:id="4"/>
            </w:r>
            <w:r w:rsidRPr="00CC031E">
              <w:rPr>
                <w:sz w:val="20"/>
                <w:lang w:val="es-PE"/>
              </w:rPr>
              <w:t>.</w:t>
            </w:r>
          </w:p>
        </w:tc>
        <w:tc>
          <w:tcPr>
            <w:tcW w:w="1134" w:type="dxa"/>
            <w:vAlign w:val="center"/>
          </w:tcPr>
          <w:p w14:paraId="40601BB6" w14:textId="77777777" w:rsidR="0095608A" w:rsidRPr="00CC031E" w:rsidRDefault="0095608A">
            <w:pPr>
              <w:spacing w:before="20" w:after="20" w:line="240" w:lineRule="auto"/>
              <w:rPr>
                <w:lang w:val="es-PE"/>
              </w:rPr>
            </w:pPr>
          </w:p>
        </w:tc>
      </w:tr>
      <w:tr w:rsidR="0095608A" w:rsidRPr="00D8763B" w14:paraId="5FCD61D9" w14:textId="77777777">
        <w:trPr>
          <w:cantSplit/>
          <w:jc w:val="center"/>
        </w:trPr>
        <w:tc>
          <w:tcPr>
            <w:tcW w:w="7937" w:type="dxa"/>
            <w:vAlign w:val="center"/>
          </w:tcPr>
          <w:p w14:paraId="12D6F243" w14:textId="77777777" w:rsidR="0095608A" w:rsidRPr="00CC031E" w:rsidRDefault="00943451">
            <w:pPr>
              <w:tabs>
                <w:tab w:val="left" w:pos="369"/>
              </w:tabs>
              <w:spacing w:before="20" w:after="20" w:line="240" w:lineRule="auto"/>
              <w:ind w:left="369" w:hanging="369"/>
              <w:rPr>
                <w:lang w:val="es-PE"/>
              </w:rPr>
            </w:pPr>
            <w:r w:rsidRPr="00CC031E">
              <w:rPr>
                <w:sz w:val="20"/>
                <w:lang w:val="es-PE"/>
              </w:rPr>
              <w:lastRenderedPageBreak/>
              <w:t>p)</w:t>
            </w:r>
            <w:r w:rsidRPr="00CC031E">
              <w:rPr>
                <w:sz w:val="20"/>
                <w:lang w:val="es-PE"/>
              </w:rPr>
              <w:tab/>
              <w:t>No estar involucrado directamente en la ejecución del proyecto DER 3.0 de PROINNÓVATE, en caso tenga relación contractual con la Cámara de Comercio, Producción y Turismo de San Martín.</w:t>
            </w:r>
          </w:p>
        </w:tc>
        <w:tc>
          <w:tcPr>
            <w:tcW w:w="1134" w:type="dxa"/>
            <w:vAlign w:val="center"/>
          </w:tcPr>
          <w:p w14:paraId="5B18C1BD" w14:textId="77777777" w:rsidR="0095608A" w:rsidRPr="00CC031E" w:rsidRDefault="0095608A">
            <w:pPr>
              <w:spacing w:before="20" w:after="20" w:line="240" w:lineRule="auto"/>
              <w:rPr>
                <w:lang w:val="es-PE"/>
              </w:rPr>
            </w:pPr>
          </w:p>
        </w:tc>
      </w:tr>
      <w:tr w:rsidR="0095608A" w:rsidRPr="00D8763B" w14:paraId="5AFD7CFF" w14:textId="77777777">
        <w:trPr>
          <w:cantSplit/>
          <w:jc w:val="center"/>
        </w:trPr>
        <w:tc>
          <w:tcPr>
            <w:tcW w:w="7937" w:type="dxa"/>
            <w:vAlign w:val="center"/>
          </w:tcPr>
          <w:p w14:paraId="652FBB24" w14:textId="77777777" w:rsidR="0095608A" w:rsidRPr="00CC031E" w:rsidRDefault="00943451">
            <w:pPr>
              <w:tabs>
                <w:tab w:val="left" w:pos="369"/>
              </w:tabs>
              <w:spacing w:before="20" w:after="20" w:line="240" w:lineRule="auto"/>
              <w:ind w:left="369" w:hanging="369"/>
              <w:rPr>
                <w:lang w:val="es-PE"/>
              </w:rPr>
            </w:pPr>
            <w:r w:rsidRPr="00CC031E">
              <w:rPr>
                <w:sz w:val="20"/>
                <w:lang w:val="es-PE"/>
              </w:rPr>
              <w:t>q)</w:t>
            </w:r>
            <w:r w:rsidRPr="00CC031E">
              <w:rPr>
                <w:sz w:val="20"/>
                <w:lang w:val="es-PE"/>
              </w:rPr>
              <w:tab/>
              <w:t>No estar participando en otro proyecto en ejecución con PROINNÓVATE y de los concursos regionales en el marco de los proyectos DER a la fecha máxima para el envío del proyecto.</w:t>
            </w:r>
          </w:p>
        </w:tc>
        <w:tc>
          <w:tcPr>
            <w:tcW w:w="1134" w:type="dxa"/>
            <w:vAlign w:val="center"/>
          </w:tcPr>
          <w:p w14:paraId="732B30D6" w14:textId="77777777" w:rsidR="0095608A" w:rsidRPr="00CC031E" w:rsidRDefault="0095608A">
            <w:pPr>
              <w:spacing w:before="20" w:after="20" w:line="240" w:lineRule="auto"/>
              <w:rPr>
                <w:lang w:val="es-PE"/>
              </w:rPr>
            </w:pPr>
          </w:p>
        </w:tc>
      </w:tr>
      <w:tr w:rsidR="0095608A" w:rsidRPr="00D8763B" w14:paraId="31B591D6" w14:textId="77777777">
        <w:trPr>
          <w:cantSplit/>
          <w:jc w:val="center"/>
        </w:trPr>
        <w:tc>
          <w:tcPr>
            <w:tcW w:w="7937" w:type="dxa"/>
            <w:vAlign w:val="center"/>
          </w:tcPr>
          <w:p w14:paraId="49B13B32" w14:textId="77777777" w:rsidR="0095608A" w:rsidRPr="00CC031E" w:rsidRDefault="00943451">
            <w:pPr>
              <w:tabs>
                <w:tab w:val="left" w:pos="369"/>
              </w:tabs>
              <w:spacing w:before="20" w:after="20" w:line="240" w:lineRule="auto"/>
              <w:ind w:left="369" w:hanging="369"/>
              <w:rPr>
                <w:lang w:val="es-PE"/>
              </w:rPr>
            </w:pPr>
            <w:r w:rsidRPr="00CC031E">
              <w:rPr>
                <w:sz w:val="20"/>
                <w:lang w:val="es-PE"/>
              </w:rPr>
              <w:t>r)</w:t>
            </w:r>
            <w:r w:rsidRPr="00CC031E">
              <w:rPr>
                <w:sz w:val="20"/>
                <w:lang w:val="es-PE"/>
              </w:rPr>
              <w:tab/>
              <w:t>No formar parte de una startup beneficiaria del concurso “Emprendimientos Innovadores” de los concursos regionales desarrollados en el marco del concurso de Dinamización de Ecosistemas Regionales de Innovación y Emprendimiento 3.0 (DER 3.0) de San Martín.</w:t>
            </w:r>
          </w:p>
        </w:tc>
        <w:tc>
          <w:tcPr>
            <w:tcW w:w="1134" w:type="dxa"/>
            <w:vAlign w:val="center"/>
          </w:tcPr>
          <w:p w14:paraId="2F38D0F8" w14:textId="77777777" w:rsidR="0095608A" w:rsidRPr="00CC031E" w:rsidRDefault="0095608A">
            <w:pPr>
              <w:spacing w:before="20" w:after="20" w:line="240" w:lineRule="auto"/>
              <w:rPr>
                <w:lang w:val="es-PE"/>
              </w:rPr>
            </w:pPr>
          </w:p>
        </w:tc>
      </w:tr>
      <w:tr w:rsidR="0095608A" w:rsidRPr="00D8763B" w14:paraId="6FF01197" w14:textId="77777777">
        <w:trPr>
          <w:cantSplit/>
          <w:jc w:val="center"/>
        </w:trPr>
        <w:tc>
          <w:tcPr>
            <w:tcW w:w="7937" w:type="dxa"/>
            <w:vAlign w:val="center"/>
          </w:tcPr>
          <w:p w14:paraId="1DA88D1F" w14:textId="77777777" w:rsidR="0095608A" w:rsidRPr="00CC031E" w:rsidRDefault="00943451">
            <w:pPr>
              <w:spacing w:before="20" w:after="20" w:line="240" w:lineRule="auto"/>
              <w:rPr>
                <w:lang w:val="es-PE"/>
              </w:rPr>
            </w:pPr>
            <w:r w:rsidRPr="00CC031E">
              <w:rPr>
                <w:b/>
                <w:sz w:val="20"/>
                <w:lang w:val="es-PE"/>
              </w:rPr>
              <w:t>La Empresa Joven cumple con los siguientes requisitos:</w:t>
            </w:r>
          </w:p>
        </w:tc>
        <w:tc>
          <w:tcPr>
            <w:tcW w:w="1134" w:type="dxa"/>
            <w:vAlign w:val="center"/>
          </w:tcPr>
          <w:p w14:paraId="663A9196" w14:textId="77777777" w:rsidR="0095608A" w:rsidRPr="00CC031E" w:rsidRDefault="0095608A">
            <w:pPr>
              <w:spacing w:before="20" w:after="20" w:line="240" w:lineRule="auto"/>
              <w:rPr>
                <w:lang w:val="es-PE"/>
              </w:rPr>
            </w:pPr>
          </w:p>
        </w:tc>
      </w:tr>
      <w:tr w:rsidR="0095608A" w:rsidRPr="00D8763B" w14:paraId="67A98621" w14:textId="77777777">
        <w:trPr>
          <w:cantSplit/>
          <w:jc w:val="center"/>
        </w:trPr>
        <w:tc>
          <w:tcPr>
            <w:tcW w:w="7937" w:type="dxa"/>
            <w:vAlign w:val="center"/>
          </w:tcPr>
          <w:p w14:paraId="67DFAF7C" w14:textId="77777777" w:rsidR="0095608A" w:rsidRPr="00CC031E" w:rsidRDefault="00943451">
            <w:pPr>
              <w:tabs>
                <w:tab w:val="left" w:pos="369"/>
              </w:tabs>
              <w:spacing w:before="20" w:after="20" w:line="240" w:lineRule="auto"/>
              <w:ind w:left="369" w:hanging="369"/>
              <w:rPr>
                <w:lang w:val="es-PE"/>
              </w:rPr>
            </w:pPr>
            <w:r w:rsidRPr="00CC031E">
              <w:rPr>
                <w:sz w:val="20"/>
                <w:lang w:val="es-PE"/>
              </w:rPr>
              <w:t>a)</w:t>
            </w:r>
            <w:r w:rsidRPr="00CC031E">
              <w:rPr>
                <w:sz w:val="20"/>
                <w:lang w:val="es-PE"/>
              </w:rPr>
              <w:tab/>
              <w:t>Tener domicilio fiscal y RUC (activo y habido) registrados en la región San Martín, conforme a la información consignada en el Registro Único de Contribuyentes (RUC) de la SUNAT.</w:t>
            </w:r>
          </w:p>
        </w:tc>
        <w:tc>
          <w:tcPr>
            <w:tcW w:w="1134" w:type="dxa"/>
            <w:vAlign w:val="center"/>
          </w:tcPr>
          <w:p w14:paraId="0B5C1BF7" w14:textId="77777777" w:rsidR="0095608A" w:rsidRPr="00CC031E" w:rsidRDefault="0095608A">
            <w:pPr>
              <w:spacing w:before="20" w:after="20" w:line="240" w:lineRule="auto"/>
              <w:rPr>
                <w:lang w:val="es-PE"/>
              </w:rPr>
            </w:pPr>
          </w:p>
        </w:tc>
      </w:tr>
      <w:tr w:rsidR="0095608A" w:rsidRPr="00D8763B" w14:paraId="63B8F26E" w14:textId="77777777">
        <w:trPr>
          <w:cantSplit/>
          <w:jc w:val="center"/>
        </w:trPr>
        <w:tc>
          <w:tcPr>
            <w:tcW w:w="7937" w:type="dxa"/>
            <w:vAlign w:val="center"/>
          </w:tcPr>
          <w:p w14:paraId="6D8B910D" w14:textId="77777777" w:rsidR="0095608A" w:rsidRPr="00CC031E" w:rsidRDefault="00943451">
            <w:pPr>
              <w:tabs>
                <w:tab w:val="left" w:pos="369"/>
              </w:tabs>
              <w:spacing w:before="20" w:after="20" w:line="240" w:lineRule="auto"/>
              <w:ind w:left="369" w:hanging="369"/>
              <w:rPr>
                <w:lang w:val="es-PE"/>
              </w:rPr>
            </w:pPr>
            <w:r w:rsidRPr="00CC031E">
              <w:rPr>
                <w:sz w:val="20"/>
                <w:lang w:val="es-PE"/>
              </w:rPr>
              <w:t>b)</w:t>
            </w:r>
            <w:r w:rsidRPr="00CC031E">
              <w:rPr>
                <w:sz w:val="20"/>
                <w:lang w:val="es-PE"/>
              </w:rPr>
              <w:tab/>
              <w:t>Haber sido constituida e inscrita en los Registros Públicos de la región San Martín, lo cual será verificado mediante la partida registral correspondiente de SUNARP</w:t>
            </w:r>
            <w:r w:rsidRPr="00D46F25">
              <w:rPr>
                <w:rStyle w:val="Refdenotaalpie1"/>
              </w:rPr>
              <w:footnoteReference w:id="5"/>
            </w:r>
            <w:r w:rsidRPr="00CC031E">
              <w:rPr>
                <w:sz w:val="20"/>
                <w:lang w:val="es-PE"/>
              </w:rPr>
              <w:t>.</w:t>
            </w:r>
          </w:p>
        </w:tc>
        <w:tc>
          <w:tcPr>
            <w:tcW w:w="1134" w:type="dxa"/>
            <w:vAlign w:val="center"/>
          </w:tcPr>
          <w:p w14:paraId="1E48A399" w14:textId="77777777" w:rsidR="0095608A" w:rsidRPr="00CC031E" w:rsidRDefault="0095608A">
            <w:pPr>
              <w:spacing w:before="20" w:after="20" w:line="240" w:lineRule="auto"/>
              <w:rPr>
                <w:lang w:val="es-PE"/>
              </w:rPr>
            </w:pPr>
          </w:p>
        </w:tc>
      </w:tr>
      <w:tr w:rsidR="0095608A" w:rsidRPr="00D8763B" w14:paraId="02E07345" w14:textId="77777777">
        <w:trPr>
          <w:cantSplit/>
          <w:jc w:val="center"/>
        </w:trPr>
        <w:tc>
          <w:tcPr>
            <w:tcW w:w="7937" w:type="dxa"/>
            <w:vAlign w:val="center"/>
          </w:tcPr>
          <w:p w14:paraId="49395B99" w14:textId="77777777" w:rsidR="0095608A" w:rsidRPr="00CC031E" w:rsidRDefault="00943451">
            <w:pPr>
              <w:tabs>
                <w:tab w:val="left" w:pos="369"/>
              </w:tabs>
              <w:spacing w:before="20" w:after="20" w:line="240" w:lineRule="auto"/>
              <w:ind w:left="369" w:hanging="369"/>
              <w:rPr>
                <w:lang w:val="es-PE"/>
              </w:rPr>
            </w:pPr>
            <w:r w:rsidRPr="00CC031E">
              <w:rPr>
                <w:sz w:val="20"/>
                <w:lang w:val="es-PE"/>
              </w:rPr>
              <w:t>c)</w:t>
            </w:r>
            <w:r w:rsidRPr="00CC031E">
              <w:rPr>
                <w:sz w:val="20"/>
                <w:lang w:val="es-PE"/>
              </w:rPr>
              <w:tab/>
              <w:t>Mínimo un (01) año y máximo cinco (05) años inicio de actividades contados retroactivamente desde la fecha de cierre de esta convocatoria y acorde a la información del Registro Único de Contribuyentes (RUC) de la SUNAT.</w:t>
            </w:r>
          </w:p>
        </w:tc>
        <w:tc>
          <w:tcPr>
            <w:tcW w:w="1134" w:type="dxa"/>
            <w:vAlign w:val="center"/>
          </w:tcPr>
          <w:p w14:paraId="387BDD2A" w14:textId="77777777" w:rsidR="0095608A" w:rsidRPr="00CC031E" w:rsidRDefault="0095608A">
            <w:pPr>
              <w:spacing w:before="20" w:after="20" w:line="240" w:lineRule="auto"/>
              <w:rPr>
                <w:lang w:val="es-PE"/>
              </w:rPr>
            </w:pPr>
          </w:p>
        </w:tc>
      </w:tr>
      <w:tr w:rsidR="0095608A" w:rsidRPr="00D46F25" w14:paraId="08BF9F29" w14:textId="77777777">
        <w:trPr>
          <w:cantSplit/>
          <w:jc w:val="center"/>
        </w:trPr>
        <w:tc>
          <w:tcPr>
            <w:tcW w:w="7937" w:type="dxa"/>
            <w:vAlign w:val="center"/>
          </w:tcPr>
          <w:p w14:paraId="77B2DDD4" w14:textId="77777777" w:rsidR="0095608A" w:rsidRPr="00D46F25" w:rsidRDefault="00943451">
            <w:pPr>
              <w:tabs>
                <w:tab w:val="left" w:pos="369"/>
              </w:tabs>
              <w:spacing w:before="20" w:after="20" w:line="240" w:lineRule="auto"/>
              <w:ind w:left="369" w:hanging="369"/>
            </w:pPr>
            <w:r w:rsidRPr="00CC031E">
              <w:rPr>
                <w:sz w:val="20"/>
                <w:lang w:val="es-PE"/>
              </w:rPr>
              <w:t>d)</w:t>
            </w:r>
            <w:r w:rsidRPr="00CC031E">
              <w:rPr>
                <w:sz w:val="20"/>
                <w:lang w:val="es-PE"/>
              </w:rPr>
              <w:tab/>
              <w:t xml:space="preserve">De registrar ventas, estas deben ser relacionadas al proyecto presentado mínimas de S/120,000 (ciento veinte mil soles) sin incluir IGV, y ventas máximas de S/ 1,200,000 (un millón doscientos mil soles) sin incluir IGV en el último año. </w:t>
            </w:r>
            <w:r w:rsidRPr="00D46F25">
              <w:rPr>
                <w:sz w:val="20"/>
              </w:rPr>
              <w:t>Es decir, de enero a diciembre de 2025.</w:t>
            </w:r>
          </w:p>
        </w:tc>
        <w:tc>
          <w:tcPr>
            <w:tcW w:w="1134" w:type="dxa"/>
            <w:vAlign w:val="center"/>
          </w:tcPr>
          <w:p w14:paraId="23F4FDF6" w14:textId="77777777" w:rsidR="0095608A" w:rsidRPr="00D46F25" w:rsidRDefault="0095608A">
            <w:pPr>
              <w:spacing w:before="20" w:after="20" w:line="240" w:lineRule="auto"/>
            </w:pPr>
          </w:p>
        </w:tc>
      </w:tr>
      <w:tr w:rsidR="0095608A" w:rsidRPr="00D8763B" w14:paraId="109761CD" w14:textId="77777777">
        <w:trPr>
          <w:cantSplit/>
          <w:jc w:val="center"/>
        </w:trPr>
        <w:tc>
          <w:tcPr>
            <w:tcW w:w="7937" w:type="dxa"/>
            <w:vAlign w:val="center"/>
          </w:tcPr>
          <w:p w14:paraId="3A49A4BD" w14:textId="77777777" w:rsidR="0095608A" w:rsidRPr="00CC031E" w:rsidRDefault="00943451">
            <w:pPr>
              <w:tabs>
                <w:tab w:val="left" w:pos="369"/>
              </w:tabs>
              <w:spacing w:before="20" w:after="20" w:line="240" w:lineRule="auto"/>
              <w:ind w:left="369" w:hanging="369"/>
              <w:rPr>
                <w:lang w:val="es-PE"/>
              </w:rPr>
            </w:pPr>
            <w:r w:rsidRPr="00CC031E">
              <w:rPr>
                <w:sz w:val="20"/>
                <w:lang w:val="es-PE"/>
              </w:rPr>
              <w:t>e)</w:t>
            </w:r>
            <w:r w:rsidRPr="00CC031E">
              <w:rPr>
                <w:sz w:val="20"/>
                <w:lang w:val="es-PE"/>
              </w:rPr>
              <w:tab/>
              <w:t>El Líder Emprendedor debe ser socio fundador de la startup</w:t>
            </w:r>
            <w:r w:rsidRPr="00D46F25">
              <w:rPr>
                <w:rStyle w:val="Refdenotaalpie1"/>
              </w:rPr>
              <w:footnoteReference w:id="6"/>
            </w:r>
            <w:r w:rsidRPr="00CC031E">
              <w:rPr>
                <w:sz w:val="20"/>
                <w:lang w:val="es-PE"/>
              </w:rPr>
              <w:t>.</w:t>
            </w:r>
          </w:p>
        </w:tc>
        <w:tc>
          <w:tcPr>
            <w:tcW w:w="1134" w:type="dxa"/>
            <w:vAlign w:val="center"/>
          </w:tcPr>
          <w:p w14:paraId="3641AD05" w14:textId="77777777" w:rsidR="0095608A" w:rsidRPr="00CC031E" w:rsidRDefault="0095608A">
            <w:pPr>
              <w:spacing w:before="20" w:after="20" w:line="240" w:lineRule="auto"/>
              <w:rPr>
                <w:lang w:val="es-PE"/>
              </w:rPr>
            </w:pPr>
          </w:p>
        </w:tc>
      </w:tr>
      <w:tr w:rsidR="0095608A" w:rsidRPr="00D8763B" w14:paraId="751B3B42" w14:textId="77777777">
        <w:trPr>
          <w:cantSplit/>
          <w:jc w:val="center"/>
        </w:trPr>
        <w:tc>
          <w:tcPr>
            <w:tcW w:w="7937" w:type="dxa"/>
            <w:vAlign w:val="center"/>
          </w:tcPr>
          <w:p w14:paraId="1A8FA5CE" w14:textId="77777777" w:rsidR="0095608A" w:rsidRPr="00CC031E" w:rsidRDefault="00943451">
            <w:pPr>
              <w:tabs>
                <w:tab w:val="left" w:pos="369"/>
              </w:tabs>
              <w:spacing w:before="20" w:after="20" w:line="240" w:lineRule="auto"/>
              <w:ind w:left="369" w:hanging="369"/>
              <w:rPr>
                <w:lang w:val="es-PE"/>
              </w:rPr>
            </w:pPr>
            <w:r w:rsidRPr="00CC031E">
              <w:rPr>
                <w:sz w:val="20"/>
                <w:lang w:val="es-PE"/>
              </w:rPr>
              <w:t>f)</w:t>
            </w:r>
            <w:r w:rsidRPr="00CC031E">
              <w:rPr>
                <w:sz w:val="20"/>
                <w:lang w:val="es-PE"/>
              </w:rPr>
              <w:tab/>
              <w:t>Los socios fundadores que sean parte del equipo emprendedor</w:t>
            </w:r>
            <w:r w:rsidRPr="00D46F25">
              <w:rPr>
                <w:rStyle w:val="Refdenotaalpie1"/>
              </w:rPr>
              <w:footnoteReference w:id="7"/>
            </w:r>
            <w:r w:rsidRPr="00CC031E">
              <w:rPr>
                <w:sz w:val="20"/>
                <w:lang w:val="es-PE"/>
              </w:rPr>
              <w:t xml:space="preserve"> deberán contar en suma con al menos 51% de participación en la empresa.</w:t>
            </w:r>
          </w:p>
        </w:tc>
        <w:tc>
          <w:tcPr>
            <w:tcW w:w="1134" w:type="dxa"/>
            <w:vAlign w:val="center"/>
          </w:tcPr>
          <w:p w14:paraId="13D88962" w14:textId="77777777" w:rsidR="0095608A" w:rsidRPr="00CC031E" w:rsidRDefault="0095608A">
            <w:pPr>
              <w:spacing w:before="20" w:after="20" w:line="240" w:lineRule="auto"/>
              <w:rPr>
                <w:lang w:val="es-PE"/>
              </w:rPr>
            </w:pPr>
          </w:p>
        </w:tc>
      </w:tr>
      <w:tr w:rsidR="0095608A" w:rsidRPr="00D8763B" w14:paraId="1BD697A5" w14:textId="77777777">
        <w:trPr>
          <w:cantSplit/>
          <w:jc w:val="center"/>
        </w:trPr>
        <w:tc>
          <w:tcPr>
            <w:tcW w:w="7937" w:type="dxa"/>
            <w:vAlign w:val="center"/>
          </w:tcPr>
          <w:p w14:paraId="30BD37D5" w14:textId="77777777" w:rsidR="0095608A" w:rsidRPr="00CC031E" w:rsidRDefault="00943451">
            <w:pPr>
              <w:tabs>
                <w:tab w:val="left" w:pos="369"/>
              </w:tabs>
              <w:spacing w:before="20" w:after="20" w:line="240" w:lineRule="auto"/>
              <w:ind w:left="369" w:hanging="369"/>
              <w:rPr>
                <w:lang w:val="es-PE"/>
              </w:rPr>
            </w:pPr>
            <w:r w:rsidRPr="00CC031E">
              <w:rPr>
                <w:sz w:val="20"/>
                <w:lang w:val="es-PE"/>
              </w:rPr>
              <w:t>g)</w:t>
            </w:r>
            <w:r w:rsidRPr="00CC031E">
              <w:rPr>
                <w:sz w:val="20"/>
                <w:lang w:val="es-PE"/>
              </w:rPr>
              <w:tab/>
              <w:t>En caso de encontrarse clasificados en la central de riesgos de la Superintendencia de Banca, Seguros y Administradoras Privadas de Fondos de Pensiones (SBS), no podrá tener una categoría menor a “Cliente con Problemas Potenciales”(CPP) al momento de la postulación.</w:t>
            </w:r>
          </w:p>
        </w:tc>
        <w:tc>
          <w:tcPr>
            <w:tcW w:w="1134" w:type="dxa"/>
            <w:vAlign w:val="center"/>
          </w:tcPr>
          <w:p w14:paraId="6613ACBC" w14:textId="77777777" w:rsidR="0095608A" w:rsidRPr="00CC031E" w:rsidRDefault="0095608A">
            <w:pPr>
              <w:spacing w:before="20" w:after="20" w:line="240" w:lineRule="auto"/>
              <w:rPr>
                <w:lang w:val="es-PE"/>
              </w:rPr>
            </w:pPr>
          </w:p>
        </w:tc>
      </w:tr>
      <w:tr w:rsidR="0095608A" w:rsidRPr="00D8763B" w14:paraId="1070087B" w14:textId="77777777">
        <w:trPr>
          <w:cantSplit/>
          <w:jc w:val="center"/>
        </w:trPr>
        <w:tc>
          <w:tcPr>
            <w:tcW w:w="7937" w:type="dxa"/>
            <w:vAlign w:val="center"/>
          </w:tcPr>
          <w:p w14:paraId="12844546" w14:textId="77777777" w:rsidR="0095608A" w:rsidRPr="00CC031E" w:rsidRDefault="00943451">
            <w:pPr>
              <w:tabs>
                <w:tab w:val="left" w:pos="369"/>
              </w:tabs>
              <w:spacing w:before="20" w:after="20" w:line="240" w:lineRule="auto"/>
              <w:ind w:left="369" w:hanging="369"/>
              <w:rPr>
                <w:lang w:val="es-PE"/>
              </w:rPr>
            </w:pPr>
            <w:r w:rsidRPr="00CC031E">
              <w:rPr>
                <w:sz w:val="20"/>
                <w:lang w:val="es-PE"/>
              </w:rPr>
              <w:t>h)</w:t>
            </w:r>
            <w:r w:rsidRPr="00CC031E">
              <w:rPr>
                <w:sz w:val="20"/>
                <w:lang w:val="es-PE"/>
              </w:rPr>
              <w:tab/>
              <w:t>No ha sido beneficiaria del Concurso “Emprendimientos Dinámicos” de PROINNÓVATE en cualquiera de sus versiones en generaciones anteriores</w:t>
            </w:r>
            <w:r w:rsidRPr="00D46F25">
              <w:rPr>
                <w:rStyle w:val="Refdenotaalpie1"/>
              </w:rPr>
              <w:footnoteReference w:id="8"/>
            </w:r>
            <w:r w:rsidRPr="00CC031E">
              <w:rPr>
                <w:sz w:val="20"/>
                <w:lang w:val="es-PE"/>
              </w:rPr>
              <w:t xml:space="preserve"> (desde la 1G hasta la 12G) con la misma idea de negocio o variaciones del mismo. Esto incluye variaciones de nombre del proyecto o la startup y/o variaciones de los miembros del equipo emprendedor. También si ha sido beneficiaria con la misma persona jurídica.</w:t>
            </w:r>
          </w:p>
        </w:tc>
        <w:tc>
          <w:tcPr>
            <w:tcW w:w="1134" w:type="dxa"/>
            <w:vAlign w:val="center"/>
          </w:tcPr>
          <w:p w14:paraId="776247F9" w14:textId="77777777" w:rsidR="0095608A" w:rsidRPr="00CC031E" w:rsidRDefault="0095608A">
            <w:pPr>
              <w:spacing w:before="20" w:after="20" w:line="240" w:lineRule="auto"/>
              <w:rPr>
                <w:lang w:val="es-PE"/>
              </w:rPr>
            </w:pPr>
          </w:p>
        </w:tc>
      </w:tr>
      <w:tr w:rsidR="0095608A" w:rsidRPr="00D8763B" w14:paraId="183B03E3" w14:textId="77777777">
        <w:trPr>
          <w:cantSplit/>
          <w:jc w:val="center"/>
        </w:trPr>
        <w:tc>
          <w:tcPr>
            <w:tcW w:w="7937" w:type="dxa"/>
            <w:vAlign w:val="center"/>
          </w:tcPr>
          <w:p w14:paraId="35021540" w14:textId="77777777" w:rsidR="0095608A" w:rsidRPr="00CC031E" w:rsidRDefault="00943451">
            <w:pPr>
              <w:tabs>
                <w:tab w:val="left" w:pos="369"/>
              </w:tabs>
              <w:spacing w:before="20" w:after="20" w:line="240" w:lineRule="auto"/>
              <w:ind w:left="369" w:hanging="369"/>
              <w:rPr>
                <w:lang w:val="es-PE"/>
              </w:rPr>
            </w:pPr>
            <w:r w:rsidRPr="00CC031E">
              <w:rPr>
                <w:sz w:val="20"/>
                <w:lang w:val="es-PE"/>
              </w:rPr>
              <w:t>i)</w:t>
            </w:r>
            <w:r w:rsidRPr="00CC031E">
              <w:rPr>
                <w:sz w:val="20"/>
                <w:lang w:val="es-PE"/>
              </w:rPr>
              <w:tab/>
              <w:t>Cumple con la legislación ambiental nacional en lo que le corresponda y que no tenga sanción vigente a la fecha de la postulación (según Resolución N° 032-2021-OEFA/CD) se verificará en el siguiente enlace: https://publico.oefa.gob.pe/administrados-sancionados/#/</w:t>
            </w:r>
          </w:p>
        </w:tc>
        <w:tc>
          <w:tcPr>
            <w:tcW w:w="1134" w:type="dxa"/>
            <w:vAlign w:val="center"/>
          </w:tcPr>
          <w:p w14:paraId="2BF6056D" w14:textId="77777777" w:rsidR="0095608A" w:rsidRPr="00CC031E" w:rsidRDefault="0095608A">
            <w:pPr>
              <w:spacing w:before="20" w:after="20" w:line="240" w:lineRule="auto"/>
              <w:rPr>
                <w:lang w:val="es-PE"/>
              </w:rPr>
            </w:pPr>
          </w:p>
        </w:tc>
      </w:tr>
      <w:tr w:rsidR="0095608A" w:rsidRPr="00D8763B" w14:paraId="1BB2271E" w14:textId="77777777">
        <w:trPr>
          <w:cantSplit/>
          <w:jc w:val="center"/>
        </w:trPr>
        <w:tc>
          <w:tcPr>
            <w:tcW w:w="7937" w:type="dxa"/>
            <w:vAlign w:val="center"/>
          </w:tcPr>
          <w:p w14:paraId="2B10D469" w14:textId="77777777" w:rsidR="0095608A" w:rsidRPr="00CC031E" w:rsidRDefault="00943451">
            <w:pPr>
              <w:tabs>
                <w:tab w:val="left" w:pos="369"/>
              </w:tabs>
              <w:spacing w:before="20" w:after="20" w:line="240" w:lineRule="auto"/>
              <w:ind w:left="369" w:hanging="369"/>
              <w:rPr>
                <w:lang w:val="es-PE"/>
              </w:rPr>
            </w:pPr>
            <w:r w:rsidRPr="00CC031E">
              <w:rPr>
                <w:sz w:val="20"/>
                <w:lang w:val="es-PE"/>
              </w:rPr>
              <w:t>j)</w:t>
            </w:r>
            <w:r w:rsidRPr="00CC031E">
              <w:rPr>
                <w:sz w:val="20"/>
                <w:lang w:val="es-PE"/>
              </w:rPr>
              <w:tab/>
              <w:t>No tener en ejecución uno o más convenios/contratos de adjudicación de RNR para la ejecución de un proyecto cofinanciado por PROINNÓVATE a la fecha de cierre de la presente convocatoria.</w:t>
            </w:r>
          </w:p>
        </w:tc>
        <w:tc>
          <w:tcPr>
            <w:tcW w:w="1134" w:type="dxa"/>
            <w:vAlign w:val="center"/>
          </w:tcPr>
          <w:p w14:paraId="3FB19BC8" w14:textId="77777777" w:rsidR="0095608A" w:rsidRPr="00CC031E" w:rsidRDefault="0095608A">
            <w:pPr>
              <w:spacing w:before="20" w:after="20" w:line="240" w:lineRule="auto"/>
              <w:rPr>
                <w:lang w:val="es-PE"/>
              </w:rPr>
            </w:pPr>
          </w:p>
        </w:tc>
      </w:tr>
      <w:tr w:rsidR="0095608A" w:rsidRPr="00D8763B" w14:paraId="11DB9A4B" w14:textId="77777777">
        <w:trPr>
          <w:cantSplit/>
          <w:jc w:val="center"/>
        </w:trPr>
        <w:tc>
          <w:tcPr>
            <w:tcW w:w="7937" w:type="dxa"/>
            <w:vAlign w:val="center"/>
          </w:tcPr>
          <w:p w14:paraId="1C936D1D" w14:textId="77777777" w:rsidR="0095608A" w:rsidRPr="00CC031E" w:rsidRDefault="00943451">
            <w:pPr>
              <w:tabs>
                <w:tab w:val="left" w:pos="369"/>
              </w:tabs>
              <w:spacing w:before="20" w:after="20" w:line="240" w:lineRule="auto"/>
              <w:ind w:left="369" w:hanging="369"/>
              <w:rPr>
                <w:lang w:val="es-PE"/>
              </w:rPr>
            </w:pPr>
            <w:r w:rsidRPr="00CC031E">
              <w:rPr>
                <w:sz w:val="20"/>
                <w:lang w:val="es-PE"/>
              </w:rPr>
              <w:lastRenderedPageBreak/>
              <w:t>k)</w:t>
            </w:r>
            <w:r w:rsidRPr="00CC031E">
              <w:rPr>
                <w:sz w:val="20"/>
                <w:lang w:val="es-PE"/>
              </w:rPr>
              <w:tab/>
              <w:t>No presentar deudas coactivas reportadas de seguridad social de los trabajadores ni de otras obligaciones tributarias o no tributarias según SUNAT y en caso, de tenerla cuenta con Resolución que aprueba el fraccionamiento.</w:t>
            </w:r>
          </w:p>
        </w:tc>
        <w:tc>
          <w:tcPr>
            <w:tcW w:w="1134" w:type="dxa"/>
            <w:vAlign w:val="center"/>
          </w:tcPr>
          <w:p w14:paraId="5ECDA263" w14:textId="77777777" w:rsidR="0095608A" w:rsidRPr="00CC031E" w:rsidRDefault="0095608A">
            <w:pPr>
              <w:spacing w:before="20" w:after="20" w:line="240" w:lineRule="auto"/>
              <w:rPr>
                <w:lang w:val="es-PE"/>
              </w:rPr>
            </w:pPr>
          </w:p>
        </w:tc>
      </w:tr>
      <w:tr w:rsidR="0095608A" w:rsidRPr="00D8763B" w14:paraId="457EC93B" w14:textId="77777777">
        <w:trPr>
          <w:cantSplit/>
          <w:jc w:val="center"/>
        </w:trPr>
        <w:tc>
          <w:tcPr>
            <w:tcW w:w="7937" w:type="dxa"/>
            <w:vAlign w:val="center"/>
          </w:tcPr>
          <w:p w14:paraId="30BAD90F" w14:textId="77777777" w:rsidR="0095608A" w:rsidRPr="00CC031E" w:rsidRDefault="00943451">
            <w:pPr>
              <w:tabs>
                <w:tab w:val="left" w:pos="369"/>
              </w:tabs>
              <w:spacing w:before="20" w:after="20" w:line="240" w:lineRule="auto"/>
              <w:ind w:left="369" w:hanging="369"/>
              <w:rPr>
                <w:lang w:val="es-PE"/>
              </w:rPr>
            </w:pPr>
            <w:r w:rsidRPr="00CC031E">
              <w:rPr>
                <w:sz w:val="20"/>
                <w:lang w:val="es-PE"/>
              </w:rPr>
              <w:t>l)</w:t>
            </w:r>
            <w:r w:rsidRPr="00CC031E">
              <w:rPr>
                <w:sz w:val="20"/>
                <w:lang w:val="es-PE"/>
              </w:rPr>
              <w:tab/>
              <w:t>No estar sometido a ningún procedimiento previsto en la Ley General del Sistema Concursal, ni en cualquier norma que la sustituya, modifique o complemente.</w:t>
            </w:r>
          </w:p>
        </w:tc>
        <w:tc>
          <w:tcPr>
            <w:tcW w:w="1134" w:type="dxa"/>
            <w:vAlign w:val="center"/>
          </w:tcPr>
          <w:p w14:paraId="0B25D591" w14:textId="77777777" w:rsidR="0095608A" w:rsidRPr="00CC031E" w:rsidRDefault="0095608A">
            <w:pPr>
              <w:spacing w:before="20" w:after="20" w:line="240" w:lineRule="auto"/>
              <w:rPr>
                <w:lang w:val="es-PE"/>
              </w:rPr>
            </w:pPr>
          </w:p>
        </w:tc>
      </w:tr>
      <w:tr w:rsidR="0095608A" w:rsidRPr="00D8763B" w14:paraId="5015FF58" w14:textId="77777777">
        <w:trPr>
          <w:cantSplit/>
          <w:jc w:val="center"/>
        </w:trPr>
        <w:tc>
          <w:tcPr>
            <w:tcW w:w="7937" w:type="dxa"/>
            <w:vAlign w:val="center"/>
          </w:tcPr>
          <w:p w14:paraId="2BFAC70F" w14:textId="77777777" w:rsidR="0095608A" w:rsidRPr="00CC031E" w:rsidRDefault="00943451">
            <w:pPr>
              <w:tabs>
                <w:tab w:val="left" w:pos="369"/>
              </w:tabs>
              <w:spacing w:before="20" w:after="20" w:line="240" w:lineRule="auto"/>
              <w:ind w:left="369" w:hanging="369"/>
              <w:rPr>
                <w:lang w:val="es-PE"/>
              </w:rPr>
            </w:pPr>
            <w:r w:rsidRPr="00CC031E">
              <w:rPr>
                <w:sz w:val="20"/>
                <w:lang w:val="es-PE"/>
              </w:rPr>
              <w:t>m)</w:t>
            </w:r>
            <w:r w:rsidRPr="00CC031E">
              <w:rPr>
                <w:sz w:val="20"/>
                <w:lang w:val="es-PE"/>
              </w:rPr>
              <w:tab/>
              <w:t>No estar sancionado con inhabilitación temporal o definitiva para contratar con el Estado peruano, mientras dure tal sanción.</w:t>
            </w:r>
          </w:p>
        </w:tc>
        <w:tc>
          <w:tcPr>
            <w:tcW w:w="1134" w:type="dxa"/>
            <w:vAlign w:val="center"/>
          </w:tcPr>
          <w:p w14:paraId="4EB35022" w14:textId="77777777" w:rsidR="0095608A" w:rsidRPr="00CC031E" w:rsidRDefault="0095608A">
            <w:pPr>
              <w:spacing w:before="20" w:after="20" w:line="240" w:lineRule="auto"/>
              <w:rPr>
                <w:lang w:val="es-PE"/>
              </w:rPr>
            </w:pPr>
          </w:p>
        </w:tc>
      </w:tr>
      <w:tr w:rsidR="0095608A" w:rsidRPr="00D8763B" w14:paraId="3560A6EE" w14:textId="77777777">
        <w:trPr>
          <w:cantSplit/>
          <w:jc w:val="center"/>
        </w:trPr>
        <w:tc>
          <w:tcPr>
            <w:tcW w:w="7937" w:type="dxa"/>
            <w:vAlign w:val="center"/>
          </w:tcPr>
          <w:p w14:paraId="76F1A862" w14:textId="77777777" w:rsidR="0095608A" w:rsidRPr="00CC031E" w:rsidRDefault="00943451">
            <w:pPr>
              <w:tabs>
                <w:tab w:val="left" w:pos="369"/>
              </w:tabs>
              <w:spacing w:before="20" w:after="20" w:line="240" w:lineRule="auto"/>
              <w:ind w:left="369" w:hanging="369"/>
              <w:rPr>
                <w:lang w:val="es-PE"/>
              </w:rPr>
            </w:pPr>
            <w:r w:rsidRPr="00CC031E">
              <w:rPr>
                <w:sz w:val="20"/>
                <w:lang w:val="es-PE"/>
              </w:rPr>
              <w:t>n)</w:t>
            </w:r>
            <w:r w:rsidRPr="00CC031E">
              <w:rPr>
                <w:sz w:val="20"/>
                <w:lang w:val="es-PE"/>
              </w:rPr>
              <w:tab/>
              <w:t>Los accionistas o participacionistas de las entidades solicitantes no tengan sentencia consentida y/o ejecutoriada por delitos contra la administración pública en agravio del Estado.</w:t>
            </w:r>
          </w:p>
        </w:tc>
        <w:tc>
          <w:tcPr>
            <w:tcW w:w="1134" w:type="dxa"/>
            <w:vAlign w:val="center"/>
          </w:tcPr>
          <w:p w14:paraId="2FD5BA81" w14:textId="77777777" w:rsidR="0095608A" w:rsidRPr="00CC031E" w:rsidRDefault="0095608A">
            <w:pPr>
              <w:spacing w:before="20" w:after="20" w:line="240" w:lineRule="auto"/>
              <w:rPr>
                <w:lang w:val="es-PE"/>
              </w:rPr>
            </w:pPr>
          </w:p>
        </w:tc>
      </w:tr>
      <w:tr w:rsidR="0095608A" w:rsidRPr="00D8763B" w14:paraId="4D6DD95D" w14:textId="77777777">
        <w:trPr>
          <w:cantSplit/>
          <w:jc w:val="center"/>
        </w:trPr>
        <w:tc>
          <w:tcPr>
            <w:tcW w:w="7937" w:type="dxa"/>
            <w:vAlign w:val="center"/>
          </w:tcPr>
          <w:p w14:paraId="57F0B78D" w14:textId="77777777" w:rsidR="0095608A" w:rsidRPr="00CC031E" w:rsidRDefault="00943451">
            <w:pPr>
              <w:tabs>
                <w:tab w:val="left" w:pos="369"/>
              </w:tabs>
              <w:spacing w:before="20" w:after="20" w:line="240" w:lineRule="auto"/>
              <w:ind w:left="369" w:hanging="369"/>
              <w:rPr>
                <w:lang w:val="es-PE"/>
              </w:rPr>
            </w:pPr>
            <w:r w:rsidRPr="00CC031E">
              <w:rPr>
                <w:sz w:val="20"/>
                <w:lang w:val="es-PE"/>
              </w:rPr>
              <w:t>o)</w:t>
            </w:r>
            <w:r w:rsidRPr="00CC031E">
              <w:rPr>
                <w:sz w:val="20"/>
                <w:lang w:val="es-PE"/>
              </w:rPr>
              <w:tab/>
              <w:t>No tener proyectos en estado interrumpido o judicializado en PROINNÓVATE (esto dado a incumplimiento contractuales)</w:t>
            </w:r>
          </w:p>
        </w:tc>
        <w:tc>
          <w:tcPr>
            <w:tcW w:w="1134" w:type="dxa"/>
            <w:vAlign w:val="center"/>
          </w:tcPr>
          <w:p w14:paraId="48BE73D0" w14:textId="77777777" w:rsidR="0095608A" w:rsidRPr="00CC031E" w:rsidRDefault="0095608A">
            <w:pPr>
              <w:spacing w:before="20" w:after="20" w:line="240" w:lineRule="auto"/>
              <w:rPr>
                <w:lang w:val="es-PE"/>
              </w:rPr>
            </w:pPr>
          </w:p>
        </w:tc>
      </w:tr>
      <w:tr w:rsidR="0095608A" w:rsidRPr="00D8763B" w14:paraId="2879E4B1" w14:textId="77777777">
        <w:trPr>
          <w:cantSplit/>
          <w:jc w:val="center"/>
        </w:trPr>
        <w:tc>
          <w:tcPr>
            <w:tcW w:w="7937" w:type="dxa"/>
            <w:vAlign w:val="center"/>
          </w:tcPr>
          <w:p w14:paraId="0A38A6B8" w14:textId="77777777" w:rsidR="0095608A" w:rsidRPr="00CC031E" w:rsidRDefault="00943451">
            <w:pPr>
              <w:tabs>
                <w:tab w:val="left" w:pos="369"/>
              </w:tabs>
              <w:spacing w:before="20" w:after="20" w:line="240" w:lineRule="auto"/>
              <w:ind w:left="369" w:hanging="369"/>
              <w:rPr>
                <w:lang w:val="es-PE"/>
              </w:rPr>
            </w:pPr>
            <w:r w:rsidRPr="00CC031E">
              <w:rPr>
                <w:sz w:val="20"/>
                <w:lang w:val="es-PE"/>
              </w:rPr>
              <w:t>p)</w:t>
            </w:r>
            <w:r w:rsidRPr="00CC031E">
              <w:rPr>
                <w:sz w:val="20"/>
                <w:lang w:val="es-PE"/>
              </w:rPr>
              <w:tab/>
              <w:t>Que el representante legal, socios y/o accionistas no sean miembros del equipo técnico de los proyectos de Dinamización de Ecosistemas Regionales de Innovación y Emprendimiento 3.0 de PROINNÓVATE.</w:t>
            </w:r>
          </w:p>
        </w:tc>
        <w:tc>
          <w:tcPr>
            <w:tcW w:w="1134" w:type="dxa"/>
            <w:vAlign w:val="center"/>
          </w:tcPr>
          <w:p w14:paraId="3A60A3D5" w14:textId="77777777" w:rsidR="0095608A" w:rsidRPr="00CC031E" w:rsidRDefault="0095608A">
            <w:pPr>
              <w:spacing w:before="20" w:after="20" w:line="240" w:lineRule="auto"/>
              <w:rPr>
                <w:lang w:val="es-PE"/>
              </w:rPr>
            </w:pPr>
          </w:p>
        </w:tc>
      </w:tr>
      <w:tr w:rsidR="0095608A" w:rsidRPr="00D8763B" w14:paraId="64288906" w14:textId="77777777">
        <w:trPr>
          <w:cantSplit/>
          <w:jc w:val="center"/>
        </w:trPr>
        <w:tc>
          <w:tcPr>
            <w:tcW w:w="7937" w:type="dxa"/>
            <w:vAlign w:val="center"/>
          </w:tcPr>
          <w:p w14:paraId="67472A9F" w14:textId="77777777" w:rsidR="0095608A" w:rsidRPr="00CC031E" w:rsidRDefault="00943451">
            <w:pPr>
              <w:tabs>
                <w:tab w:val="left" w:pos="369"/>
              </w:tabs>
              <w:spacing w:before="20" w:after="20" w:line="240" w:lineRule="auto"/>
              <w:ind w:left="369" w:hanging="369"/>
              <w:rPr>
                <w:lang w:val="es-PE"/>
              </w:rPr>
            </w:pPr>
            <w:r w:rsidRPr="00CC031E">
              <w:rPr>
                <w:sz w:val="20"/>
                <w:lang w:val="es-PE"/>
              </w:rPr>
              <w:t>q)</w:t>
            </w:r>
            <w:r w:rsidRPr="00CC031E">
              <w:rPr>
                <w:sz w:val="20"/>
                <w:lang w:val="es-PE"/>
              </w:rPr>
              <w:tab/>
              <w:t>No ha sido beneficiaria del Concurso “STARTUP PERÚ PLUG” en cualquiera de sus versiones en generaciones anteriores (desde la 1G hasta la 4G) y en sus versiones de cambio climático (1G y 2G).</w:t>
            </w:r>
          </w:p>
        </w:tc>
        <w:tc>
          <w:tcPr>
            <w:tcW w:w="1134" w:type="dxa"/>
            <w:vAlign w:val="center"/>
          </w:tcPr>
          <w:p w14:paraId="303B0B2D" w14:textId="77777777" w:rsidR="0095608A" w:rsidRPr="00CC031E" w:rsidRDefault="0095608A">
            <w:pPr>
              <w:spacing w:before="20" w:after="20" w:line="240" w:lineRule="auto"/>
              <w:rPr>
                <w:lang w:val="es-PE"/>
              </w:rPr>
            </w:pPr>
          </w:p>
        </w:tc>
      </w:tr>
      <w:tr w:rsidR="0095608A" w:rsidRPr="00D8763B" w14:paraId="6E4E7937" w14:textId="77777777">
        <w:trPr>
          <w:cantSplit/>
          <w:jc w:val="center"/>
        </w:trPr>
        <w:tc>
          <w:tcPr>
            <w:tcW w:w="7937" w:type="dxa"/>
            <w:vAlign w:val="center"/>
          </w:tcPr>
          <w:p w14:paraId="021D968E" w14:textId="77777777" w:rsidR="0095608A" w:rsidRPr="00CC031E" w:rsidRDefault="00943451">
            <w:pPr>
              <w:tabs>
                <w:tab w:val="left" w:pos="369"/>
              </w:tabs>
              <w:spacing w:before="20" w:after="20" w:line="240" w:lineRule="auto"/>
              <w:ind w:left="369" w:hanging="369"/>
              <w:rPr>
                <w:lang w:val="es-PE"/>
              </w:rPr>
            </w:pPr>
            <w:r w:rsidRPr="00CC031E">
              <w:rPr>
                <w:sz w:val="20"/>
                <w:lang w:val="es-PE"/>
              </w:rPr>
              <w:t>r)</w:t>
            </w:r>
            <w:r w:rsidRPr="00CC031E">
              <w:rPr>
                <w:sz w:val="20"/>
                <w:lang w:val="es-PE"/>
              </w:rPr>
              <w:tab/>
              <w:t>No contar con algún miembro del equipo emprendedor que forme parte de una startup beneficiaria del concurso “Emprendimientos Innovadores” de los concursos regionales desarrollados en el marco del concurso de Dinamización de Ecosistemas Regionales de Innovación y Emprendimiento 3.0 (DER 3.0) de San Martín.</w:t>
            </w:r>
          </w:p>
        </w:tc>
        <w:tc>
          <w:tcPr>
            <w:tcW w:w="1134" w:type="dxa"/>
            <w:vAlign w:val="center"/>
          </w:tcPr>
          <w:p w14:paraId="4425843A" w14:textId="77777777" w:rsidR="0095608A" w:rsidRPr="00CC031E" w:rsidRDefault="0095608A">
            <w:pPr>
              <w:spacing w:before="20" w:after="20" w:line="240" w:lineRule="auto"/>
              <w:rPr>
                <w:lang w:val="es-PE"/>
              </w:rPr>
            </w:pPr>
          </w:p>
        </w:tc>
      </w:tr>
      <w:tr w:rsidR="0095608A" w:rsidRPr="00D8763B" w14:paraId="1AB2CB0C" w14:textId="77777777">
        <w:trPr>
          <w:cantSplit/>
          <w:jc w:val="center"/>
        </w:trPr>
        <w:tc>
          <w:tcPr>
            <w:tcW w:w="7937" w:type="dxa"/>
            <w:vAlign w:val="center"/>
          </w:tcPr>
          <w:p w14:paraId="538D2326" w14:textId="77777777" w:rsidR="0095608A" w:rsidRPr="00CC031E" w:rsidRDefault="00943451">
            <w:pPr>
              <w:spacing w:before="20" w:after="20" w:line="240" w:lineRule="auto"/>
              <w:rPr>
                <w:lang w:val="es-PE"/>
              </w:rPr>
            </w:pPr>
            <w:r w:rsidRPr="00CC031E">
              <w:rPr>
                <w:b/>
                <w:sz w:val="20"/>
                <w:lang w:val="es-PE"/>
              </w:rPr>
              <w:t>El/Los representante(s) legal(es) de la empresa joven cumplen con los siguientes requisitos:</w:t>
            </w:r>
          </w:p>
        </w:tc>
        <w:tc>
          <w:tcPr>
            <w:tcW w:w="1134" w:type="dxa"/>
            <w:vAlign w:val="center"/>
          </w:tcPr>
          <w:p w14:paraId="688A3F7F" w14:textId="77777777" w:rsidR="0095608A" w:rsidRPr="00CC031E" w:rsidRDefault="0095608A">
            <w:pPr>
              <w:spacing w:before="20" w:after="20" w:line="240" w:lineRule="auto"/>
              <w:rPr>
                <w:lang w:val="es-PE"/>
              </w:rPr>
            </w:pPr>
          </w:p>
        </w:tc>
      </w:tr>
      <w:tr w:rsidR="0095608A" w:rsidRPr="00D8763B" w14:paraId="22C1C4E9" w14:textId="77777777">
        <w:trPr>
          <w:cantSplit/>
          <w:jc w:val="center"/>
        </w:trPr>
        <w:tc>
          <w:tcPr>
            <w:tcW w:w="7937" w:type="dxa"/>
            <w:vAlign w:val="center"/>
          </w:tcPr>
          <w:p w14:paraId="58245204" w14:textId="77777777" w:rsidR="0095608A" w:rsidRPr="00CC031E" w:rsidRDefault="00943451">
            <w:pPr>
              <w:tabs>
                <w:tab w:val="left" w:pos="369"/>
              </w:tabs>
              <w:spacing w:before="20" w:after="20" w:line="240" w:lineRule="auto"/>
              <w:ind w:left="369" w:hanging="369"/>
              <w:rPr>
                <w:lang w:val="es-PE"/>
              </w:rPr>
            </w:pPr>
            <w:r w:rsidRPr="00CC031E">
              <w:rPr>
                <w:sz w:val="20"/>
                <w:lang w:val="es-PE"/>
              </w:rPr>
              <w:t>a)</w:t>
            </w:r>
            <w:r w:rsidRPr="00CC031E">
              <w:rPr>
                <w:sz w:val="20"/>
                <w:lang w:val="es-PE"/>
              </w:rPr>
              <w:tab/>
              <w:t>No estar sancionado con inhabilitación temporal o definitiva para contratar con el Estado peruano, mientras dure tal sanción.</w:t>
            </w:r>
          </w:p>
        </w:tc>
        <w:tc>
          <w:tcPr>
            <w:tcW w:w="1134" w:type="dxa"/>
            <w:vAlign w:val="center"/>
          </w:tcPr>
          <w:p w14:paraId="046B4850" w14:textId="77777777" w:rsidR="0095608A" w:rsidRPr="00CC031E" w:rsidRDefault="0095608A">
            <w:pPr>
              <w:spacing w:before="20" w:after="20" w:line="240" w:lineRule="auto"/>
              <w:rPr>
                <w:lang w:val="es-PE"/>
              </w:rPr>
            </w:pPr>
          </w:p>
        </w:tc>
      </w:tr>
      <w:tr w:rsidR="0095608A" w:rsidRPr="00D8763B" w14:paraId="06C63140" w14:textId="77777777">
        <w:trPr>
          <w:cantSplit/>
          <w:jc w:val="center"/>
        </w:trPr>
        <w:tc>
          <w:tcPr>
            <w:tcW w:w="7937" w:type="dxa"/>
            <w:vAlign w:val="center"/>
          </w:tcPr>
          <w:p w14:paraId="7EABD9AF" w14:textId="77777777" w:rsidR="0095608A" w:rsidRPr="00CC031E" w:rsidRDefault="00943451">
            <w:pPr>
              <w:tabs>
                <w:tab w:val="left" w:pos="369"/>
              </w:tabs>
              <w:spacing w:before="20" w:after="20" w:line="240" w:lineRule="auto"/>
              <w:ind w:left="369" w:hanging="369"/>
              <w:rPr>
                <w:lang w:val="es-PE"/>
              </w:rPr>
            </w:pPr>
            <w:r w:rsidRPr="00CC031E">
              <w:rPr>
                <w:sz w:val="20"/>
                <w:lang w:val="es-PE"/>
              </w:rPr>
              <w:t>b)</w:t>
            </w:r>
            <w:r w:rsidRPr="00CC031E">
              <w:rPr>
                <w:sz w:val="20"/>
                <w:lang w:val="es-PE"/>
              </w:rPr>
              <w:tab/>
              <w:t>No tener sentencia consentida y/o ejecutoriada por delitos contra la administración pública en agravio del Estado.</w:t>
            </w:r>
          </w:p>
        </w:tc>
        <w:tc>
          <w:tcPr>
            <w:tcW w:w="1134" w:type="dxa"/>
            <w:vAlign w:val="center"/>
          </w:tcPr>
          <w:p w14:paraId="21CB13E0" w14:textId="77777777" w:rsidR="0095608A" w:rsidRPr="00CC031E" w:rsidRDefault="0095608A">
            <w:pPr>
              <w:spacing w:before="20" w:after="20" w:line="240" w:lineRule="auto"/>
              <w:rPr>
                <w:lang w:val="es-PE"/>
              </w:rPr>
            </w:pPr>
          </w:p>
        </w:tc>
      </w:tr>
      <w:tr w:rsidR="0095608A" w:rsidRPr="00D8763B" w14:paraId="1472F589" w14:textId="77777777">
        <w:trPr>
          <w:cantSplit/>
          <w:jc w:val="center"/>
        </w:trPr>
        <w:tc>
          <w:tcPr>
            <w:tcW w:w="7937" w:type="dxa"/>
            <w:vAlign w:val="center"/>
          </w:tcPr>
          <w:p w14:paraId="7C5C128D" w14:textId="77777777" w:rsidR="0095608A" w:rsidRPr="00CC031E" w:rsidRDefault="00943451">
            <w:pPr>
              <w:tabs>
                <w:tab w:val="left" w:pos="369"/>
              </w:tabs>
              <w:spacing w:before="20" w:after="20" w:line="240" w:lineRule="auto"/>
              <w:ind w:left="369" w:hanging="369"/>
              <w:rPr>
                <w:lang w:val="es-PE"/>
              </w:rPr>
            </w:pPr>
            <w:r w:rsidRPr="00CC031E">
              <w:rPr>
                <w:sz w:val="20"/>
                <w:lang w:val="es-PE"/>
              </w:rPr>
              <w:t>c)</w:t>
            </w:r>
            <w:r w:rsidRPr="00CC031E">
              <w:rPr>
                <w:sz w:val="20"/>
                <w:lang w:val="es-PE"/>
              </w:rPr>
              <w:tab/>
              <w:t>No tener proyectos en estado interrumpido o judicializado en PROINNÓVATE (esto dado a incumplimiento contractuales).</w:t>
            </w:r>
          </w:p>
        </w:tc>
        <w:tc>
          <w:tcPr>
            <w:tcW w:w="1134" w:type="dxa"/>
            <w:vAlign w:val="center"/>
          </w:tcPr>
          <w:p w14:paraId="7340B52A" w14:textId="77777777" w:rsidR="0095608A" w:rsidRPr="00CC031E" w:rsidRDefault="0095608A">
            <w:pPr>
              <w:spacing w:before="20" w:after="20" w:line="240" w:lineRule="auto"/>
              <w:rPr>
                <w:lang w:val="es-PE"/>
              </w:rPr>
            </w:pPr>
          </w:p>
        </w:tc>
      </w:tr>
      <w:tr w:rsidR="0095608A" w:rsidRPr="00D8763B" w14:paraId="687935BF" w14:textId="77777777">
        <w:trPr>
          <w:cantSplit/>
          <w:jc w:val="center"/>
        </w:trPr>
        <w:tc>
          <w:tcPr>
            <w:tcW w:w="7937" w:type="dxa"/>
            <w:vAlign w:val="center"/>
          </w:tcPr>
          <w:p w14:paraId="19424431" w14:textId="77777777" w:rsidR="0095608A" w:rsidRPr="00CC031E" w:rsidRDefault="00943451">
            <w:pPr>
              <w:spacing w:before="20" w:after="20" w:line="240" w:lineRule="auto"/>
              <w:rPr>
                <w:lang w:val="es-PE"/>
              </w:rPr>
            </w:pPr>
            <w:r w:rsidRPr="00CC031E">
              <w:rPr>
                <w:b/>
                <w:sz w:val="20"/>
                <w:lang w:val="es-PE"/>
              </w:rPr>
              <w:t>El proyecto presentado al concurso cumple con los siguientes requisitos:</w:t>
            </w:r>
          </w:p>
        </w:tc>
        <w:tc>
          <w:tcPr>
            <w:tcW w:w="1134" w:type="dxa"/>
            <w:vAlign w:val="center"/>
          </w:tcPr>
          <w:p w14:paraId="1E3EC0DA" w14:textId="77777777" w:rsidR="0095608A" w:rsidRPr="00CC031E" w:rsidRDefault="0095608A">
            <w:pPr>
              <w:spacing w:before="20" w:after="20" w:line="240" w:lineRule="auto"/>
              <w:rPr>
                <w:lang w:val="es-PE"/>
              </w:rPr>
            </w:pPr>
          </w:p>
        </w:tc>
      </w:tr>
      <w:tr w:rsidR="0095608A" w:rsidRPr="00D8763B" w14:paraId="5015B369" w14:textId="77777777">
        <w:trPr>
          <w:cantSplit/>
          <w:jc w:val="center"/>
        </w:trPr>
        <w:tc>
          <w:tcPr>
            <w:tcW w:w="7937" w:type="dxa"/>
            <w:vAlign w:val="center"/>
          </w:tcPr>
          <w:p w14:paraId="0D0FD654" w14:textId="77777777" w:rsidR="0095608A" w:rsidRPr="00CC031E" w:rsidRDefault="00943451">
            <w:pPr>
              <w:tabs>
                <w:tab w:val="left" w:pos="369"/>
              </w:tabs>
              <w:spacing w:before="20" w:after="20" w:line="240" w:lineRule="auto"/>
              <w:ind w:left="369" w:hanging="369"/>
              <w:rPr>
                <w:lang w:val="es-PE"/>
              </w:rPr>
            </w:pPr>
            <w:r w:rsidRPr="00CC031E">
              <w:rPr>
                <w:sz w:val="20"/>
                <w:lang w:val="es-PE"/>
              </w:rPr>
              <w:t>a)</w:t>
            </w:r>
            <w:r w:rsidRPr="00CC031E">
              <w:rPr>
                <w:sz w:val="20"/>
                <w:lang w:val="es-PE"/>
              </w:rPr>
              <w:tab/>
              <w:t>Que el proyecto que se postula no presente un producto (bien o servicio) cuya Propiedad Intelectual esencial (Patente, Diseño Industrial, o registro de Derecho de Autor sobre el código fuente/obra principal) sea titularidad de un tercero, sin contar con la debida documentación legal (licencia o cesión) que acredite la titularidad o el derecho de uso exclusivo por parte de la Entidad Beneficiaria. Asimismo, no vulnera los derechos de propiedad intelectual de terceros registrados ante INDECOPI u otra entidad competente, y/o no muestra indicios de plagio o copia textual, total o parcial, de otros proyectos evaluados, en evaluación, culminados o en ejecución, financiados por cualquier fuente cuya información sea accesible.</w:t>
            </w:r>
          </w:p>
        </w:tc>
        <w:tc>
          <w:tcPr>
            <w:tcW w:w="1134" w:type="dxa"/>
            <w:vAlign w:val="center"/>
          </w:tcPr>
          <w:p w14:paraId="339E043F" w14:textId="77777777" w:rsidR="0095608A" w:rsidRPr="00CC031E" w:rsidRDefault="0095608A">
            <w:pPr>
              <w:spacing w:before="20" w:after="20" w:line="240" w:lineRule="auto"/>
              <w:rPr>
                <w:lang w:val="es-PE"/>
              </w:rPr>
            </w:pPr>
          </w:p>
        </w:tc>
      </w:tr>
      <w:tr w:rsidR="0095608A" w:rsidRPr="00D8763B" w14:paraId="5CE5F6C3" w14:textId="77777777">
        <w:trPr>
          <w:cantSplit/>
          <w:jc w:val="center"/>
        </w:trPr>
        <w:tc>
          <w:tcPr>
            <w:tcW w:w="7937" w:type="dxa"/>
            <w:vAlign w:val="center"/>
          </w:tcPr>
          <w:p w14:paraId="6B90AAC5" w14:textId="77777777" w:rsidR="0095608A" w:rsidRPr="00CC031E" w:rsidRDefault="00943451">
            <w:pPr>
              <w:tabs>
                <w:tab w:val="left" w:pos="369"/>
              </w:tabs>
              <w:spacing w:before="20" w:after="20" w:line="240" w:lineRule="auto"/>
              <w:ind w:left="369" w:hanging="369"/>
              <w:rPr>
                <w:lang w:val="es-PE"/>
              </w:rPr>
            </w:pPr>
            <w:r w:rsidRPr="00CC031E">
              <w:rPr>
                <w:sz w:val="20"/>
                <w:lang w:val="es-PE"/>
              </w:rPr>
              <w:t>b)</w:t>
            </w:r>
            <w:r w:rsidRPr="00CC031E">
              <w:rPr>
                <w:sz w:val="20"/>
                <w:lang w:val="es-PE"/>
              </w:rPr>
              <w:tab/>
              <w:t>Que la información consignada en el proyecto presentado a PROINNÓVATE es veraz.</w:t>
            </w:r>
          </w:p>
        </w:tc>
        <w:tc>
          <w:tcPr>
            <w:tcW w:w="1134" w:type="dxa"/>
            <w:vAlign w:val="center"/>
          </w:tcPr>
          <w:p w14:paraId="27F4296D" w14:textId="77777777" w:rsidR="0095608A" w:rsidRPr="00CC031E" w:rsidRDefault="0095608A">
            <w:pPr>
              <w:spacing w:before="20" w:after="20" w:line="240" w:lineRule="auto"/>
              <w:rPr>
                <w:lang w:val="es-PE"/>
              </w:rPr>
            </w:pPr>
          </w:p>
        </w:tc>
      </w:tr>
      <w:tr w:rsidR="0095608A" w:rsidRPr="00D8763B" w14:paraId="64E71191" w14:textId="77777777">
        <w:trPr>
          <w:cantSplit/>
          <w:jc w:val="center"/>
        </w:trPr>
        <w:tc>
          <w:tcPr>
            <w:tcW w:w="7937" w:type="dxa"/>
            <w:vAlign w:val="center"/>
          </w:tcPr>
          <w:p w14:paraId="7D389192" w14:textId="77777777" w:rsidR="0095608A" w:rsidRPr="00CC031E" w:rsidRDefault="00943451">
            <w:pPr>
              <w:tabs>
                <w:tab w:val="left" w:pos="369"/>
              </w:tabs>
              <w:spacing w:before="20" w:after="20" w:line="240" w:lineRule="auto"/>
              <w:ind w:left="369" w:hanging="369"/>
              <w:rPr>
                <w:lang w:val="es-PE"/>
              </w:rPr>
            </w:pPr>
            <w:r w:rsidRPr="00CC031E">
              <w:rPr>
                <w:sz w:val="20"/>
                <w:lang w:val="es-PE"/>
              </w:rPr>
              <w:t>c)</w:t>
            </w:r>
            <w:r w:rsidRPr="00CC031E">
              <w:rPr>
                <w:sz w:val="20"/>
                <w:lang w:val="es-PE"/>
              </w:rPr>
              <w:tab/>
              <w:t>Que el proyecto que se postula no es cofinanciado por recursos provenientes de otros fondos del estado.</w:t>
            </w:r>
          </w:p>
        </w:tc>
        <w:tc>
          <w:tcPr>
            <w:tcW w:w="1134" w:type="dxa"/>
            <w:vAlign w:val="center"/>
          </w:tcPr>
          <w:p w14:paraId="7E357C1B" w14:textId="77777777" w:rsidR="0095608A" w:rsidRPr="00CC031E" w:rsidRDefault="0095608A">
            <w:pPr>
              <w:spacing w:before="20" w:after="20" w:line="240" w:lineRule="auto"/>
              <w:rPr>
                <w:lang w:val="es-PE"/>
              </w:rPr>
            </w:pPr>
          </w:p>
        </w:tc>
      </w:tr>
      <w:tr w:rsidR="0095608A" w:rsidRPr="00D8763B" w14:paraId="1A8F841D" w14:textId="77777777">
        <w:trPr>
          <w:cantSplit/>
          <w:jc w:val="center"/>
        </w:trPr>
        <w:tc>
          <w:tcPr>
            <w:tcW w:w="7937" w:type="dxa"/>
            <w:vAlign w:val="center"/>
          </w:tcPr>
          <w:p w14:paraId="0F99C7F6" w14:textId="26FB9C36" w:rsidR="0095608A" w:rsidRPr="00CC031E" w:rsidRDefault="00943451">
            <w:pPr>
              <w:tabs>
                <w:tab w:val="left" w:pos="369"/>
              </w:tabs>
              <w:spacing w:before="20" w:after="20" w:line="240" w:lineRule="auto"/>
              <w:ind w:left="369" w:hanging="369"/>
              <w:rPr>
                <w:lang w:val="es-PE"/>
              </w:rPr>
            </w:pPr>
            <w:r w:rsidRPr="00CC031E">
              <w:rPr>
                <w:sz w:val="20"/>
                <w:lang w:val="es-PE"/>
              </w:rPr>
              <w:t>d)</w:t>
            </w:r>
            <w:r w:rsidRPr="00CC031E">
              <w:rPr>
                <w:sz w:val="20"/>
                <w:lang w:val="es-PE"/>
              </w:rPr>
              <w:tab/>
              <w:t>Que el proyecto que se postula en la presente convocatoria no es presentado en ninguno de los otros concursos regionales vigentes (convocados por la región San Mart</w:t>
            </w:r>
            <w:r w:rsidR="00D46F25" w:rsidRPr="00CC031E">
              <w:rPr>
                <w:sz w:val="20"/>
                <w:lang w:val="es-PE"/>
              </w:rPr>
              <w:t>Í</w:t>
            </w:r>
            <w:r w:rsidRPr="00CC031E">
              <w:rPr>
                <w:sz w:val="20"/>
                <w:lang w:val="es-PE"/>
              </w:rPr>
              <w:t>n y/o las otras regiones).</w:t>
            </w:r>
          </w:p>
        </w:tc>
        <w:tc>
          <w:tcPr>
            <w:tcW w:w="1134" w:type="dxa"/>
            <w:vAlign w:val="center"/>
          </w:tcPr>
          <w:p w14:paraId="1998EB81" w14:textId="77777777" w:rsidR="0095608A" w:rsidRPr="00CC031E" w:rsidRDefault="0095608A">
            <w:pPr>
              <w:spacing w:before="20" w:after="20" w:line="240" w:lineRule="auto"/>
              <w:rPr>
                <w:lang w:val="es-PE"/>
              </w:rPr>
            </w:pPr>
          </w:p>
        </w:tc>
      </w:tr>
      <w:tr w:rsidR="0095608A" w:rsidRPr="00D8763B" w14:paraId="16E3862A" w14:textId="77777777">
        <w:trPr>
          <w:cantSplit/>
          <w:jc w:val="center"/>
        </w:trPr>
        <w:tc>
          <w:tcPr>
            <w:tcW w:w="7937" w:type="dxa"/>
            <w:vAlign w:val="center"/>
          </w:tcPr>
          <w:p w14:paraId="0ECC149F" w14:textId="77777777" w:rsidR="0095608A" w:rsidRPr="00CC031E" w:rsidRDefault="00943451">
            <w:pPr>
              <w:tabs>
                <w:tab w:val="left" w:pos="369"/>
              </w:tabs>
              <w:spacing w:before="20" w:after="20" w:line="240" w:lineRule="auto"/>
              <w:ind w:left="369" w:hanging="369"/>
              <w:rPr>
                <w:lang w:val="es-PE"/>
              </w:rPr>
            </w:pPr>
            <w:r w:rsidRPr="00CC031E">
              <w:rPr>
                <w:sz w:val="20"/>
                <w:lang w:val="es-PE"/>
              </w:rPr>
              <w:t>e)</w:t>
            </w:r>
            <w:r w:rsidRPr="00CC031E">
              <w:rPr>
                <w:sz w:val="20"/>
                <w:lang w:val="es-PE"/>
              </w:rPr>
              <w:tab/>
              <w:t>Que el proyecto no está relacionado con armas, juegos de azar, actividades ilegales, prohibidas o innecesarias para el logro de los resultados del proyecto.</w:t>
            </w:r>
          </w:p>
        </w:tc>
        <w:tc>
          <w:tcPr>
            <w:tcW w:w="1134" w:type="dxa"/>
            <w:vAlign w:val="center"/>
          </w:tcPr>
          <w:p w14:paraId="463FC132" w14:textId="77777777" w:rsidR="0095608A" w:rsidRPr="00CC031E" w:rsidRDefault="0095608A">
            <w:pPr>
              <w:spacing w:before="20" w:after="20" w:line="240" w:lineRule="auto"/>
              <w:rPr>
                <w:lang w:val="es-PE"/>
              </w:rPr>
            </w:pPr>
          </w:p>
        </w:tc>
      </w:tr>
      <w:tr w:rsidR="0095608A" w:rsidRPr="00D8763B" w14:paraId="6B1E0B0D" w14:textId="77777777">
        <w:trPr>
          <w:cantSplit/>
          <w:jc w:val="center"/>
        </w:trPr>
        <w:tc>
          <w:tcPr>
            <w:tcW w:w="7937" w:type="dxa"/>
            <w:vAlign w:val="center"/>
          </w:tcPr>
          <w:p w14:paraId="319EBB6C" w14:textId="77777777" w:rsidR="0095608A" w:rsidRPr="00CC031E" w:rsidRDefault="00943451">
            <w:pPr>
              <w:tabs>
                <w:tab w:val="left" w:pos="369"/>
              </w:tabs>
              <w:spacing w:before="20" w:after="20" w:line="240" w:lineRule="auto"/>
              <w:ind w:left="369" w:hanging="369"/>
              <w:rPr>
                <w:lang w:val="es-PE"/>
              </w:rPr>
            </w:pPr>
            <w:r w:rsidRPr="00CC031E">
              <w:rPr>
                <w:sz w:val="20"/>
                <w:lang w:val="es-PE"/>
              </w:rPr>
              <w:lastRenderedPageBreak/>
              <w:t>f)</w:t>
            </w:r>
            <w:r w:rsidRPr="00CC031E">
              <w:rPr>
                <w:sz w:val="20"/>
                <w:lang w:val="es-PE"/>
              </w:rPr>
              <w:tab/>
              <w:t>Que el proyecto cumpla con la normativa ambiental vigente, en lo que le corresponda</w:t>
            </w:r>
            <w:r w:rsidRPr="00D46F25">
              <w:rPr>
                <w:rStyle w:val="Refdenotaalpie1"/>
              </w:rPr>
              <w:footnoteReference w:id="9"/>
            </w:r>
            <w:r w:rsidRPr="00CC031E">
              <w:rPr>
                <w:sz w:val="20"/>
                <w:lang w:val="es-PE"/>
              </w:rPr>
              <w:t>.</w:t>
            </w:r>
          </w:p>
        </w:tc>
        <w:tc>
          <w:tcPr>
            <w:tcW w:w="1134" w:type="dxa"/>
            <w:vAlign w:val="center"/>
          </w:tcPr>
          <w:p w14:paraId="3188E09F" w14:textId="77777777" w:rsidR="0095608A" w:rsidRPr="00CC031E" w:rsidRDefault="0095608A">
            <w:pPr>
              <w:spacing w:before="20" w:after="20" w:line="240" w:lineRule="auto"/>
              <w:rPr>
                <w:lang w:val="es-PE"/>
              </w:rPr>
            </w:pPr>
          </w:p>
        </w:tc>
      </w:tr>
      <w:tr w:rsidR="0095608A" w:rsidRPr="00D8763B" w14:paraId="662F28C9" w14:textId="77777777">
        <w:trPr>
          <w:cantSplit/>
          <w:jc w:val="center"/>
        </w:trPr>
        <w:tc>
          <w:tcPr>
            <w:tcW w:w="7937" w:type="dxa"/>
            <w:vAlign w:val="center"/>
          </w:tcPr>
          <w:p w14:paraId="7A9AE303" w14:textId="77777777" w:rsidR="0095608A" w:rsidRPr="00CC031E" w:rsidRDefault="00943451">
            <w:pPr>
              <w:tabs>
                <w:tab w:val="left" w:pos="369"/>
              </w:tabs>
              <w:spacing w:before="20" w:after="20" w:line="240" w:lineRule="auto"/>
              <w:ind w:left="369" w:hanging="369"/>
              <w:rPr>
                <w:lang w:val="es-PE"/>
              </w:rPr>
            </w:pPr>
            <w:r w:rsidRPr="00CC031E">
              <w:rPr>
                <w:sz w:val="20"/>
                <w:lang w:val="es-PE"/>
              </w:rPr>
              <w:t>g)</w:t>
            </w:r>
            <w:r w:rsidRPr="00CC031E">
              <w:rPr>
                <w:sz w:val="20"/>
                <w:lang w:val="es-PE"/>
              </w:rPr>
              <w:tab/>
              <w:t>Que el proyecto este orientado a las áreas de especialización priorizadas por la región</w:t>
            </w:r>
            <w:r w:rsidRPr="00D46F25">
              <w:rPr>
                <w:rStyle w:val="Refdenotaalpie1"/>
              </w:rPr>
              <w:footnoteReference w:id="10"/>
            </w:r>
            <w:r w:rsidRPr="00CC031E">
              <w:rPr>
                <w:sz w:val="20"/>
                <w:lang w:val="es-PE"/>
              </w:rPr>
              <w:t>: i) Agroindustria, ii) Turismo, iii) Pecuario, iv) Acuicultura y v) Forestal No Maderables. Adicionalmente, se podrá incorporar el área transversal priorizada por la región</w:t>
            </w:r>
            <w:r w:rsidRPr="00D46F25">
              <w:rPr>
                <w:rStyle w:val="Refdenotaalpie1"/>
              </w:rPr>
              <w:footnoteReference w:id="11"/>
            </w:r>
            <w:r w:rsidRPr="00CC031E">
              <w:rPr>
                <w:sz w:val="20"/>
                <w:lang w:val="es-PE"/>
              </w:rPr>
              <w:t>: i) Economía Circular, contribuyendo a mejorar su productividad, competitividad o sostenibilidad.</w:t>
            </w:r>
          </w:p>
        </w:tc>
        <w:tc>
          <w:tcPr>
            <w:tcW w:w="1134" w:type="dxa"/>
            <w:vAlign w:val="center"/>
          </w:tcPr>
          <w:p w14:paraId="2303DC82" w14:textId="77777777" w:rsidR="0095608A" w:rsidRPr="00CC031E" w:rsidRDefault="0095608A">
            <w:pPr>
              <w:spacing w:before="20" w:after="20" w:line="240" w:lineRule="auto"/>
              <w:rPr>
                <w:lang w:val="es-PE"/>
              </w:rPr>
            </w:pPr>
          </w:p>
        </w:tc>
      </w:tr>
      <w:tr w:rsidR="0095608A" w:rsidRPr="00D8763B" w14:paraId="005C473D" w14:textId="77777777">
        <w:trPr>
          <w:cantSplit/>
          <w:jc w:val="center"/>
        </w:trPr>
        <w:tc>
          <w:tcPr>
            <w:tcW w:w="7937" w:type="dxa"/>
            <w:vAlign w:val="center"/>
          </w:tcPr>
          <w:p w14:paraId="3A3CA4C0" w14:textId="77777777" w:rsidR="0095608A" w:rsidRPr="00CC031E" w:rsidRDefault="00943451">
            <w:pPr>
              <w:tabs>
                <w:tab w:val="left" w:pos="369"/>
              </w:tabs>
              <w:spacing w:before="20" w:after="20" w:line="240" w:lineRule="auto"/>
              <w:ind w:left="369" w:hanging="369"/>
              <w:rPr>
                <w:lang w:val="es-PE"/>
              </w:rPr>
            </w:pPr>
            <w:r w:rsidRPr="00CC031E">
              <w:rPr>
                <w:sz w:val="20"/>
                <w:lang w:val="es-PE"/>
              </w:rPr>
              <w:t>h)</w:t>
            </w:r>
            <w:r w:rsidRPr="00CC031E">
              <w:rPr>
                <w:sz w:val="20"/>
                <w:lang w:val="es-PE"/>
              </w:rPr>
              <w:tab/>
              <w:t>Los miembros del Equipo emprendedor del startup y las empresas en las que estos sean accionistas, gerente general o representante legal, no podrán ser proveedores de bienes, servicios, ni consultorías para las actividades del proyecto. Esto se extiende a los parientes del miembro del Equipo emprendedor hasta el tercer grado de consanguinidad y/o segundo de afinidad por razones de matrimonio, unión de hecho o convivencia.</w:t>
            </w:r>
          </w:p>
        </w:tc>
        <w:tc>
          <w:tcPr>
            <w:tcW w:w="1134" w:type="dxa"/>
            <w:vAlign w:val="center"/>
          </w:tcPr>
          <w:p w14:paraId="43892BA6" w14:textId="77777777" w:rsidR="0095608A" w:rsidRPr="00CC031E" w:rsidRDefault="0095608A">
            <w:pPr>
              <w:spacing w:before="20" w:after="20" w:line="240" w:lineRule="auto"/>
              <w:rPr>
                <w:lang w:val="es-PE"/>
              </w:rPr>
            </w:pPr>
          </w:p>
        </w:tc>
      </w:tr>
      <w:tr w:rsidR="0095608A" w:rsidRPr="00D8763B" w14:paraId="1EE00F40" w14:textId="77777777">
        <w:trPr>
          <w:cantSplit/>
          <w:jc w:val="center"/>
        </w:trPr>
        <w:tc>
          <w:tcPr>
            <w:tcW w:w="7937" w:type="dxa"/>
            <w:vAlign w:val="center"/>
          </w:tcPr>
          <w:p w14:paraId="6F25B105" w14:textId="77777777" w:rsidR="0095608A" w:rsidRPr="00CC031E" w:rsidRDefault="00943451">
            <w:pPr>
              <w:tabs>
                <w:tab w:val="left" w:pos="369"/>
              </w:tabs>
              <w:spacing w:before="20" w:after="20" w:line="240" w:lineRule="auto"/>
              <w:ind w:left="369" w:hanging="369"/>
              <w:rPr>
                <w:lang w:val="es-PE"/>
              </w:rPr>
            </w:pPr>
            <w:r w:rsidRPr="00CC031E">
              <w:rPr>
                <w:sz w:val="20"/>
                <w:lang w:val="es-PE"/>
              </w:rPr>
              <w:t>i)</w:t>
            </w:r>
            <w:r w:rsidRPr="00CC031E">
              <w:rPr>
                <w:sz w:val="20"/>
                <w:lang w:val="es-PE"/>
              </w:rPr>
              <w:tab/>
              <w:t>Los miembros del Equipo emprendedor de la startup; así como los socios, apoderados y representantes legales de la empresa joven, no deben tener relación contractual, consanguinidad y/o afinidad con las personas con vínculo laboral y/o contractual de PROINNÓVATE o de Cámara de Comercio, Producción y Turismo de San Martín hasta el cuarto grado de consanguinidad y/o afinidad por razones de matrimonio, unión de hecho o convivencia.</w:t>
            </w:r>
          </w:p>
        </w:tc>
        <w:tc>
          <w:tcPr>
            <w:tcW w:w="1134" w:type="dxa"/>
            <w:vAlign w:val="center"/>
          </w:tcPr>
          <w:p w14:paraId="14050010" w14:textId="77777777" w:rsidR="0095608A" w:rsidRPr="00CC031E" w:rsidRDefault="0095608A">
            <w:pPr>
              <w:spacing w:before="20" w:after="20" w:line="240" w:lineRule="auto"/>
              <w:rPr>
                <w:lang w:val="es-PE"/>
              </w:rPr>
            </w:pPr>
          </w:p>
        </w:tc>
      </w:tr>
      <w:tr w:rsidR="0095608A" w:rsidRPr="00D8763B" w14:paraId="1A5B8EE1" w14:textId="77777777">
        <w:trPr>
          <w:cantSplit/>
          <w:jc w:val="center"/>
        </w:trPr>
        <w:tc>
          <w:tcPr>
            <w:tcW w:w="7937" w:type="dxa"/>
            <w:vAlign w:val="center"/>
          </w:tcPr>
          <w:p w14:paraId="14B5CEE3" w14:textId="77777777" w:rsidR="0095608A" w:rsidRPr="00CC031E" w:rsidRDefault="00943451">
            <w:pPr>
              <w:spacing w:before="20" w:after="20" w:line="240" w:lineRule="auto"/>
              <w:rPr>
                <w:lang w:val="es-PE"/>
              </w:rPr>
            </w:pPr>
            <w:r w:rsidRPr="00CC031E">
              <w:rPr>
                <w:b/>
                <w:sz w:val="20"/>
                <w:lang w:val="es-PE"/>
              </w:rPr>
              <w:t>El Equipo Emprendedor y la Empresa Joven asume los siguientes compromisos:</w:t>
            </w:r>
          </w:p>
        </w:tc>
        <w:tc>
          <w:tcPr>
            <w:tcW w:w="1134" w:type="dxa"/>
            <w:vAlign w:val="center"/>
          </w:tcPr>
          <w:p w14:paraId="1DCE9CA1" w14:textId="77777777" w:rsidR="0095608A" w:rsidRPr="00CC031E" w:rsidRDefault="0095608A">
            <w:pPr>
              <w:spacing w:before="20" w:after="20" w:line="240" w:lineRule="auto"/>
              <w:rPr>
                <w:lang w:val="es-PE"/>
              </w:rPr>
            </w:pPr>
          </w:p>
        </w:tc>
      </w:tr>
      <w:tr w:rsidR="0095608A" w:rsidRPr="00D8763B" w14:paraId="72D70BC6" w14:textId="77777777">
        <w:trPr>
          <w:cantSplit/>
          <w:jc w:val="center"/>
        </w:trPr>
        <w:tc>
          <w:tcPr>
            <w:tcW w:w="7937" w:type="dxa"/>
            <w:vAlign w:val="center"/>
          </w:tcPr>
          <w:p w14:paraId="4584FEAB" w14:textId="77777777" w:rsidR="0095608A" w:rsidRPr="00CC031E" w:rsidRDefault="00943451">
            <w:pPr>
              <w:tabs>
                <w:tab w:val="left" w:pos="369"/>
              </w:tabs>
              <w:spacing w:before="20" w:after="20" w:line="240" w:lineRule="auto"/>
              <w:ind w:left="369" w:hanging="369"/>
              <w:rPr>
                <w:lang w:val="es-PE"/>
              </w:rPr>
            </w:pPr>
            <w:r w:rsidRPr="00CC031E">
              <w:rPr>
                <w:sz w:val="20"/>
                <w:lang w:val="es-PE"/>
              </w:rPr>
              <w:t>a)</w:t>
            </w:r>
            <w:r w:rsidRPr="00CC031E">
              <w:rPr>
                <w:sz w:val="20"/>
                <w:lang w:val="es-PE"/>
              </w:rPr>
              <w:tab/>
              <w:t>Por lo menos 1 miembro del equipo emprendedor se dedicará al 100% al proyecto (40 horas a la semana). Los demás miembros deben tener una disponibilidad de al menos 20%.</w:t>
            </w:r>
          </w:p>
        </w:tc>
        <w:tc>
          <w:tcPr>
            <w:tcW w:w="1134" w:type="dxa"/>
            <w:vAlign w:val="center"/>
          </w:tcPr>
          <w:p w14:paraId="1A2AB10D" w14:textId="77777777" w:rsidR="0095608A" w:rsidRPr="00CC031E" w:rsidRDefault="0095608A">
            <w:pPr>
              <w:spacing w:before="20" w:after="20" w:line="240" w:lineRule="auto"/>
              <w:rPr>
                <w:lang w:val="es-PE"/>
              </w:rPr>
            </w:pPr>
          </w:p>
        </w:tc>
      </w:tr>
      <w:tr w:rsidR="0095608A" w:rsidRPr="00D8763B" w14:paraId="133555D9" w14:textId="77777777">
        <w:trPr>
          <w:cantSplit/>
          <w:jc w:val="center"/>
        </w:trPr>
        <w:tc>
          <w:tcPr>
            <w:tcW w:w="7937" w:type="dxa"/>
            <w:vAlign w:val="center"/>
          </w:tcPr>
          <w:p w14:paraId="3EEB92C8" w14:textId="77777777" w:rsidR="0095608A" w:rsidRPr="00CC031E" w:rsidRDefault="00943451">
            <w:pPr>
              <w:tabs>
                <w:tab w:val="left" w:pos="369"/>
              </w:tabs>
              <w:spacing w:before="20" w:after="20" w:line="240" w:lineRule="auto"/>
              <w:ind w:left="369" w:hanging="369"/>
              <w:rPr>
                <w:lang w:val="es-PE"/>
              </w:rPr>
            </w:pPr>
            <w:r w:rsidRPr="00CC031E">
              <w:rPr>
                <w:sz w:val="20"/>
                <w:lang w:val="es-PE"/>
              </w:rPr>
              <w:t>b)</w:t>
            </w:r>
            <w:r w:rsidRPr="00CC031E">
              <w:rPr>
                <w:sz w:val="20"/>
                <w:lang w:val="es-PE"/>
              </w:rPr>
              <w:tab/>
              <w:t>Cumpliremos con prácticas empresariales responsables y éticas para el desarrollo de la propuesta.</w:t>
            </w:r>
          </w:p>
        </w:tc>
        <w:tc>
          <w:tcPr>
            <w:tcW w:w="1134" w:type="dxa"/>
            <w:vAlign w:val="center"/>
          </w:tcPr>
          <w:p w14:paraId="6E6AD334" w14:textId="77777777" w:rsidR="0095608A" w:rsidRPr="00CC031E" w:rsidRDefault="0095608A">
            <w:pPr>
              <w:spacing w:before="20" w:after="20" w:line="240" w:lineRule="auto"/>
              <w:rPr>
                <w:lang w:val="es-PE"/>
              </w:rPr>
            </w:pPr>
          </w:p>
        </w:tc>
      </w:tr>
      <w:tr w:rsidR="0095608A" w:rsidRPr="00D8763B" w14:paraId="224DED69" w14:textId="77777777">
        <w:trPr>
          <w:cantSplit/>
          <w:jc w:val="center"/>
        </w:trPr>
        <w:tc>
          <w:tcPr>
            <w:tcW w:w="7937" w:type="dxa"/>
            <w:vAlign w:val="center"/>
          </w:tcPr>
          <w:p w14:paraId="002B254D" w14:textId="77777777" w:rsidR="0095608A" w:rsidRPr="00CC031E" w:rsidRDefault="00943451">
            <w:pPr>
              <w:tabs>
                <w:tab w:val="left" w:pos="369"/>
              </w:tabs>
              <w:spacing w:before="20" w:after="20" w:line="240" w:lineRule="auto"/>
              <w:ind w:left="369" w:hanging="369"/>
              <w:rPr>
                <w:lang w:val="es-PE"/>
              </w:rPr>
            </w:pPr>
            <w:r w:rsidRPr="00CC031E">
              <w:rPr>
                <w:sz w:val="20"/>
                <w:lang w:val="es-PE"/>
              </w:rPr>
              <w:t>c)</w:t>
            </w:r>
            <w:r w:rsidRPr="00CC031E">
              <w:rPr>
                <w:sz w:val="20"/>
                <w:lang w:val="es-PE"/>
              </w:rPr>
              <w:tab/>
              <w:t>Proporcionaremos la información necesaria para fines de difusión y medición del proyecto.</w:t>
            </w:r>
          </w:p>
        </w:tc>
        <w:tc>
          <w:tcPr>
            <w:tcW w:w="1134" w:type="dxa"/>
            <w:vAlign w:val="center"/>
          </w:tcPr>
          <w:p w14:paraId="1242A8AF" w14:textId="77777777" w:rsidR="0095608A" w:rsidRPr="00CC031E" w:rsidRDefault="0095608A">
            <w:pPr>
              <w:spacing w:before="20" w:after="20" w:line="240" w:lineRule="auto"/>
              <w:rPr>
                <w:lang w:val="es-PE"/>
              </w:rPr>
            </w:pPr>
          </w:p>
        </w:tc>
      </w:tr>
      <w:tr w:rsidR="0095608A" w:rsidRPr="00D8763B" w14:paraId="47B2C0AD" w14:textId="77777777">
        <w:trPr>
          <w:cantSplit/>
          <w:jc w:val="center"/>
        </w:trPr>
        <w:tc>
          <w:tcPr>
            <w:tcW w:w="7937" w:type="dxa"/>
            <w:vAlign w:val="center"/>
          </w:tcPr>
          <w:p w14:paraId="2299A0F5" w14:textId="77777777" w:rsidR="0095608A" w:rsidRPr="00CC031E" w:rsidRDefault="00943451">
            <w:pPr>
              <w:tabs>
                <w:tab w:val="left" w:pos="369"/>
              </w:tabs>
              <w:spacing w:before="20" w:after="20" w:line="240" w:lineRule="auto"/>
              <w:ind w:left="369" w:hanging="369"/>
              <w:rPr>
                <w:lang w:val="es-PE"/>
              </w:rPr>
            </w:pPr>
            <w:r w:rsidRPr="00CC031E">
              <w:rPr>
                <w:sz w:val="20"/>
                <w:lang w:val="es-PE"/>
              </w:rPr>
              <w:t>d)</w:t>
            </w:r>
            <w:r w:rsidRPr="00CC031E">
              <w:rPr>
                <w:sz w:val="20"/>
                <w:lang w:val="es-PE"/>
              </w:rPr>
              <w:tab/>
              <w:t>Participaremos activamente en las actividades que sean convocadas como parte de Startup Perú.</w:t>
            </w:r>
          </w:p>
        </w:tc>
        <w:tc>
          <w:tcPr>
            <w:tcW w:w="1134" w:type="dxa"/>
            <w:vAlign w:val="center"/>
          </w:tcPr>
          <w:p w14:paraId="7AC08B73" w14:textId="77777777" w:rsidR="0095608A" w:rsidRPr="00CC031E" w:rsidRDefault="0095608A">
            <w:pPr>
              <w:spacing w:before="20" w:after="20" w:line="240" w:lineRule="auto"/>
              <w:rPr>
                <w:lang w:val="es-PE"/>
              </w:rPr>
            </w:pPr>
          </w:p>
        </w:tc>
      </w:tr>
      <w:tr w:rsidR="0095608A" w:rsidRPr="00D8763B" w14:paraId="288E33CE" w14:textId="77777777">
        <w:trPr>
          <w:cantSplit/>
          <w:jc w:val="center"/>
        </w:trPr>
        <w:tc>
          <w:tcPr>
            <w:tcW w:w="7937" w:type="dxa"/>
            <w:vAlign w:val="center"/>
          </w:tcPr>
          <w:p w14:paraId="2F96771A" w14:textId="77777777" w:rsidR="0095608A" w:rsidRPr="00CC031E" w:rsidRDefault="00943451">
            <w:pPr>
              <w:tabs>
                <w:tab w:val="left" w:pos="369"/>
              </w:tabs>
              <w:spacing w:before="20" w:after="20" w:line="240" w:lineRule="auto"/>
              <w:ind w:left="369" w:hanging="369"/>
              <w:rPr>
                <w:lang w:val="es-PE"/>
              </w:rPr>
            </w:pPr>
            <w:r w:rsidRPr="00CC031E">
              <w:rPr>
                <w:sz w:val="20"/>
                <w:lang w:val="es-PE"/>
              </w:rPr>
              <w:t>e)</w:t>
            </w:r>
            <w:r w:rsidRPr="00CC031E">
              <w:rPr>
                <w:sz w:val="20"/>
                <w:lang w:val="es-PE"/>
              </w:rPr>
              <w:tab/>
              <w:t>Cumpliremos con las bases del concurso.</w:t>
            </w:r>
          </w:p>
        </w:tc>
        <w:bookmarkEnd w:id="0"/>
        <w:tc>
          <w:tcPr>
            <w:tcW w:w="1134" w:type="dxa"/>
            <w:vAlign w:val="center"/>
          </w:tcPr>
          <w:p w14:paraId="3A63FA83" w14:textId="77777777" w:rsidR="0095608A" w:rsidRPr="00CC031E" w:rsidRDefault="0095608A">
            <w:pPr>
              <w:spacing w:before="20" w:after="20" w:line="240" w:lineRule="auto"/>
              <w:rPr>
                <w:lang w:val="es-PE"/>
              </w:rPr>
            </w:pPr>
          </w:p>
        </w:tc>
      </w:tr>
    </w:tbl>
    <w:p w14:paraId="726632DC" w14:textId="77777777" w:rsidR="0095608A" w:rsidRPr="00CC031E" w:rsidRDefault="0095608A">
      <w:pPr>
        <w:spacing w:after="40"/>
        <w:rPr>
          <w:lang w:val="es-PE"/>
        </w:rPr>
      </w:pPr>
    </w:p>
    <w:p w14:paraId="55BA17A2" w14:textId="77777777" w:rsidR="0095608A" w:rsidRPr="00CC031E" w:rsidRDefault="00943451">
      <w:pPr>
        <w:ind w:left="567"/>
        <w:jc w:val="both"/>
        <w:rPr>
          <w:lang w:val="es-PE"/>
        </w:rPr>
      </w:pPr>
      <w:bookmarkStart w:id="1" w:name="_gb3403"/>
      <w:r w:rsidRPr="00CC031E">
        <w:rPr>
          <w:lang w:val="es-PE"/>
        </w:rPr>
        <w:t>En caso de surgir contradicciones entre las bases, sus anexos y formatos, tendrán prelación las condiciones establecidas en las bases del concurso.</w:t>
      </w:r>
      <w:bookmarkEnd w:id="1"/>
    </w:p>
    <w:p w14:paraId="5F29897A" w14:textId="77777777" w:rsidR="0095608A" w:rsidRPr="00CC031E" w:rsidRDefault="00943451">
      <w:pPr>
        <w:ind w:left="567"/>
        <w:jc w:val="both"/>
        <w:rPr>
          <w:lang w:val="es-PE"/>
        </w:rPr>
      </w:pPr>
      <w:bookmarkStart w:id="2" w:name="_gb3404"/>
      <w:r w:rsidRPr="00CC031E">
        <w:rPr>
          <w:lang w:val="es-PE"/>
        </w:rPr>
        <w:t>En tal sentido, declaramos que cumplimos de manera íntegra los requisitos descritos en las Bases para poder ser beneficiarios del concurso.</w:t>
      </w:r>
      <w:bookmarkEnd w:id="2"/>
    </w:p>
    <w:p w14:paraId="578BEF2D" w14:textId="77777777" w:rsidR="0095608A" w:rsidRPr="00CC031E" w:rsidRDefault="00943451">
      <w:pPr>
        <w:ind w:left="567"/>
        <w:jc w:val="both"/>
        <w:rPr>
          <w:lang w:val="es-PE"/>
        </w:rPr>
      </w:pPr>
      <w:bookmarkStart w:id="3" w:name="_gb3405"/>
      <w:r w:rsidRPr="00CC031E">
        <w:rPr>
          <w:lang w:val="es-PE"/>
        </w:rPr>
        <w:t>Asimismo, nos comprometemos a:</w:t>
      </w:r>
      <w:bookmarkEnd w:id="3"/>
    </w:p>
    <w:p w14:paraId="2E6373BB" w14:textId="77777777" w:rsidR="0095608A" w:rsidRPr="00CC031E" w:rsidRDefault="00943451">
      <w:pPr>
        <w:tabs>
          <w:tab w:val="left" w:pos="1134"/>
        </w:tabs>
        <w:spacing w:after="60"/>
        <w:ind w:left="1134" w:hanging="454"/>
        <w:jc w:val="both"/>
        <w:rPr>
          <w:lang w:val="es-PE"/>
        </w:rPr>
      </w:pPr>
      <w:bookmarkStart w:id="4" w:name="_gb3406"/>
      <w:r w:rsidRPr="00CC031E">
        <w:rPr>
          <w:lang w:val="es-PE"/>
        </w:rPr>
        <w:t>i.</w:t>
      </w:r>
      <w:r w:rsidRPr="00CC031E">
        <w:rPr>
          <w:lang w:val="es-PE"/>
        </w:rPr>
        <w:tab/>
        <w:t>Acatar el resultado del proceso de evaluación de mi proyecto, tomando conocimiento de que los mismos son inapelables.</w:t>
      </w:r>
      <w:bookmarkEnd w:id="4"/>
    </w:p>
    <w:p w14:paraId="385B935E" w14:textId="77777777" w:rsidR="0095608A" w:rsidRPr="00CC031E" w:rsidRDefault="00943451">
      <w:pPr>
        <w:tabs>
          <w:tab w:val="left" w:pos="1134"/>
        </w:tabs>
        <w:spacing w:after="60"/>
        <w:ind w:left="1134" w:hanging="454"/>
        <w:jc w:val="both"/>
        <w:rPr>
          <w:lang w:val="es-PE"/>
        </w:rPr>
      </w:pPr>
      <w:bookmarkStart w:id="5" w:name="_gb3407"/>
      <w:r w:rsidRPr="00CC031E">
        <w:rPr>
          <w:lang w:val="es-PE"/>
        </w:rPr>
        <w:t>ii.</w:t>
      </w:r>
      <w:r w:rsidRPr="00CC031E">
        <w:rPr>
          <w:lang w:val="es-PE"/>
        </w:rPr>
        <w:tab/>
        <w:t>Cumplir estrictamente la normativa ambiental vigente a nivel nacional y en el sector pertinente al proyecto, y que adoptará medidas mitigatorias y de control en caso de verificarse posibles y/o eventuales riesgos ambientales y/o a la salud humana, durante la ejecución del proyecto.</w:t>
      </w:r>
      <w:bookmarkEnd w:id="5"/>
    </w:p>
    <w:p w14:paraId="2C314D19" w14:textId="77777777" w:rsidR="0095608A" w:rsidRPr="00CC031E" w:rsidRDefault="00943451">
      <w:pPr>
        <w:ind w:left="567"/>
        <w:jc w:val="both"/>
        <w:rPr>
          <w:lang w:val="es-PE"/>
        </w:rPr>
      </w:pPr>
      <w:bookmarkStart w:id="6" w:name="_gb3408"/>
      <w:r w:rsidRPr="00CC031E">
        <w:rPr>
          <w:b/>
          <w:lang w:val="es-PE"/>
        </w:rPr>
        <w:lastRenderedPageBreak/>
        <w:t>NOTA:</w:t>
      </w:r>
      <w:r w:rsidRPr="00CC031E">
        <w:rPr>
          <w:lang w:val="es-PE"/>
        </w:rPr>
        <w:t xml:space="preserve"> PROINNÓVATE tiene la facultad de fiscalización posterior según numeral 1.16, del inciso 1) del artículo IV de la Ley 27444, Ley del Procedimiento Administrativo General; pudiendo hacer una verificación en cualquier etapa del concurso (incluyendo mi condición de admitida o no en el concurso al que postulo) o durante la ejecución del proyecto adjudicado.</w:t>
      </w:r>
      <w:bookmarkEnd w:id="6"/>
    </w:p>
    <w:p w14:paraId="7A678AA6" w14:textId="77777777" w:rsidR="0095608A" w:rsidRPr="00CC031E" w:rsidRDefault="00943451">
      <w:pPr>
        <w:ind w:left="567"/>
        <w:jc w:val="both"/>
        <w:rPr>
          <w:lang w:val="es-PE"/>
        </w:rPr>
      </w:pPr>
      <w:bookmarkStart w:id="7" w:name="_gb3409"/>
      <w:r w:rsidRPr="00CC031E">
        <w:rPr>
          <w:lang w:val="es-PE"/>
        </w:rPr>
        <w:t>El presente documento tiene carácter de declaración jurada por lo que no puede ser modificada o alterada.</w:t>
      </w:r>
      <w:bookmarkEnd w:id="7"/>
    </w:p>
    <w:p w14:paraId="66A0F826" w14:textId="77777777" w:rsidR="0095608A" w:rsidRPr="00CC031E" w:rsidRDefault="0095608A">
      <w:pPr>
        <w:spacing w:after="40"/>
        <w:rPr>
          <w:lang w:val="es-PE"/>
        </w:rPr>
      </w:pPr>
    </w:p>
    <w:tbl>
      <w:tblPr>
        <w:tblStyle w:val="Tablaconcuadrcula"/>
        <w:tblW w:w="0" w:type="auto"/>
        <w:jc w:val="center"/>
        <w:tblLayout w:type="fixed"/>
        <w:tblLook w:val="04A0" w:firstRow="1" w:lastRow="0" w:firstColumn="1" w:lastColumn="0" w:noHBand="0" w:noVBand="1"/>
      </w:tblPr>
      <w:tblGrid>
        <w:gridCol w:w="3969"/>
        <w:gridCol w:w="567"/>
        <w:gridCol w:w="3969"/>
      </w:tblGrid>
      <w:tr w:rsidR="00D46F25" w:rsidRPr="00D8763B" w14:paraId="33E8A43E" w14:textId="77777777" w:rsidTr="00D338D1">
        <w:trPr>
          <w:cantSplit/>
          <w:jc w:val="center"/>
        </w:trPr>
        <w:tc>
          <w:tcPr>
            <w:tcW w:w="3969" w:type="dxa"/>
            <w:vAlign w:val="center"/>
          </w:tcPr>
          <w:p w14:paraId="00703CDD" w14:textId="77777777" w:rsidR="00D46F25" w:rsidRPr="00273C74" w:rsidRDefault="00D46F25" w:rsidP="00D338D1">
            <w:pPr>
              <w:keepNext/>
              <w:spacing w:before="20" w:after="20" w:line="240" w:lineRule="auto"/>
              <w:rPr>
                <w:lang w:val="es-PE"/>
              </w:rPr>
            </w:pPr>
            <w:bookmarkStart w:id="8" w:name="_gb550"/>
            <w:r w:rsidRPr="00273C74">
              <w:rPr>
                <w:sz w:val="20"/>
                <w:lang w:val="es-PE"/>
              </w:rPr>
              <w:t>(firma)</w:t>
            </w:r>
            <w:r w:rsidRPr="00273C74">
              <w:rPr>
                <w:lang w:val="es-PE"/>
              </w:rPr>
              <w:br/>
            </w:r>
            <w:r w:rsidRPr="00273C74">
              <w:rPr>
                <w:lang w:val="es-PE"/>
              </w:rPr>
              <w:br/>
            </w:r>
            <w:r w:rsidRPr="00273C74">
              <w:rPr>
                <w:sz w:val="20"/>
                <w:lang w:val="es-PE"/>
              </w:rPr>
              <w:t xml:space="preserve">Nombre y apellido: </w:t>
            </w:r>
            <w:r w:rsidRPr="00273C74">
              <w:rPr>
                <w:lang w:val="es-PE"/>
              </w:rPr>
              <w:br/>
            </w:r>
            <w:r w:rsidRPr="00273C74">
              <w:rPr>
                <w:sz w:val="20"/>
                <w:lang w:val="es-PE"/>
              </w:rPr>
              <w:t xml:space="preserve">DNI: </w:t>
            </w:r>
            <w:r w:rsidRPr="00273C74">
              <w:rPr>
                <w:lang w:val="es-PE"/>
              </w:rPr>
              <w:br/>
            </w:r>
            <w:r w:rsidRPr="00273C74">
              <w:rPr>
                <w:sz w:val="20"/>
                <w:lang w:val="es-PE"/>
              </w:rPr>
              <w:t>Líder Emprendedor</w:t>
            </w:r>
          </w:p>
        </w:tc>
        <w:tc>
          <w:tcPr>
            <w:tcW w:w="567" w:type="dxa"/>
            <w:vAlign w:val="center"/>
          </w:tcPr>
          <w:p w14:paraId="6CDBAB05" w14:textId="77777777" w:rsidR="00D46F25" w:rsidRPr="00273C74" w:rsidRDefault="00D46F25" w:rsidP="00D338D1">
            <w:pPr>
              <w:keepNext/>
              <w:spacing w:before="20" w:after="20" w:line="240" w:lineRule="auto"/>
              <w:rPr>
                <w:lang w:val="es-PE"/>
              </w:rPr>
            </w:pPr>
          </w:p>
        </w:tc>
        <w:tc>
          <w:tcPr>
            <w:tcW w:w="3969" w:type="dxa"/>
            <w:vAlign w:val="center"/>
          </w:tcPr>
          <w:p w14:paraId="423CDC9F" w14:textId="77777777" w:rsidR="00D46F25" w:rsidRPr="00273C74" w:rsidRDefault="00D46F25" w:rsidP="00D338D1">
            <w:pPr>
              <w:keepNext/>
              <w:spacing w:before="20" w:after="20" w:line="240" w:lineRule="auto"/>
              <w:rPr>
                <w:lang w:val="es-PE"/>
              </w:rPr>
            </w:pPr>
            <w:r w:rsidRPr="00273C74">
              <w:rPr>
                <w:sz w:val="20"/>
                <w:lang w:val="es-PE"/>
              </w:rPr>
              <w:t>(firma)</w:t>
            </w:r>
            <w:r w:rsidRPr="00273C74">
              <w:rPr>
                <w:lang w:val="es-PE"/>
              </w:rPr>
              <w:br/>
            </w:r>
            <w:r w:rsidRPr="00273C74">
              <w:rPr>
                <w:lang w:val="es-PE"/>
              </w:rPr>
              <w:br/>
            </w:r>
            <w:r w:rsidRPr="00273C74">
              <w:rPr>
                <w:sz w:val="20"/>
                <w:lang w:val="es-PE"/>
              </w:rPr>
              <w:t xml:space="preserve">Nombre y apellido: </w:t>
            </w:r>
            <w:r w:rsidRPr="00273C74">
              <w:rPr>
                <w:lang w:val="es-PE"/>
              </w:rPr>
              <w:br/>
            </w:r>
            <w:r w:rsidRPr="00273C74">
              <w:rPr>
                <w:sz w:val="20"/>
                <w:lang w:val="es-PE"/>
              </w:rPr>
              <w:t xml:space="preserve">DNI/CE/Pasaporte: </w:t>
            </w:r>
            <w:r w:rsidRPr="00273C74">
              <w:rPr>
                <w:lang w:val="es-PE"/>
              </w:rPr>
              <w:br/>
            </w:r>
            <w:r w:rsidRPr="00273C74">
              <w:rPr>
                <w:sz w:val="20"/>
                <w:lang w:val="es-PE"/>
              </w:rPr>
              <w:t>Equipo Emprendedor</w:t>
            </w:r>
          </w:p>
        </w:tc>
      </w:tr>
      <w:tr w:rsidR="00D46F25" w:rsidRPr="00D8763B" w14:paraId="348101B2" w14:textId="77777777" w:rsidTr="00D338D1">
        <w:trPr>
          <w:cantSplit/>
          <w:jc w:val="center"/>
        </w:trPr>
        <w:tc>
          <w:tcPr>
            <w:tcW w:w="3969" w:type="dxa"/>
            <w:vAlign w:val="center"/>
          </w:tcPr>
          <w:p w14:paraId="7EF1A840" w14:textId="77777777" w:rsidR="00D46F25" w:rsidRPr="00273C74" w:rsidRDefault="00D46F25" w:rsidP="00D338D1">
            <w:pPr>
              <w:spacing w:before="20" w:after="20" w:line="240" w:lineRule="auto"/>
              <w:rPr>
                <w:lang w:val="es-PE"/>
              </w:rPr>
            </w:pPr>
            <w:r w:rsidRPr="00273C74">
              <w:rPr>
                <w:sz w:val="20"/>
                <w:lang w:val="es-PE"/>
              </w:rPr>
              <w:t>(firma)</w:t>
            </w:r>
            <w:r w:rsidRPr="00273C74">
              <w:rPr>
                <w:lang w:val="es-PE"/>
              </w:rPr>
              <w:br/>
            </w:r>
            <w:r w:rsidRPr="00273C74">
              <w:rPr>
                <w:lang w:val="es-PE"/>
              </w:rPr>
              <w:br/>
            </w:r>
            <w:r w:rsidRPr="00273C74">
              <w:rPr>
                <w:sz w:val="20"/>
                <w:lang w:val="es-PE"/>
              </w:rPr>
              <w:t xml:space="preserve">Nombre y apellido: </w:t>
            </w:r>
            <w:r w:rsidRPr="00273C74">
              <w:rPr>
                <w:lang w:val="es-PE"/>
              </w:rPr>
              <w:br/>
            </w:r>
            <w:r w:rsidRPr="00273C74">
              <w:rPr>
                <w:sz w:val="20"/>
                <w:lang w:val="es-PE"/>
              </w:rPr>
              <w:t xml:space="preserve">DNI/CE/Pasaporte: </w:t>
            </w:r>
            <w:r w:rsidRPr="00273C74">
              <w:rPr>
                <w:lang w:val="es-PE"/>
              </w:rPr>
              <w:br/>
            </w:r>
            <w:r w:rsidRPr="00273C74">
              <w:rPr>
                <w:sz w:val="20"/>
                <w:lang w:val="es-PE"/>
              </w:rPr>
              <w:t>Equipo Emprendedor (en caso aplique)</w:t>
            </w:r>
          </w:p>
        </w:tc>
        <w:tc>
          <w:tcPr>
            <w:tcW w:w="567" w:type="dxa"/>
            <w:vAlign w:val="center"/>
          </w:tcPr>
          <w:p w14:paraId="17D09544" w14:textId="77777777" w:rsidR="00D46F25" w:rsidRPr="00273C74" w:rsidRDefault="00D46F25" w:rsidP="00D338D1">
            <w:pPr>
              <w:spacing w:before="20" w:after="20" w:line="240" w:lineRule="auto"/>
              <w:rPr>
                <w:lang w:val="es-PE"/>
              </w:rPr>
            </w:pPr>
          </w:p>
        </w:tc>
        <w:tc>
          <w:tcPr>
            <w:tcW w:w="3969" w:type="dxa"/>
            <w:vAlign w:val="center"/>
          </w:tcPr>
          <w:p w14:paraId="37FB087A" w14:textId="77777777" w:rsidR="00D46F25" w:rsidRPr="00273C74" w:rsidRDefault="00D46F25" w:rsidP="00D338D1">
            <w:pPr>
              <w:spacing w:before="20" w:after="20" w:line="240" w:lineRule="auto"/>
              <w:rPr>
                <w:lang w:val="es-PE"/>
              </w:rPr>
            </w:pPr>
            <w:r w:rsidRPr="00273C74">
              <w:rPr>
                <w:sz w:val="20"/>
                <w:lang w:val="es-PE"/>
              </w:rPr>
              <w:t>(firma)</w:t>
            </w:r>
            <w:r w:rsidRPr="00273C74">
              <w:rPr>
                <w:lang w:val="es-PE"/>
              </w:rPr>
              <w:br/>
            </w:r>
            <w:r w:rsidRPr="00273C74">
              <w:rPr>
                <w:lang w:val="es-PE"/>
              </w:rPr>
              <w:br/>
            </w:r>
            <w:r w:rsidRPr="00273C74">
              <w:rPr>
                <w:sz w:val="20"/>
                <w:lang w:val="es-PE"/>
              </w:rPr>
              <w:t xml:space="preserve">Nombre y apellido: </w:t>
            </w:r>
            <w:r w:rsidRPr="00273C74">
              <w:rPr>
                <w:lang w:val="es-PE"/>
              </w:rPr>
              <w:br/>
            </w:r>
            <w:r w:rsidRPr="00273C74">
              <w:rPr>
                <w:sz w:val="20"/>
                <w:lang w:val="es-PE"/>
              </w:rPr>
              <w:t xml:space="preserve">DNI/CE/Pasaporte: </w:t>
            </w:r>
            <w:r w:rsidRPr="00273C74">
              <w:rPr>
                <w:lang w:val="es-PE"/>
              </w:rPr>
              <w:br/>
            </w:r>
            <w:r w:rsidRPr="00273C74">
              <w:rPr>
                <w:sz w:val="20"/>
                <w:lang w:val="es-PE"/>
              </w:rPr>
              <w:t>Equipo Emprendedor (en caso aplique)</w:t>
            </w:r>
            <w:bookmarkEnd w:id="8"/>
          </w:p>
        </w:tc>
      </w:tr>
    </w:tbl>
    <w:p w14:paraId="7E2A550D" w14:textId="77777777" w:rsidR="00D46F25" w:rsidRPr="00D46F25" w:rsidRDefault="00D46F25">
      <w:pPr>
        <w:spacing w:after="40"/>
        <w:rPr>
          <w:lang w:val="es-PE"/>
        </w:rPr>
      </w:pPr>
    </w:p>
    <w:sectPr w:rsidR="00D46F25" w:rsidRPr="00D46F25" w:rsidSect="00034616">
      <w:headerReference w:type="default" r:id="rId9"/>
      <w:footerReference w:type="default" r:id="rId10"/>
      <w:pgSz w:w="11906" w:h="16838"/>
      <w:pgMar w:top="1814" w:right="1417" w:bottom="1247" w:left="1417"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FC1C8" w14:textId="77777777" w:rsidR="00481582" w:rsidRPr="00D46F25" w:rsidRDefault="00481582">
      <w:pPr>
        <w:spacing w:after="0" w:line="240" w:lineRule="auto"/>
      </w:pPr>
      <w:r w:rsidRPr="00D46F25">
        <w:separator/>
      </w:r>
    </w:p>
  </w:endnote>
  <w:endnote w:type="continuationSeparator" w:id="0">
    <w:p w14:paraId="0D82FE9A" w14:textId="77777777" w:rsidR="00481582" w:rsidRPr="00D46F25" w:rsidRDefault="00481582">
      <w:pPr>
        <w:spacing w:after="0" w:line="240" w:lineRule="auto"/>
      </w:pPr>
      <w:r w:rsidRPr="00D46F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E30C4" w14:textId="77777777" w:rsidR="0095608A" w:rsidRPr="00D46F25" w:rsidRDefault="00943451">
    <w:pPr>
      <w:pStyle w:val="Piedepgina"/>
      <w:jc w:val="right"/>
    </w:pPr>
    <w:r w:rsidRPr="00D46F25">
      <w:fldChar w:fldCharType="begin"/>
    </w:r>
    <w:r w:rsidRPr="00D46F25">
      <w:instrText>PAGE</w:instrText>
    </w:r>
    <w:r w:rsidRPr="00D46F25">
      <w:fldChar w:fldCharType="separate"/>
    </w:r>
    <w:r w:rsidR="00734B08" w:rsidRPr="00D46F25">
      <w:t>1</w:t>
    </w:r>
    <w:r w:rsidRPr="00D46F2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63F6B" w14:textId="77777777" w:rsidR="00481582" w:rsidRPr="00D46F25" w:rsidRDefault="00481582">
      <w:pPr>
        <w:spacing w:after="0" w:line="240" w:lineRule="auto"/>
      </w:pPr>
      <w:r w:rsidRPr="00D46F25">
        <w:separator/>
      </w:r>
    </w:p>
  </w:footnote>
  <w:footnote w:type="continuationSeparator" w:id="0">
    <w:p w14:paraId="6BD6D87E" w14:textId="77777777" w:rsidR="00481582" w:rsidRPr="00D46F25" w:rsidRDefault="00481582">
      <w:pPr>
        <w:spacing w:after="0" w:line="240" w:lineRule="auto"/>
      </w:pPr>
      <w:r w:rsidRPr="00D46F25">
        <w:continuationSeparator/>
      </w:r>
    </w:p>
  </w:footnote>
  <w:footnote w:id="1">
    <w:p w14:paraId="59DA1705" w14:textId="77777777" w:rsidR="0095608A" w:rsidRPr="00CC031E" w:rsidRDefault="00943451">
      <w:pPr>
        <w:pStyle w:val="Textonotapie1"/>
        <w:rPr>
          <w:lang w:val="es-PE"/>
        </w:rPr>
      </w:pPr>
      <w:r w:rsidRPr="00D46F25">
        <w:rPr>
          <w:rStyle w:val="Refdenotaalpie1"/>
        </w:rPr>
        <w:footnoteRef/>
      </w:r>
      <w:r w:rsidRPr="00CC031E">
        <w:rPr>
          <w:lang w:val="es-PE"/>
        </w:rPr>
        <w:t xml:space="preserve"> Para equipos de dos (2) integrantes, al menos uno (1) deberá domiciliar en San Martín; para equipos de tres (3) o cuatro (4) integrantes, al menos dos (2) deberán domiciliar en dicha región.</w:t>
      </w:r>
    </w:p>
  </w:footnote>
  <w:footnote w:id="2">
    <w:p w14:paraId="1EB1FE40" w14:textId="77777777" w:rsidR="0095608A" w:rsidRPr="00CC031E" w:rsidRDefault="00943451">
      <w:pPr>
        <w:pStyle w:val="Textonotapie1"/>
        <w:rPr>
          <w:lang w:val="es-PE"/>
        </w:rPr>
      </w:pPr>
      <w:r w:rsidRPr="00D46F25">
        <w:rPr>
          <w:rStyle w:val="Refdenotaalpie1"/>
        </w:rPr>
        <w:footnoteRef/>
      </w:r>
      <w:r w:rsidRPr="00CC031E">
        <w:rPr>
          <w:lang w:val="es-PE"/>
        </w:rPr>
        <w:t xml:space="preserve"> Si ha fraccionado su deuda ante la SUNAT y su deuda figura en estado coactivo, debe adjuntar la resolución de fraccionamiento en su postulación.</w:t>
      </w:r>
    </w:p>
  </w:footnote>
  <w:footnote w:id="3">
    <w:p w14:paraId="2D739227" w14:textId="77777777" w:rsidR="0095608A" w:rsidRPr="00CC031E" w:rsidRDefault="00943451">
      <w:pPr>
        <w:pStyle w:val="Textonotapie1"/>
        <w:rPr>
          <w:lang w:val="es-PE"/>
        </w:rPr>
      </w:pPr>
      <w:r w:rsidRPr="00D46F25">
        <w:rPr>
          <w:rStyle w:val="Refdenotaalpie1"/>
        </w:rPr>
        <w:footnoteRef/>
      </w:r>
      <w:r w:rsidRPr="00CC031E">
        <w:rPr>
          <w:lang w:val="es-PE"/>
        </w:rPr>
        <w:t xml:space="preserve"> Se deberá presentar el documento que acredite su último puesto de trabajo al momento de suscribir el contrato.</w:t>
      </w:r>
    </w:p>
  </w:footnote>
  <w:footnote w:id="4">
    <w:p w14:paraId="45BA9EC9" w14:textId="77777777" w:rsidR="0095608A" w:rsidRPr="00CC031E" w:rsidRDefault="00943451">
      <w:pPr>
        <w:pStyle w:val="Textonotapie1"/>
        <w:rPr>
          <w:lang w:val="es-PE"/>
        </w:rPr>
      </w:pPr>
      <w:r w:rsidRPr="00D46F25">
        <w:rPr>
          <w:rStyle w:val="Refdenotaalpie1"/>
        </w:rPr>
        <w:footnoteRef/>
      </w:r>
      <w:r w:rsidRPr="00CC031E">
        <w:rPr>
          <w:lang w:val="es-PE"/>
        </w:rPr>
        <w:t xml:space="preserve"> Concursos de Fortalecimiento de Incubadoras de PROINNÓVATE en todas sus versiones incluyendo Regionales, Cambio Climático, 2.0; y Concursos de Fomento de Capital de Riesgo.</w:t>
      </w:r>
    </w:p>
  </w:footnote>
  <w:footnote w:id="5">
    <w:p w14:paraId="236A5CD6" w14:textId="77777777" w:rsidR="0095608A" w:rsidRPr="00CC031E" w:rsidRDefault="00943451">
      <w:pPr>
        <w:pStyle w:val="Textonotapie1"/>
        <w:rPr>
          <w:lang w:val="es-PE"/>
        </w:rPr>
      </w:pPr>
      <w:r w:rsidRPr="00D46F25">
        <w:rPr>
          <w:rStyle w:val="Refdenotaalpie1"/>
        </w:rPr>
        <w:footnoteRef/>
      </w:r>
      <w:r w:rsidRPr="00CC031E">
        <w:rPr>
          <w:lang w:val="es-PE"/>
        </w:rPr>
        <w:t xml:space="preserve"> Superintendencia Nacional de los Registros Públicos</w:t>
      </w:r>
    </w:p>
  </w:footnote>
  <w:footnote w:id="6">
    <w:p w14:paraId="42785316" w14:textId="77777777" w:rsidR="0095608A" w:rsidRPr="00CC031E" w:rsidRDefault="00943451">
      <w:pPr>
        <w:pStyle w:val="Textonotapie1"/>
        <w:rPr>
          <w:lang w:val="es-PE"/>
        </w:rPr>
      </w:pPr>
      <w:r w:rsidRPr="00D46F25">
        <w:rPr>
          <w:rStyle w:val="Refdenotaalpie1"/>
        </w:rPr>
        <w:footnoteRef/>
      </w:r>
      <w:r w:rsidRPr="00CC031E">
        <w:rPr>
          <w:lang w:val="es-PE"/>
        </w:rPr>
        <w:t xml:space="preserve"> Se validará con la partida registral o el libro de matrícula de acciones en donde figure que es socio o accionista de la empresa.</w:t>
      </w:r>
    </w:p>
  </w:footnote>
  <w:footnote w:id="7">
    <w:p w14:paraId="1D184890" w14:textId="77777777" w:rsidR="0095608A" w:rsidRPr="00CC031E" w:rsidRDefault="00943451">
      <w:pPr>
        <w:pStyle w:val="Textonotapie1"/>
        <w:rPr>
          <w:lang w:val="es-PE"/>
        </w:rPr>
      </w:pPr>
      <w:r w:rsidRPr="00D46F25">
        <w:rPr>
          <w:rStyle w:val="Refdenotaalpie1"/>
        </w:rPr>
        <w:footnoteRef/>
      </w:r>
      <w:r w:rsidRPr="00CC031E">
        <w:rPr>
          <w:lang w:val="es-PE"/>
        </w:rPr>
        <w:t xml:space="preserve"> El equipo emprendedor podrá estar conformado por más de un socio fundador o colaborador de la empresa.</w:t>
      </w:r>
    </w:p>
  </w:footnote>
  <w:footnote w:id="8">
    <w:p w14:paraId="47A4806C" w14:textId="77777777" w:rsidR="0095608A" w:rsidRPr="00CC031E" w:rsidRDefault="00943451">
      <w:pPr>
        <w:pStyle w:val="Textonotapie1"/>
        <w:rPr>
          <w:lang w:val="es-PE"/>
        </w:rPr>
      </w:pPr>
      <w:r w:rsidRPr="00D46F25">
        <w:rPr>
          <w:rStyle w:val="Refdenotaalpie1"/>
        </w:rPr>
        <w:footnoteRef/>
      </w:r>
      <w:r w:rsidRPr="00CC031E">
        <w:rPr>
          <w:lang w:val="es-PE"/>
        </w:rPr>
        <w:t xml:space="preserve"> Las versiones del Concurso “Emprendimientos Dinámicos” de PROINNÓVATE han sido Reto Biodiversidad, Reto Bio, Reto Resiliente, Mujer Emprende y Emprendimientos Dinámicos - Perú Produce: Innovación Frente al Cambio Climático.</w:t>
      </w:r>
    </w:p>
  </w:footnote>
  <w:footnote w:id="9">
    <w:p w14:paraId="0CDF8D59" w14:textId="77777777" w:rsidR="0095608A" w:rsidRPr="00CC031E" w:rsidRDefault="00943451">
      <w:pPr>
        <w:pStyle w:val="Textonotapie1"/>
        <w:rPr>
          <w:lang w:val="es-PE"/>
        </w:rPr>
      </w:pPr>
      <w:r w:rsidRPr="00D46F25">
        <w:rPr>
          <w:rStyle w:val="Refdenotaalpie1"/>
        </w:rPr>
        <w:footnoteRef/>
      </w:r>
      <w:r w:rsidRPr="00CC031E">
        <w:rPr>
          <w:lang w:val="es-PE"/>
        </w:rPr>
        <w:t xml:space="preserve"> Ley General del Medio Ambiente 28611.</w:t>
      </w:r>
    </w:p>
  </w:footnote>
  <w:footnote w:id="10">
    <w:p w14:paraId="773E4833" w14:textId="77777777" w:rsidR="0095608A" w:rsidRPr="00CC031E" w:rsidRDefault="00943451">
      <w:pPr>
        <w:pStyle w:val="Textonotapie1"/>
        <w:rPr>
          <w:lang w:val="es-PE"/>
        </w:rPr>
      </w:pPr>
      <w:r w:rsidRPr="00D46F25">
        <w:rPr>
          <w:rStyle w:val="Refdenotaalpie1"/>
        </w:rPr>
        <w:footnoteRef/>
      </w:r>
      <w:r w:rsidRPr="00CC031E">
        <w:rPr>
          <w:lang w:val="es-PE"/>
        </w:rPr>
        <w:t xml:space="preserve"> Priorizadas en su Plan de Desarrollo del Ecosistema Regional de Innovación y Emprendimiento (PDE).</w:t>
      </w:r>
    </w:p>
  </w:footnote>
  <w:footnote w:id="11">
    <w:p w14:paraId="2B64C790" w14:textId="77777777" w:rsidR="0095608A" w:rsidRPr="00CC031E" w:rsidRDefault="00943451">
      <w:pPr>
        <w:pStyle w:val="Textonotapie1"/>
        <w:rPr>
          <w:lang w:val="es-PE"/>
        </w:rPr>
      </w:pPr>
      <w:r w:rsidRPr="00D46F25">
        <w:rPr>
          <w:rStyle w:val="Refdenotaalpie1"/>
        </w:rPr>
        <w:footnoteRef/>
      </w:r>
      <w:r w:rsidRPr="00CC031E">
        <w:rPr>
          <w:lang w:val="es-PE"/>
        </w:rPr>
        <w:t xml:space="preserve"> Solo si la solución innovadora contribuye de manera directa al fortalecimiento de una de las áreas priorizadas mencionadas.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DD7BB" w14:textId="22392B67" w:rsidR="0095608A" w:rsidRPr="00D46F25" w:rsidRDefault="0095608A">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701197472">
    <w:abstractNumId w:val="8"/>
  </w:num>
  <w:num w:numId="2" w16cid:durableId="729577645">
    <w:abstractNumId w:val="6"/>
  </w:num>
  <w:num w:numId="3" w16cid:durableId="1385325685">
    <w:abstractNumId w:val="5"/>
  </w:num>
  <w:num w:numId="4" w16cid:durableId="807866539">
    <w:abstractNumId w:val="4"/>
  </w:num>
  <w:num w:numId="5" w16cid:durableId="487064003">
    <w:abstractNumId w:val="7"/>
  </w:num>
  <w:num w:numId="6" w16cid:durableId="1485077734">
    <w:abstractNumId w:val="3"/>
  </w:num>
  <w:num w:numId="7" w16cid:durableId="2062173622">
    <w:abstractNumId w:val="2"/>
  </w:num>
  <w:num w:numId="8" w16cid:durableId="573396886">
    <w:abstractNumId w:val="1"/>
  </w:num>
  <w:num w:numId="9" w16cid:durableId="1659308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52B56"/>
    <w:rsid w:val="00481582"/>
    <w:rsid w:val="006E670D"/>
    <w:rsid w:val="00734B08"/>
    <w:rsid w:val="00743E2B"/>
    <w:rsid w:val="00943451"/>
    <w:rsid w:val="0095608A"/>
    <w:rsid w:val="00AA1D8D"/>
    <w:rsid w:val="00B47730"/>
    <w:rsid w:val="00CB0664"/>
    <w:rsid w:val="00CC031E"/>
    <w:rsid w:val="00D46F25"/>
    <w:rsid w:val="00D8763B"/>
    <w:rsid w:val="00FB274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1D4450"/>
  <w14:defaultImageDpi w14:val="300"/>
  <w15:docId w15:val="{E42B8795-813B-4589-B570-2A20972AC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eastAsia="Calibri" w:hAnsi="Calibri"/>
      <w:noProof/>
    </w:rPr>
  </w:style>
  <w:style w:type="paragraph" w:styleId="Ttulo1">
    <w:name w:val="heading 1"/>
    <w:basedOn w:val="Normal"/>
    <w:next w:val="Normal"/>
    <w:link w:val="Ttulo1Car"/>
    <w:uiPriority w:val="9"/>
    <w:qFormat/>
    <w:rsid w:val="00FC693F"/>
    <w:pPr>
      <w:keepNext/>
      <w:keepLines/>
      <w:shd w:val="clear" w:color="auto" w:fill="D9D9D9"/>
      <w:spacing w:before="240" w:after="160"/>
      <w:outlineLvl w:val="0"/>
    </w:pPr>
    <w:rPr>
      <w:b/>
      <w:bCs/>
      <w:color w:val="000000"/>
      <w:szCs w:val="28"/>
    </w:rPr>
  </w:style>
  <w:style w:type="paragraph" w:styleId="Ttulo2">
    <w:name w:val="heading 2"/>
    <w:basedOn w:val="Normal"/>
    <w:next w:val="Normal"/>
    <w:link w:val="Ttulo2Car"/>
    <w:uiPriority w:val="9"/>
    <w:unhideWhenUsed/>
    <w:qFormat/>
    <w:rsid w:val="00FC693F"/>
    <w:pPr>
      <w:keepNext/>
      <w:keepLines/>
      <w:shd w:val="clear" w:color="auto" w:fill="F2F2F2"/>
      <w:spacing w:before="200"/>
      <w:outlineLvl w:val="1"/>
    </w:pPr>
    <w:rPr>
      <w:b/>
      <w:bCs/>
      <w:color w:val="000000"/>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xtonotapie1">
    <w:name w:val="Texto nota pie1"/>
    <w:basedOn w:val="Normal"/>
    <w:pPr>
      <w:spacing w:after="0" w:line="240" w:lineRule="auto"/>
      <w:jc w:val="both"/>
    </w:pPr>
    <w:rPr>
      <w:sz w:val="17"/>
    </w:rPr>
  </w:style>
  <w:style w:type="character" w:customStyle="1" w:styleId="Refdenotaalpie1">
    <w:name w:val="Ref. de nota al pi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1867</Words>
  <Characters>10274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Formatos Emprendimiento Dinámico San Martín-Convocatoria 2 – SAN MARTÍN</dc:title>
  <dc:subject>GB|p=12|r=22|ronda=0|d=formatos</dc:subject>
  <dc:creator>Generador de Bases</dc:creator>
  <cp:keywords/>
  <dc:description>generated by python-docx</dc:description>
  <cp:lastModifiedBy>Rafael Ugarte Falcon</cp:lastModifiedBy>
  <cp:revision>4</cp:revision>
  <dcterms:created xsi:type="dcterms:W3CDTF">2013-12-23T23:15:00Z</dcterms:created>
  <dcterms:modified xsi:type="dcterms:W3CDTF">2026-10-24T01:28:00Z</dcterms:modified>
  <cp:category/>
</cp:coreProperties>
</file>